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Samsung's 2024 Smart TVs to feature generative AI wallpapers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has unveiled an innovative feature for its lineup of 2024 Smart TVs, integrating Generative AI technology to enhance user experience through personalized wallpapers. This cutting-edge functionality forms part of Samsung's ongoing effort to integrate AI into consumer electronics, complementing similar advancements in mobile phones and other smart devices.</w:t>
      </w:r>
      <w:r/>
    </w:p>
    <w:p>
      <w:r/>
      <w:r>
        <w:t>Introduced at the Samsung Developer Conference on October 3, 2024, the Generative AI wallpapers are now being progressively rolled out across Samsung's flagship models, specifically the Neo QLED and QLED series. The new feature enables the generation of 4K images produced by AI based on users’ inputs, providing a more personalized appearance to television screens. This development is particularly aimed at users who enjoy customizing their digital environments to closely reflect their personal tastes and preferences.</w:t>
      </w:r>
      <w:r/>
    </w:p>
    <w:p>
      <w:r/>
      <w:r>
        <w:t>To utilize this feature, users will access it through the Ambient Mode on their Samsung smart TVs. This mode not only enhances the aesthetic value of dormant screens but also serves practical functions by displaying essential information such as weather forecasts, the latest news, and time. Through Ambient Mode, users can select from various themes such as 'Happy Holidays' or 'Party' and subsequently choose from a variety of AI-generated wallpapers.</w:t>
      </w:r>
      <w:r/>
    </w:p>
    <w:p>
      <w:r/>
      <w:r>
        <w:t>The rollout initially focuses on South Korea, North America, and Europe, with intentions to expand globally by 2025. Samsung has disclosed that this introduction seeks to enrich the consumer experience, keeping pace with prior initiatives by competitors like Google, which recently implemented a similar Generative AI wallpaper feature for its Google TV Streamer and Chromecast devices.</w:t>
      </w:r>
      <w:r/>
    </w:p>
    <w:p>
      <w:r/>
      <w:r>
        <w:t>Samsung's integration of this technology also draws on its mobile phone expertise, where Generative AI wallpaper capability is available under the Creative section of Change Wallpapers on devices such as the Samsung Galaxy S24. If this implementation mirrors the mobile function, users will likely start by selecting a broad theme and then personalize it further using specific keywords, creating a truly bespoke visual.</w:t>
      </w:r>
      <w:r/>
    </w:p>
    <w:p>
      <w:r/>
      <w:r>
        <w:t>The move positions Samsung smart TVs alongside other tech giants exploring AI-infusion into home electronics, underscoring a trend to elevate standard displays when the television is not in use. Models such as Samsung’s The Frame and its counterparts like TCL’s NXTFRAME are also pioneering ways to blend technology with art through curated digital displays of artwork.</w:t>
      </w:r>
      <w:r/>
    </w:p>
    <w:p>
      <w:r/>
      <w:r>
        <w:t>While it remains unclear whether the Generative AI wallpaper feature will necessitate a software update, Samsung promises ease of use, fitting seamlessly into the existing menu structure of their Tizen OS-powered televisions. There has been no announcement regarding whether this update will extend to older models.</w:t>
      </w:r>
      <w:r/>
    </w:p>
    <w:p>
      <w:r/>
      <w:r>
        <w:t>With the anticipated increased availability of these technologically advanced enhancements, the landscape of how viewers interact with visual media within their homes seems set to undergo an evolution, as companies continue evolving the intersection of utility, entertainment, and personalised technology in everyday life.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https://www.tomsguide.com/tvs/forget-samsung-the-frame-all-2024-samsung-tvs-can-now-generate-wallpapers-using-ai</w:t>
        </w:r>
      </w:hyperlink>
      <w:r>
        <w:t xml:space="preserve"> - Corroborates the introduction of Generative AI wallpapers on 2024 Samsung TVs, including the availability in Ambient Mode and the initial rollout regions.</w:t>
      </w:r>
      <w:r/>
    </w:p>
    <w:p>
      <w:pPr>
        <w:pStyle w:val="ListNumber"/>
        <w:spacing w:line="240" w:lineRule="auto"/>
        <w:ind w:left="720"/>
      </w:pPr>
      <w:r/>
      <w:hyperlink r:id="rId11">
        <w:r>
          <w:rPr>
            <w:color w:val="0000EE"/>
            <w:u w:val="single"/>
          </w:rPr>
          <w:t>https://www.androidpolice.com/samsung-2024-smart-tvs-get-gen-ai-wallpapers/</w:t>
        </w:r>
      </w:hyperlink>
      <w:r>
        <w:t xml:space="preserve"> - Supports the announcement of Generative AI wallpapers at the Samsung Developer Conference and the feature's availability on Neo QLED and QLED models.</w:t>
      </w:r>
      <w:r/>
    </w:p>
    <w:p>
      <w:pPr>
        <w:pStyle w:val="ListNumber"/>
        <w:spacing w:line="240" w:lineRule="auto"/>
        <w:ind w:left="720"/>
      </w:pPr>
      <w:r/>
      <w:hyperlink r:id="rId12">
        <w:r>
          <w:rPr>
            <w:color w:val="0000EE"/>
            <w:u w:val="single"/>
          </w:rPr>
          <w:t>https://news.samsung.com/global/the-new-samsung-ai-tv-bringing-the-future-home</w:t>
        </w:r>
      </w:hyperlink>
      <w:r>
        <w:t xml:space="preserve"> - Provides context on Samsung's AI integration in its 2024 TVs, including advanced processors and AI-driven features.</w:t>
      </w:r>
      <w:r/>
    </w:p>
    <w:p>
      <w:pPr>
        <w:pStyle w:val="ListNumber"/>
        <w:spacing w:line="240" w:lineRule="auto"/>
        <w:ind w:left="720"/>
      </w:pPr>
      <w:r/>
      <w:hyperlink r:id="rId13">
        <w:r>
          <w:rPr>
            <w:color w:val="0000EE"/>
            <w:u w:val="single"/>
          </w:rPr>
          <w:t>https://www.sammyfans.com/2024/10/23/generative-ai-wallpaper-now-on-samsung-smart-tvs/</w:t>
        </w:r>
      </w:hyperlink>
      <w:r>
        <w:t xml:space="preserve"> - Confirms the Generative AI Wallpaper feature as part of Samsung’s AI for All vision and its availability through Ambient Mode.</w:t>
      </w:r>
      <w:r/>
    </w:p>
    <w:p>
      <w:pPr>
        <w:pStyle w:val="ListNumber"/>
        <w:spacing w:line="240" w:lineRule="auto"/>
        <w:ind w:left="720"/>
      </w:pPr>
      <w:r/>
      <w:hyperlink r:id="rId14">
        <w:r>
          <w:rPr>
            <w:color w:val="0000EE"/>
            <w:u w:val="single"/>
          </w:rPr>
          <w:t>https://sammyguru.com/personalize-your-samsung-tv-with-generative-ai-wallpapers/</w:t>
        </w:r>
      </w:hyperlink>
      <w:r>
        <w:t xml:space="preserve"> - Details the rollout of Generative AI Wallpapers on Samsung's QLED and Neo QLED TVs and the global expansion plans.</w:t>
      </w:r>
      <w:r/>
    </w:p>
    <w:p>
      <w:pPr>
        <w:pStyle w:val="ListNumber"/>
        <w:spacing w:line="240" w:lineRule="auto"/>
        <w:ind w:left="720"/>
      </w:pPr>
      <w:r/>
      <w:hyperlink r:id="rId10">
        <w:r>
          <w:rPr>
            <w:color w:val="0000EE"/>
            <w:u w:val="single"/>
          </w:rPr>
          <w:t>https://www.tomsguide.com/tvs/forget-samsung-the-frame-all-2024-samsung-tvs-can-now-generate-wallpapers-using-ai</w:t>
        </w:r>
      </w:hyperlink>
      <w:r>
        <w:t xml:space="preserve"> - Explains how users can access the feature through Ambient Mode and select from various themes like 'Happy Holidays' or 'Party'.</w:t>
      </w:r>
      <w:r/>
    </w:p>
    <w:p>
      <w:pPr>
        <w:pStyle w:val="ListNumber"/>
        <w:spacing w:line="240" w:lineRule="auto"/>
        <w:ind w:left="720"/>
      </w:pPr>
      <w:r/>
      <w:hyperlink r:id="rId11">
        <w:r>
          <w:rPr>
            <w:color w:val="0000EE"/>
            <w:u w:val="single"/>
          </w:rPr>
          <w:t>https://www.androidpolice.com/samsung-2024-smart-tvs-get-gen-ai-wallpapers/</w:t>
        </w:r>
      </w:hyperlink>
      <w:r>
        <w:t xml:space="preserve"> - Mentions the practical functions of Ambient Mode, such as displaying weather forecasts, news, and time.</w:t>
      </w:r>
      <w:r/>
    </w:p>
    <w:p>
      <w:pPr>
        <w:pStyle w:val="ListNumber"/>
        <w:spacing w:line="240" w:lineRule="auto"/>
        <w:ind w:left="720"/>
      </w:pPr>
      <w:r/>
      <w:hyperlink r:id="rId13">
        <w:r>
          <w:rPr>
            <w:color w:val="0000EE"/>
            <w:u w:val="single"/>
          </w:rPr>
          <w:t>https://www.sammyfans.com/2024/10/23/generative-ai-wallpaper-now-on-samsung-smart-tvs/</w:t>
        </w:r>
      </w:hyperlink>
      <w:r>
        <w:t xml:space="preserve"> - Confirms the initial rollout regions of South Korea, North America, and Europe, with plans to expand globally by 2025.</w:t>
      </w:r>
      <w:r/>
    </w:p>
    <w:p>
      <w:pPr>
        <w:pStyle w:val="ListNumber"/>
        <w:spacing w:line="240" w:lineRule="auto"/>
        <w:ind w:left="720"/>
      </w:pPr>
      <w:r/>
      <w:hyperlink r:id="rId14">
        <w:r>
          <w:rPr>
            <w:color w:val="0000EE"/>
            <w:u w:val="single"/>
          </w:rPr>
          <w:t>https://sammyguru.com/personalize-your-samsung-tv-with-generative-ai-wallpapers/</w:t>
        </w:r>
      </w:hyperlink>
      <w:r>
        <w:t xml:space="preserve"> - Compares the Generative AI wallpaper feature on TVs to similar features on Samsung mobile devices like the Galaxy S24.</w:t>
      </w:r>
      <w:r/>
    </w:p>
    <w:p>
      <w:pPr>
        <w:pStyle w:val="ListNumber"/>
        <w:spacing w:line="240" w:lineRule="auto"/>
        <w:ind w:left="720"/>
      </w:pPr>
      <w:r/>
      <w:hyperlink r:id="rId10">
        <w:r>
          <w:rPr>
            <w:color w:val="0000EE"/>
            <w:u w:val="single"/>
          </w:rPr>
          <w:t>https://www.tomsguide.com/tvs/forget-samsung-the-frame-all-2024-samsung-tvs-can-now-generate-wallpapers-using-ai</w:t>
        </w:r>
      </w:hyperlink>
      <w:r>
        <w:t xml:space="preserve"> - Discusses the trend of AI-infusion in home electronics and mentions competitors like Google and their similar features.</w:t>
      </w:r>
      <w:r/>
    </w:p>
    <w:p>
      <w:pPr>
        <w:pStyle w:val="ListNumber"/>
        <w:spacing w:line="240" w:lineRule="auto"/>
        <w:ind w:left="720"/>
      </w:pPr>
      <w:r/>
      <w:hyperlink r:id="rId11">
        <w:r>
          <w:rPr>
            <w:color w:val="0000EE"/>
            <w:u w:val="single"/>
          </w:rPr>
          <w:t>https://www.androidpolice.com/samsung-2024-smart-tvs-get-gen-ai-wallpapers/</w:t>
        </w:r>
      </w:hyperlink>
      <w:r>
        <w:t xml:space="preserve"> - Addresses the uncertainty about whether the feature will be extended to older TV models and the ease of use within the Tizen OS menu structure.</w:t>
      </w:r>
      <w:r/>
    </w:p>
    <w:p>
      <w:pPr>
        <w:pStyle w:val="ListNumber"/>
        <w:spacing w:line="240" w:lineRule="auto"/>
        <w:ind w:left="720"/>
      </w:pPr>
      <w:r/>
      <w:hyperlink r:id="rId11">
        <w:r>
          <w:rPr>
            <w:color w:val="0000EE"/>
            <w:u w:val="single"/>
          </w:rPr>
          <w:t>https://www.androidpolice.com/samsung-2024-smart-tvs-get-gen-ai-wallpapers/</w:t>
        </w:r>
      </w:hyperlink>
      <w:r>
        <w:t xml:space="preserve"> - Please view link - unable to able to access data</w:t>
      </w:r>
      <w:r/>
    </w:p>
    <w:p>
      <w:pPr>
        <w:pStyle w:val="ListNumber"/>
        <w:spacing w:line="240" w:lineRule="auto"/>
        <w:ind w:left="720"/>
      </w:pPr>
      <w:r/>
      <w:hyperlink r:id="rId15">
        <w:r>
          <w:rPr>
            <w:color w:val="0000EE"/>
            <w:u w:val="single"/>
          </w:rPr>
          <w:t>https://www.techradar.com/televisions/samsungs-latest-tvs-are-getting-ai-wallpapers-for-their-ambient-mode-in-a-free-update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guide.com/tvs/forget-samsung-the-frame-all-2024-samsung-tvs-can-now-generate-wallpapers-using-ai" TargetMode="External"/><Relationship Id="rId11" Type="http://schemas.openxmlformats.org/officeDocument/2006/relationships/hyperlink" Target="https://www.androidpolice.com/samsung-2024-smart-tvs-get-gen-ai-wallpapers/" TargetMode="External"/><Relationship Id="rId12" Type="http://schemas.openxmlformats.org/officeDocument/2006/relationships/hyperlink" Target="https://news.samsung.com/global/the-new-samsung-ai-tv-bringing-the-future-home" TargetMode="External"/><Relationship Id="rId13" Type="http://schemas.openxmlformats.org/officeDocument/2006/relationships/hyperlink" Target="https://www.sammyfans.com/2024/10/23/generative-ai-wallpaper-now-on-samsung-smart-tvs/" TargetMode="External"/><Relationship Id="rId14" Type="http://schemas.openxmlformats.org/officeDocument/2006/relationships/hyperlink" Target="https://sammyguru.com/personalize-your-samsung-tv-with-generative-ai-wallpapers/" TargetMode="External"/><Relationship Id="rId15" Type="http://schemas.openxmlformats.org/officeDocument/2006/relationships/hyperlink" Target="https://www.techradar.com/televisions/samsungs-latest-tvs-are-getting-ai-wallpapers-for-their-ambient-mode-in-a-free-upd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