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SAP's AI-driven customer experience solutions promise significant ROI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SAP's AI-driven Customer Experience (CX) solutions, when integrated with SAP ERP systems, offer substantial economic benefits, according to a detailed study. This integration can potentially lead to a return on investment (ROI) ranging from 214% to 726%, a significant incentive for businesses seeking to enhance their customer engagement capabilities.</w:t>
      </w:r>
      <w:r/>
    </w:p>
    <w:p>
      <w:r/>
      <w:r>
        <w:t>The integration of SAP's CX solutions with SAP ERP helps businesses manage customer interactions more efficiently by providing a cohesive experience that diminishes the need for various standalone solutions. This unified approach is designed to boost productivity, minimise operational costs, and increase organisational revenues. Improved customer retention is achieved through personalised, data-driven interactions, a feature primarily facilitated by AI-powered automation.</w:t>
      </w:r>
      <w:r/>
    </w:p>
    <w:p>
      <w:r/>
      <w:r>
        <w:t>The study highlights that SAP's intelligent CX portfolio spans across critical business areas, including marketing, sales, service, and commerce, offering organisations the means to significantly improve how they cater to customers. These solutions empower businesses to not only adapt swiftly to changing market demands but also to foster loyalty among their customer base through enhanced experience offerings.</w:t>
      </w:r>
      <w:r/>
    </w:p>
    <w:p>
      <w:r/>
      <w:r>
        <w:t>By offering seamless end-to-end visibility of business processes, the integration with SAP ERP facilitates quicker innovation and accelerates the time to value. These aspects allow organisations to react faster to market shifts, providing them with a competitive edge.</w:t>
      </w:r>
      <w:r/>
    </w:p>
    <w:p>
      <w:r/>
      <w:r>
        <w:t>Businesses are drawn to these solutions as they promise not only financial returns but also operational improvements that streamline processes and eliminate inefficiencies. The use of data-driven insights allows for more informed decision-making, personalising customer interactions, and delivering services that are better aligned with customer needs.</w:t>
      </w:r>
      <w:r/>
    </w:p>
    <w:p>
      <w:r/>
      <w:r>
        <w:t>The report underscores how SAP’s CX solutions can be transformative for businesses, urging firms to consider such integrations to amplify their customer interactions and reap substantial financial benefits. While the study elaborates on the potential monetary gains, it also delves into other multifaceted advantages accompanying the integration, such as improved customer satisfaction and retention through technology-enabled personalisation and automation.</w:t>
      </w:r>
      <w:r/>
    </w:p>
    <w:p>
      <w:r/>
      <w:r>
        <w:t>Ultimately, the comprehensive study offers a roadmap for businesses aiming to optimise their customer journey and achieve robust growth through modern technological integration provided by SAP's AI-driven CX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https://www.sap.com/cmp/oth/sap-ai-and-cx/index.html</w:t>
        </w:r>
      </w:hyperlink>
      <w:r>
        <w:t xml:space="preserve"> - Corroborates the economic benefits and ROI of integrating SAP CX solutions with SAP ERP, highlighting up to 700% ROI and improved customer interactions.</w:t>
      </w:r>
      <w:r/>
    </w:p>
    <w:p>
      <w:pPr>
        <w:pStyle w:val="ListNumber"/>
        <w:spacing w:line="240" w:lineRule="auto"/>
        <w:ind w:left="720"/>
      </w:pPr>
      <w:r/>
      <w:hyperlink r:id="rId11">
        <w:r>
          <w:rPr>
            <w:color w:val="0000EE"/>
            <w:u w:val="single"/>
          </w:rPr>
          <w:t>https://alokai.com/blog/sap-cx-solutions</w:t>
        </w:r>
      </w:hyperlink>
      <w:r>
        <w:t xml:space="preserve"> - Supports the integration of SAP CX solutions with SAP ERP, emphasizing the cohesive experience and efficiency gains across marketing, sales, service, and commerce.</w:t>
      </w:r>
      <w:r/>
    </w:p>
    <w:p>
      <w:pPr>
        <w:pStyle w:val="ListNumber"/>
        <w:spacing w:line="240" w:lineRule="auto"/>
        <w:ind w:left="720"/>
      </w:pPr>
      <w:r/>
      <w:hyperlink r:id="rId11">
        <w:r>
          <w:rPr>
            <w:color w:val="0000EE"/>
            <w:u w:val="single"/>
          </w:rPr>
          <w:t>https://alokai.com/blog/sap-cx-solutions</w:t>
        </w:r>
      </w:hyperlink>
      <w:r>
        <w:t xml:space="preserve"> - Details the core components of the SAP Customer Experience suite and how they enhance customer interactions and business processes.</w:t>
      </w:r>
      <w:r/>
    </w:p>
    <w:p>
      <w:pPr>
        <w:pStyle w:val="ListNumber"/>
        <w:spacing w:line="240" w:lineRule="auto"/>
        <w:ind w:left="720"/>
      </w:pPr>
      <w:r/>
      <w:hyperlink r:id="rId12">
        <w:r>
          <w:rPr>
            <w:color w:val="0000EE"/>
            <w:u w:val="single"/>
          </w:rPr>
          <w:t>https://www.knacksystems.com/blog/ai-in-customer-experience-the-sap-cx-ai-toolkit</w:t>
        </w:r>
      </w:hyperlink>
      <w:r>
        <w:t xml:space="preserve"> - Explains the role of AI in SAP CX, including predictive analytics, personalization, and sentiment analysis, which contribute to improved customer retention and revenue growth.</w:t>
      </w:r>
      <w:r/>
    </w:p>
    <w:p>
      <w:pPr>
        <w:pStyle w:val="ListNumber"/>
        <w:spacing w:line="240" w:lineRule="auto"/>
        <w:ind w:left="720"/>
      </w:pPr>
      <w:r/>
      <w:hyperlink r:id="rId12">
        <w:r>
          <w:rPr>
            <w:color w:val="0000EE"/>
            <w:u w:val="single"/>
          </w:rPr>
          <w:t>https://www.knacksystems.com/blog/ai-in-customer-experience-the-sap-cx-ai-toolkit</w:t>
        </w:r>
      </w:hyperlink>
      <w:r>
        <w:t xml:space="preserve"> - Highlights the benefits of the SAP CX AI Toolkit in driving revenue growth and improving operational efficiency for mid-sized and small companies.</w:t>
      </w:r>
      <w:r/>
    </w:p>
    <w:p>
      <w:pPr>
        <w:pStyle w:val="ListNumber"/>
        <w:spacing w:line="240" w:lineRule="auto"/>
        <w:ind w:left="720"/>
      </w:pPr>
      <w:r/>
      <w:hyperlink r:id="rId13">
        <w:r>
          <w:rPr>
            <w:color w:val="0000EE"/>
            <w:u w:val="single"/>
          </w:rPr>
          <w:t>https://sapinsider.org/blogs/sap-cx-ai-toolkit-an-accelerated-path-to-ai-driven-efficiency-in-customer-experience/</w:t>
        </w:r>
      </w:hyperlink>
      <w:r>
        <w:t xml:space="preserve"> - Describes how the SAP CX AI Toolkit enhances sales, marketing, and service teams by automating tasks and providing real-time insights, aligning with the study's findings on efficiency and effectiveness.</w:t>
      </w:r>
      <w:r/>
    </w:p>
    <w:p>
      <w:pPr>
        <w:pStyle w:val="ListNumber"/>
        <w:spacing w:line="240" w:lineRule="auto"/>
        <w:ind w:left="720"/>
      </w:pPr>
      <w:r/>
      <w:hyperlink r:id="rId14">
        <w:r>
          <w:rPr>
            <w:color w:val="0000EE"/>
            <w:u w:val="single"/>
          </w:rPr>
          <w:t>https://www.sap.com/products/crm/ai-toolkit.html</w:t>
        </w:r>
      </w:hyperlink>
      <w:r>
        <w:t xml:space="preserve"> - Details the key features and benefits of the SAP CX AI Toolkit, including generative AI tools, enterprise-grade security, and preconfigured integrations, which support the study's claims on operational improvements.</w:t>
      </w:r>
      <w:r/>
    </w:p>
    <w:p>
      <w:pPr>
        <w:pStyle w:val="ListNumber"/>
        <w:spacing w:line="240" w:lineRule="auto"/>
        <w:ind w:left="720"/>
      </w:pPr>
      <w:r/>
      <w:hyperlink r:id="rId14">
        <w:r>
          <w:rPr>
            <w:color w:val="0000EE"/>
            <w:u w:val="single"/>
          </w:rPr>
          <w:t>https://www.sap.com/products/crm/ai-toolkit.html</w:t>
        </w:r>
      </w:hyperlink>
      <w:r>
        <w:t xml:space="preserve"> - Explains how the SAP CX AI Toolkit helps in gaining insights from enterprise data, automating routine tasks, and driving efficiency across e-commerce, sales, and service teams.</w:t>
      </w:r>
      <w:r/>
    </w:p>
    <w:p>
      <w:pPr>
        <w:pStyle w:val="ListNumber"/>
        <w:spacing w:line="240" w:lineRule="auto"/>
        <w:ind w:left="720"/>
      </w:pPr>
      <w:r/>
      <w:hyperlink r:id="rId11">
        <w:r>
          <w:rPr>
            <w:color w:val="0000EE"/>
            <w:u w:val="single"/>
          </w:rPr>
          <w:t>https://alokai.com/blog/sap-cx-solutions</w:t>
        </w:r>
      </w:hyperlink>
      <w:r>
        <w:t xml:space="preserve"> - Discusses the future innovations in SAP Customer Experience solutions, including machine learning and generative AI, which align with the study's roadmap for businesses to optimize their customer journey.</w:t>
      </w:r>
      <w:r/>
    </w:p>
    <w:p>
      <w:pPr>
        <w:pStyle w:val="ListNumber"/>
        <w:spacing w:line="240" w:lineRule="auto"/>
        <w:ind w:left="720"/>
      </w:pPr>
      <w:r/>
      <w:hyperlink r:id="rId10">
        <w:r>
          <w:rPr>
            <w:color w:val="0000EE"/>
            <w:u w:val="single"/>
          </w:rPr>
          <w:t>https://www.sap.com/cmp/oth/sap-ai-and-cx/index.html</w:t>
        </w:r>
      </w:hyperlink>
      <w:r>
        <w:t xml:space="preserve"> - Highlights the importance of integrating AI into CX strategies to deliver personalized messaging, streamline operations, and foster innovation, supporting the study's emphasis on technology-enabled personalization and automation.</w:t>
      </w:r>
      <w:r/>
    </w:p>
    <w:p>
      <w:pPr>
        <w:pStyle w:val="ListNumber"/>
        <w:spacing w:line="240" w:lineRule="auto"/>
        <w:ind w:left="720"/>
      </w:pPr>
      <w:r/>
      <w:hyperlink r:id="rId13">
        <w:r>
          <w:rPr>
            <w:color w:val="0000EE"/>
            <w:u w:val="single"/>
          </w:rPr>
          <w:t>https://sapinsider.org/blogs/sap-cx-ai-toolkit-an-accelerated-path-to-ai-driven-efficiency-in-customer-experience/</w:t>
        </w:r>
      </w:hyperlink>
      <w:r>
        <w:t xml:space="preserve"> - Corroborates the study's findings on the economic and operational benefits of integrating SAP CX solutions with SAP ERP, including reduced costs and improved customer satisfaction.</w:t>
      </w:r>
      <w:r/>
    </w:p>
    <w:p>
      <w:pPr>
        <w:pStyle w:val="ListNumber"/>
        <w:spacing w:line="240" w:lineRule="auto"/>
        <w:ind w:left="720"/>
      </w:pPr>
      <w:r/>
      <w:hyperlink r:id="rId15">
        <w:r>
          <w:rPr>
            <w:color w:val="0000EE"/>
            <w:u w:val="single"/>
          </w:rPr>
          <w:t>https://sapinsider.org/whitepapers/analyzing-the-economic-benefits-of-using-ai-powered-sap-cx-solutions-natively-connected-to-sap-erp-2/?hs-embed-af=t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p.com/cmp/oth/sap-ai-and-cx/index.html" TargetMode="External"/><Relationship Id="rId11" Type="http://schemas.openxmlformats.org/officeDocument/2006/relationships/hyperlink" Target="https://alokai.com/blog/sap-cx-solutions" TargetMode="External"/><Relationship Id="rId12" Type="http://schemas.openxmlformats.org/officeDocument/2006/relationships/hyperlink" Target="https://www.knacksystems.com/blog/ai-in-customer-experience-the-sap-cx-ai-toolkit" TargetMode="External"/><Relationship Id="rId13" Type="http://schemas.openxmlformats.org/officeDocument/2006/relationships/hyperlink" Target="https://sapinsider.org/blogs/sap-cx-ai-toolkit-an-accelerated-path-to-ai-driven-efficiency-in-customer-experience/" TargetMode="External"/><Relationship Id="rId14" Type="http://schemas.openxmlformats.org/officeDocument/2006/relationships/hyperlink" Target="https://www.sap.com/products/crm/ai-toolkit.html" TargetMode="External"/><Relationship Id="rId15" Type="http://schemas.openxmlformats.org/officeDocument/2006/relationships/hyperlink" Target="https://sapinsider.org/whitepapers/analyzing-the-economic-benefits-of-using-ai-powered-sap-cx-solutions-natively-connected-to-sap-erp-2/?hs-embed-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