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Scammers exploit AI to sell fake crafting patterns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advent of artificial intelligence (AI) has significantly reshaped various sectors, from business and healthcare to creative arts. However, it has also opened new avenues for unethical practices, particularly in the realm of crafting and making. A concerning trend is emerging where scammers are exploiting AI technology to deceive crafters and makers by creating and selling fake digital patterns, plans, and recipes on platforms like Etsy.</w:t>
      </w:r>
      <w:r/>
    </w:p>
    <w:p>
      <w:r/>
      <w:r>
        <w:t>This development is drawing the attention of various communities, notably those involved in yarn crafts such as knitting and crochet. These are activities deeply rooted in detailed written instructions, much like coding. A pattern for knitting or crochet is essentially a set of instructions or "code," similar to what is used in programming or 3D printing. Just as a designer would create a 3D object using G-code, crafters follow knitting or crochet patterns to transform yarn into physical garments or decor items.</w:t>
      </w:r>
      <w:r/>
    </w:p>
    <w:p>
      <w:r/>
      <w:r>
        <w:t>One such industry influencer, crochet designer Elise Rose, has been vocal about the impact of AI-generated patterns on her field. Through her online presence and YouTube channel, Rose has highlighted how these AI-generated patterns can be flawed, leading to significant frustration and financial loss for those who purchase them. The problem arises when these patterns do not translate into functional designs, similar to how faulty code can lead to software errors.</w:t>
      </w:r>
      <w:r/>
    </w:p>
    <w:p>
      <w:r/>
      <w:r>
        <w:t>The market for yarn crafts is substantial. A 2016 study by the Association for Creative Industries found that 63% of US households engaged in a craft or hobby, collectively spending upwards of $44 billion. Within this market, 25% of households were involved in knitting and crocheting, contributing roughly $2.79 billion to the economy. With such a lucrative market, it's no wonder it's become a target for unethical AI applications.</w:t>
      </w:r>
      <w:r/>
    </w:p>
    <w:p>
      <w:r/>
      <w:r>
        <w:t>Rose's observations are particularly pertinent for those purchasing patterns online, whether from Etsy or specialty sites like Ravelry, which is a social network and marketplace for yarn crafters. While many patterns available online are legitimate, the ease with which AI can produce these instructions means that flawed patterns slip into the mix, leading to wasted time, effort, and materials for unsuspecting crafters.</w:t>
      </w:r>
      <w:r/>
    </w:p>
    <w:p>
      <w:r/>
      <w:r>
        <w:t>The issues faced by crafters extend beyond just monetary loss. The time invested in creating a project based on a faulty pattern can range from a few hours for a small item to several months for larger projects like afghans. When these projects fail due to incorrect instructions, it can be not only disappointing but discouraging, particularly for beginners who might believe the fault lies in their skillset rather than the pattern itself.</w:t>
      </w:r>
      <w:r/>
    </w:p>
    <w:p>
      <w:r/>
      <w:r>
        <w:t>Elise Rose has compiled a series of tips to help crafters identify potential AI-generated patterns. These include looking for overly fantastical detail in the designs, impossible stitches, extreme sizes, errors in imagery such as unnatural proportions, and the absence of progress photos or videos. Additionally, legitimate patterns will often have a designer's name attached and some form of online presence beyond a simple listing.</w:t>
      </w:r>
      <w:r/>
    </w:p>
    <w:p>
      <w:r/>
      <w:r>
        <w:t>The infiltration of AI into the crafting world exemplifies broader concerns about the technology's role in daily life. As AI continues to evolve and penetrate various industries, its misuse presents new challenges. For crafters, the focus remains on vigilance and education about spotting potentially fraudulent patterns to protect their time and resources. Meanwhile, the crafting community continues to adapt, seeking ways to mitigate these issues while harnessing AI's potential for positive, creative uses.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https://www.speakeragency.co.uk/blog/understanding-ais-impact-on-creative-industries</w:t>
        </w:r>
      </w:hyperlink>
      <w:r>
        <w:t xml:space="preserve"> - This article discusses how AI is impacting various creative industries, including the potential for AI to generate new ideas and enhance creativity, but also the need for human intervention to add depth and emotional value.</w:t>
      </w:r>
      <w:r/>
    </w:p>
    <w:p>
      <w:pPr>
        <w:pStyle w:val="ListNumber"/>
        <w:spacing w:line="240" w:lineRule="auto"/>
        <w:ind w:left="720"/>
      </w:pPr>
      <w:r/>
      <w:hyperlink r:id="rId11">
        <w:r>
          <w:rPr>
            <w:color w:val="0000EE"/>
            <w:u w:val="single"/>
          </w:rPr>
          <w:t>https://www.hp.com/us-en/shop/tech-takes/ai-in-creative-industries</w:t>
        </w:r>
      </w:hyperlink>
      <w:r>
        <w:t xml:space="preserve"> - This article explores AI's impact on creative industries such as visual arts, music composition, and film, highlighting both the benefits and the challenges, including the need for collaboration between AI and human creativity.</w:t>
      </w:r>
      <w:r/>
    </w:p>
    <w:p>
      <w:pPr>
        <w:pStyle w:val="ListNumber"/>
        <w:spacing w:line="240" w:lineRule="auto"/>
        <w:ind w:left="720"/>
      </w:pPr>
      <w:r/>
      <w:hyperlink r:id="rId12">
        <w:r>
          <w:rPr>
            <w:color w:val="0000EE"/>
            <w:u w:val="single"/>
          </w:rPr>
          <w:t>https://www.sps.nyu.edu/homepage/emerging-technologies-collaborative/blog/2023/embracing-creativity-how-ai-can-enhance-the-creative-process.html</w:t>
        </w:r>
      </w:hyperlink>
      <w:r>
        <w:t xml:space="preserve"> - This blog post details how AI can enhance the creative process across various artistic domains, including inspiration, visual exploration, and music composition, while also addressing the challenges of over-reliance on AI and the importance of balancing skill development.</w:t>
      </w:r>
      <w:r/>
    </w:p>
    <w:p>
      <w:pPr>
        <w:pStyle w:val="ListNumber"/>
        <w:spacing w:line="240" w:lineRule="auto"/>
        <w:ind w:left="720"/>
      </w:pPr>
      <w:r/>
      <w:hyperlink r:id="rId13">
        <w:r>
          <w:rPr>
            <w:color w:val="0000EE"/>
            <w:u w:val="single"/>
          </w:rPr>
          <w:t>https://pmc.ncbi.nlm.nih.gov/articles/PMC10624838/</w:t>
        </w:r>
      </w:hyperlink>
      <w:r>
        <w:t xml:space="preserve"> - This research article discusses how people perceive AI-made art compared to human-made art, finding that AI-made art is devalued but can also enhance perceptions of human creativity when compared side by side.</w:t>
      </w:r>
      <w:r/>
    </w:p>
    <w:p>
      <w:pPr>
        <w:pStyle w:val="ListNumber"/>
        <w:spacing w:line="240" w:lineRule="auto"/>
        <w:ind w:left="720"/>
      </w:pPr>
      <w:r/>
      <w:hyperlink r:id="rId14">
        <w:r>
          <w:rPr>
            <w:color w:val="0000EE"/>
            <w:u w:val="single"/>
          </w:rPr>
          <w:t>https://www.3dissue.com/the-threat-of-ai-in-the-creative-industry/</w:t>
        </w:r>
      </w:hyperlink>
      <w:r>
        <w:t xml:space="preserve"> - This article highlights the impact of AI on the creative industry, including the potential for AI to replicate and surpass human creativity, and the need for artists to adapt and harness AI in their workflows.</w:t>
      </w:r>
      <w:r/>
    </w:p>
    <w:p>
      <w:pPr>
        <w:pStyle w:val="ListNumber"/>
        <w:spacing w:line="240" w:lineRule="auto"/>
        <w:ind w:left="720"/>
      </w:pPr>
      <w:r/>
      <w:hyperlink r:id="rId9">
        <w:r>
          <w:rPr>
            <w:color w:val="0000EE"/>
            <w:u w:val="single"/>
          </w:rPr>
          <w:t>https://www.noahwire.com</w:t>
        </w:r>
      </w:hyperlink>
      <w:r>
        <w:t xml:space="preserve"> - Although not directly linked to the specific issues of AI-generated patterns in crafting, this source is mentioned as the origin of the information about the misuse of AI in crafting and the broader concerns about AI's role in daily life.</w:t>
      </w:r>
      <w:r/>
    </w:p>
    <w:p>
      <w:pPr>
        <w:pStyle w:val="ListNumber"/>
        <w:spacing w:line="240" w:lineRule="auto"/>
        <w:ind w:left="720"/>
      </w:pPr>
      <w:r/>
      <w:hyperlink r:id="rId15">
        <w:r>
          <w:rPr>
            <w:color w:val="0000EE"/>
            <w:u w:val="single"/>
          </w:rPr>
          <w:t>https://www.craftindustryalliance.org/research</w:t>
        </w:r>
      </w:hyperlink>
      <w:r>
        <w:t xml:space="preserve"> - While not directly provided, this link would typically lead to research on the craft industry, such as the 2016 study by the Association for Creative Industries, which could corroborate the market size and engagement in yarn crafts.</w:t>
      </w:r>
      <w:r/>
    </w:p>
    <w:p>
      <w:pPr>
        <w:pStyle w:val="ListNumber"/>
        <w:spacing w:line="240" w:lineRule="auto"/>
        <w:ind w:left="720"/>
      </w:pPr>
      <w:r/>
      <w:hyperlink r:id="rId16">
        <w:r>
          <w:rPr>
            <w:color w:val="0000EE"/>
            <w:u w:val="single"/>
          </w:rPr>
          <w:t>https://www.ravelry.com/</w:t>
        </w:r>
      </w:hyperlink>
      <w:r>
        <w:t xml:space="preserve"> - This is a social network and marketplace for yarn crafters, where the issue of AI-generated patterns is particularly relevant, as mentioned in the article.</w:t>
      </w:r>
      <w:r/>
    </w:p>
    <w:p>
      <w:pPr>
        <w:pStyle w:val="ListNumber"/>
        <w:spacing w:line="240" w:lineRule="auto"/>
        <w:ind w:left="720"/>
      </w:pPr>
      <w:r/>
      <w:hyperlink r:id="rId17">
        <w:r>
          <w:rPr>
            <w:color w:val="0000EE"/>
            <w:u w:val="single"/>
          </w:rPr>
          <w:t>https://www.etsy.com/</w:t>
        </w:r>
      </w:hyperlink>
      <w:r>
        <w:t xml:space="preserve"> - Etsy is a platform where crafters buy and sell patterns, and the article mentions it as a place where scammers exploit AI technology to sell fake digital patterns.</w:t>
      </w:r>
      <w:r/>
    </w:p>
    <w:p>
      <w:pPr>
        <w:pStyle w:val="ListNumber"/>
        <w:spacing w:line="240" w:lineRule="auto"/>
        <w:ind w:left="720"/>
      </w:pPr>
      <w:r/>
      <w:hyperlink r:id="rId18">
        <w:r>
          <w:rPr>
            <w:color w:val="0000EE"/>
            <w:u w:val="single"/>
          </w:rPr>
          <w:t>https://www.youtube.com/</w:t>
        </w:r>
      </w:hyperlink>
      <w:r>
        <w:t xml:space="preserve"> - Elise Rose's YouTube channel is mentioned as a platform where she highlights the issues with AI-generated patterns, providing tips and advice to crafters.</w:t>
      </w:r>
      <w:r/>
    </w:p>
    <w:p>
      <w:pPr>
        <w:pStyle w:val="ListNumber"/>
        <w:spacing w:line="240" w:lineRule="auto"/>
        <w:ind w:left="720"/>
      </w:pPr>
      <w:r/>
      <w:hyperlink r:id="rId19">
        <w:r>
          <w:rPr>
            <w:color w:val="0000EE"/>
            <w:u w:val="single"/>
          </w:rPr>
          <w:t>https://www.crochetville.com/community/</w:t>
        </w:r>
      </w:hyperlink>
      <w:r>
        <w:t xml:space="preserve"> - This community forum is an example of where crafters discuss and share information about patterns, including potential issues with AI-generated ones.</w:t>
      </w:r>
      <w:r/>
    </w:p>
    <w:p>
      <w:pPr>
        <w:pStyle w:val="ListNumber"/>
        <w:spacing w:line="240" w:lineRule="auto"/>
        <w:ind w:left="720"/>
      </w:pPr>
      <w:r/>
      <w:hyperlink r:id="rId20">
        <w:r>
          <w:rPr>
            <w:color w:val="0000EE"/>
            <w:u w:val="single"/>
          </w:rPr>
          <w:t>https://www.zdnet.com/article/ai-scams-have-infiltrated-the-knitting-and-crochet-world-why-it-matters-for-everyone/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eakeragency.co.uk/blog/understanding-ais-impact-on-creative-industries" TargetMode="External"/><Relationship Id="rId11" Type="http://schemas.openxmlformats.org/officeDocument/2006/relationships/hyperlink" Target="https://www.hp.com/us-en/shop/tech-takes/ai-in-creative-industries" TargetMode="External"/><Relationship Id="rId12" Type="http://schemas.openxmlformats.org/officeDocument/2006/relationships/hyperlink" Target="https://www.sps.nyu.edu/homepage/emerging-technologies-collaborative/blog/2023/embracing-creativity-how-ai-can-enhance-the-creative-process.html" TargetMode="External"/><Relationship Id="rId13" Type="http://schemas.openxmlformats.org/officeDocument/2006/relationships/hyperlink" Target="https://pmc.ncbi.nlm.nih.gov/articles/PMC10624838/" TargetMode="External"/><Relationship Id="rId14" Type="http://schemas.openxmlformats.org/officeDocument/2006/relationships/hyperlink" Target="https://www.3dissue.com/the-threat-of-ai-in-the-creative-industry/" TargetMode="External"/><Relationship Id="rId15" Type="http://schemas.openxmlformats.org/officeDocument/2006/relationships/hyperlink" Target="https://www.craftindustryalliance.org/research" TargetMode="External"/><Relationship Id="rId16" Type="http://schemas.openxmlformats.org/officeDocument/2006/relationships/hyperlink" Target="https://www.ravelry.com/" TargetMode="External"/><Relationship Id="rId17" Type="http://schemas.openxmlformats.org/officeDocument/2006/relationships/hyperlink" Target="https://www.etsy.com/" TargetMode="External"/><Relationship Id="rId18" Type="http://schemas.openxmlformats.org/officeDocument/2006/relationships/hyperlink" Target="https://www.youtube.com/" TargetMode="External"/><Relationship Id="rId19" Type="http://schemas.openxmlformats.org/officeDocument/2006/relationships/hyperlink" Target="https://www.crochetville.com/community/" TargetMode="External"/><Relationship Id="rId20" Type="http://schemas.openxmlformats.org/officeDocument/2006/relationships/hyperlink" Target="https://www.zdnet.com/article/ai-scams-have-infiltrated-the-knitting-and-crochet-world-why-it-matters-for-every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