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Sir Michael Parkinson to make posthumous return through AI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Sir Michael Parkinson, the celebrated broadcaster known for his pioneering interview style, is set to make a posthumous return to the media landscape through a new podcast that will utilise artificial intelligence to recreate his distinctive voice. This innovative endeavour will once again feature Sir Michael in conversation with stars, despite his passing in August 2023.</w:t>
      </w:r>
      <w:r/>
    </w:p>
    <w:p>
      <w:r/>
      <w:r>
        <w:t>Sir Michael Parkinson, a seminal figure in the world of television, began his broadcasting career in the 1960s and continued until his retirement in 2007. On his eponymous show, "Parkinson," he interviewed a myriad of international luminaries, including cultural icons such as Tom Hanks, Jennifer Lopez, Billie Piper, and Diana Ross. Known for his incisive questioning and deft conversational skills, Sir Michael left an indelible mark on broadcasting.</w:t>
      </w:r>
      <w:r/>
    </w:p>
    <w:p>
      <w:r/>
      <w:r>
        <w:t>With plans in motion to revive his voice through AI technology, fans and new listeners alike will have the opportunity to experience "Parky" interviewing stars once more. The project has reportedly received the blessing of Sir Michael's family, including support from his son, Michael Parkinson Jr. Sir Michael leaves behind his wife, journalist Mary Heneghan, and three children: Andrew, Michael Jr, and Nicholas.</w:t>
      </w:r>
      <w:r/>
    </w:p>
    <w:p>
      <w:r/>
      <w:r>
        <w:t>The concept has garnered attention due to its unusual nature. A source cited by The Sun remarked that the project's pursuit underscores the widespread admiration and the void felt by Sir Michael's absence. The source noted, "Although it sounds strange, using AI like this will keep the memory of the grand inquisitor alive and remember him for doing what he did best — grilling famous people."</w:t>
      </w:r>
      <w:r/>
    </w:p>
    <w:p>
      <w:r/>
      <w:r>
        <w:t>Reflecting on his illustrious career in past interviews, Sir Michael often spoke candidly about his experiences. He famously recounted his infatuation with the late actress Lauren Bacall, who he interviewed in 1979, expressing a youthful fantasy of eloping with her. He joked about his admiration for Bacall and other Hollywood stars such as Shirley MacLaine.</w:t>
      </w:r>
      <w:r/>
    </w:p>
    <w:p>
      <w:r/>
      <w:r>
        <w:t>Sir Michael often highlighted notable moments and relationships from his career, mentioning his amicable run-ins with guests like Warren Beatty, brother of Shirley MacLaine. However, he was also forthright about less positive experiences, describing British media mogul Robert Maxwell as his most challenging interviewee. His candid description of Maxwell as "overwhelming" and "totally, utterly, disgracefully awful" stands out among his anecdotes.</w:t>
      </w:r>
      <w:r/>
    </w:p>
    <w:p>
      <w:r/>
      <w:r>
        <w:t>The news of Sir Michael's passing was announced in August 2023, following a brief illness. A statement confirmed that he died peacefully at home, surrounded by his family, who have requested privacy during their time of mourning. As the podcast project develops, Sir Michael's legacy looks set to continue influencing the world of showbusiness and broadcasting through the intersection of technology and nostalgia.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https://twitter.com/MirrorCeleb/status/1849917808349712732</w:t>
        </w:r>
      </w:hyperlink>
      <w:r>
        <w:t xml:space="preserve"> - Corroborates the news that Sir Michael Parkinson is to be revived by AI to host a new podcast interviewing stars.</w:t>
      </w:r>
      <w:r/>
    </w:p>
    <w:p>
      <w:pPr>
        <w:pStyle w:val="ListNumber"/>
        <w:spacing w:line="240" w:lineRule="auto"/>
        <w:ind w:left="720"/>
      </w:pPr>
      <w:r/>
      <w:hyperlink r:id="rId11">
        <w:r>
          <w:rPr>
            <w:color w:val="0000EE"/>
            <w:u w:val="single"/>
          </w:rPr>
          <w:t>https://metro.co.uk/2024/10/26/tv-legend-set-new-chat-show-beyond-grave-21870159/</w:t>
        </w:r>
      </w:hyperlink>
      <w:r>
        <w:t xml:space="preserve"> - Supports the information that a chat show host legend, who died last year, will continue to interview people with a new AI podcast.</w:t>
      </w:r>
      <w:r/>
    </w:p>
    <w:p>
      <w:pPr>
        <w:pStyle w:val="ListNumber"/>
        <w:spacing w:line="240" w:lineRule="auto"/>
        <w:ind w:left="720"/>
      </w:pPr>
      <w:r/>
      <w:hyperlink r:id="rId12">
        <w:r>
          <w:rPr>
            <w:color w:val="0000EE"/>
            <w:u w:val="single"/>
          </w:rPr>
          <w:t>https://www.reddit.com/r/ArtificialInteligence/comments/1gc4iqb/sir_michael_parkinson_to_be_revived_by_ai_to_host/</w:t>
        </w:r>
      </w:hyperlink>
      <w:r>
        <w:t xml:space="preserve"> - Confirms that Sir Michael Parkinson will be revived by AI to host a new podcast interviewing stars.</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Details the project where an AI voice of Sir Michael Parkinson will host a celebrity podcast, supported by his family and estate.</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Provides information on the AI technology used to recreate Sir Michael Parkinson's voice and the involvement of his son, Michael Parkinson Jr.</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Mentions Sir Michael Parkinson's extensive archive of interviews and his signature interviewing style that the AI will replicate.</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Discusses the reaction of Michael Parkinson Jr. to hearing the AI version of his father's voice and the project's aim to interview new generation talent.</w:t>
      </w:r>
      <w:r/>
    </w:p>
    <w:p>
      <w:pPr>
        <w:pStyle w:val="ListNumber"/>
        <w:spacing w:line="240" w:lineRule="auto"/>
        <w:ind w:left="720"/>
      </w:pPr>
      <w:r/>
      <w:hyperlink r:id="rId14">
        <w:r>
          <w:rPr>
            <w:color w:val="0000EE"/>
            <w:u w:val="single"/>
          </w:rPr>
          <w:t>https://beamstart.com/news/michael-parkinson-is-back-with-17299375232087</w:t>
        </w:r>
      </w:hyperlink>
      <w:r>
        <w:t xml:space="preserve"> - Supports the news that the AI voice of Sir Michael Parkinson will interview a new generation of stars and has the blessing of his family.</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Reflects on Sir Michael Parkinson's career and notable interviews, including those with Lauren Bacall and other Hollywood stars.</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Mentions the announcement of Sir Michael Parkinson's passing in August 2023 and the family's request for privacy.</w:t>
      </w:r>
      <w:r/>
    </w:p>
    <w:p>
      <w:pPr>
        <w:pStyle w:val="ListNumber"/>
        <w:spacing w:line="240" w:lineRule="auto"/>
        <w:ind w:left="720"/>
      </w:pPr>
      <w:r/>
      <w:hyperlink r:id="rId13">
        <w:r>
          <w:rPr>
            <w:color w:val="0000EE"/>
            <w:u w:val="single"/>
          </w:rPr>
          <w:t>https://www.theguardian.com/media/2024/oct/26/michael-parkinson-virtually-ai-replica-chatshow</w:t>
        </w:r>
      </w:hyperlink>
      <w:r>
        <w:t xml:space="preserve"> - Highlights the legacy of Sir Michael Parkinson and how the podcast project continues his influence in the world of showbusiness and broadcasting.</w:t>
      </w:r>
      <w:r/>
    </w:p>
    <w:p>
      <w:pPr>
        <w:pStyle w:val="ListNumber"/>
        <w:spacing w:line="240" w:lineRule="auto"/>
        <w:ind w:left="720"/>
      </w:pPr>
      <w:r/>
      <w:hyperlink r:id="rId15">
        <w:r>
          <w:rPr>
            <w:color w:val="0000EE"/>
            <w:u w:val="single"/>
          </w:rPr>
          <w:t>https://www.mirror.co.uk/3am/celebrity-news/sir-michael-parkinson-to-revived-33974346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MirrorCeleb/status/1849917808349712732" TargetMode="External"/><Relationship Id="rId11" Type="http://schemas.openxmlformats.org/officeDocument/2006/relationships/hyperlink" Target="https://metro.co.uk/2024/10/26/tv-legend-set-new-chat-show-beyond-grave-21870159/" TargetMode="External"/><Relationship Id="rId12" Type="http://schemas.openxmlformats.org/officeDocument/2006/relationships/hyperlink" Target="https://www.reddit.com/r/ArtificialInteligence/comments/1gc4iqb/sir_michael_parkinson_to_be_revived_by_ai_to_host/" TargetMode="External"/><Relationship Id="rId13" Type="http://schemas.openxmlformats.org/officeDocument/2006/relationships/hyperlink" Target="https://www.theguardian.com/media/2024/oct/26/michael-parkinson-virtually-ai-replica-chatshow" TargetMode="External"/><Relationship Id="rId14" Type="http://schemas.openxmlformats.org/officeDocument/2006/relationships/hyperlink" Target="https://beamstart.com/news/michael-parkinson-is-back-with-17299375232087" TargetMode="External"/><Relationship Id="rId15" Type="http://schemas.openxmlformats.org/officeDocument/2006/relationships/hyperlink" Target="https://www.mirror.co.uk/3am/celebrity-news/sir-michael-parkinson-to-revived-339743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