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SocialAI offers a new kind of social network experience without human interaction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intriguing fusion of artificial intelligence and social media, a new application called SocialAI has emerged, offering users the unusual experience of possessing a social network devoid of human interaction. This innovative platform, currently available for free download on the App Store, leverages AI-driven technology to simulate the experience of online celebrity, allowing users to engage with millions of AI-generated 'followers'.</w:t>
      </w:r>
      <w:r/>
    </w:p>
    <w:p>
      <w:r/>
      <w:r>
        <w:t>Upon installation, users kick-off their virtual celebrity journey by choosing three types of followers from an offered selection such as "supporters," "nerds," "skeptics," and "fans." This initial step allows users to tailor the type of responses and interactions they will receive, effectively shaping the tone and style of their virtual audience's engagement.</w:t>
      </w:r>
      <w:r/>
    </w:p>
    <w:p>
      <w:r/>
      <w:r>
        <w:t>Once users begin posting updates or queries, for instance, requesting suggestions on pizza toppings or travel tips for a trip to New York, the platform springs into action. It generates a flurry of activity as AI chatbots start interacting with the posts, mimicking the buzz and engagement typical of high-profile social media accounts. This interaction is not just one-directional; users have the option to respond to chatbot comments, prompting further replies in a seemingly endless conversational loop.</w:t>
      </w:r>
      <w:r/>
    </w:p>
    <w:p>
      <w:r/>
      <w:r>
        <w:t>SocialAI markets itself as "your personal AI-powered social network designed just for you," and promises a unique digital interaction landscape where the user is the focal point of every interaction. The app suggests that it offers not just conversations but also "helpful insights and AI-generated support in real-time," thus redefining traditional social network engagement to focus entirely on individual user experience.</w:t>
      </w:r>
      <w:r/>
    </w:p>
    <w:p>
      <w:r/>
      <w:r>
        <w:t>The concept of an entirely AI-driven social network brings forth a novel approach to online interaction, merging the world of artificial intelligence with the human desire for social validation and celebrity experiences. While the app eradicates the unpredictability of human responses, it provides a controlled environment for users to enjoy the thrill of non-stop attention and support, a digital world where every post sparks a plethora of automated yet personalised responses.</w:t>
      </w:r>
      <w:r/>
    </w:p>
    <w:p>
      <w:r/>
      <w:r>
        <w:t>This development in the fusion of AI technology and social media platforms is a testament to the evolving nature of digital interaction, broadening the possibilities of how people can engage with online platforms, with SocialAI being at the cutting edge of this change. As users navigate this new paradigm, the difference between actual human social networks and their AI-driven counterparts provides an intriguing landscape for exploration and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https://www.vice.com/en/article/socialai-app-social-media-bots/</w:t>
        </w:r>
      </w:hyperlink>
      <w:r>
        <w:t xml:space="preserve"> - Corroborates the concept of SocialAI as an AI-powered social network where users interact with AI-driven characters, and the app's design to provide a space for reflection and feedback without real-world repercussions.</w:t>
      </w:r>
      <w:r/>
    </w:p>
    <w:p>
      <w:pPr>
        <w:pStyle w:val="ListNumber"/>
        <w:spacing w:line="240" w:lineRule="auto"/>
        <w:ind w:left="720"/>
      </w:pPr>
      <w:r/>
      <w:hyperlink r:id="rId11">
        <w:r>
          <w:rPr>
            <w:color w:val="0000EE"/>
            <w:u w:val="single"/>
          </w:rPr>
          <w:t>https://apps.apple.com/us/app/socialai-ai-social-network/id6670229993</w:t>
        </w:r>
      </w:hyperlink>
      <w:r>
        <w:t xml:space="preserve"> - Supports the details about the app's features, such as posting status updates and receiving infinite replies from AI followers, and its marketing as a personal AI-powered social network.</w:t>
      </w:r>
      <w:r/>
    </w:p>
    <w:p>
      <w:pPr>
        <w:pStyle w:val="ListNumber"/>
        <w:spacing w:line="240" w:lineRule="auto"/>
        <w:ind w:left="720"/>
      </w:pPr>
      <w:r/>
      <w:hyperlink r:id="rId12">
        <w:r>
          <w:rPr>
            <w:color w:val="0000EE"/>
            <w:u w:val="single"/>
          </w:rPr>
          <w:t>https://www.pcgamer.com/software/ai/ive-tried-the-new-deliberately-anti-social-ai-only-social-media-app-and-ive-never-been-more-glad-to-be-a-little-bit-of-a-loser/</w:t>
        </w:r>
      </w:hyperlink>
      <w:r>
        <w:t xml:space="preserve"> - Confirms the app's functionality, including the selection of follower types and the interaction with AI chatbots, as well as the criticism that the app feels like a chatbot with extra steps.</w:t>
      </w:r>
      <w:r/>
    </w:p>
    <w:p>
      <w:pPr>
        <w:pStyle w:val="ListNumber"/>
        <w:spacing w:line="240" w:lineRule="auto"/>
        <w:ind w:left="720"/>
      </w:pPr>
      <w:r/>
      <w:hyperlink r:id="rId13">
        <w:r>
          <w:rPr>
            <w:color w:val="0000EE"/>
            <w:u w:val="single"/>
          </w:rPr>
          <w:t>https://www.yahoo.com/tech/ive-tried-deliberately-anti-social-155140315.html</w:t>
        </w:r>
      </w:hyperlink>
      <w:r>
        <w:t xml:space="preserve"> - Provides additional details on the app's operation, including the need to choose follower types and the uniform engagement from AI bots, and critiques the app's lack of genuine human interaction.</w:t>
      </w:r>
      <w:r/>
    </w:p>
    <w:p>
      <w:pPr>
        <w:pStyle w:val="ListNumber"/>
        <w:spacing w:line="240" w:lineRule="auto"/>
        <w:ind w:left="720"/>
      </w:pPr>
      <w:r/>
      <w:hyperlink r:id="rId14">
        <w:r>
          <w:rPr>
            <w:color w:val="0000EE"/>
            <w:u w:val="single"/>
          </w:rPr>
          <w:t>https://techcrunch.com/2024/09/17/socialai-offers-a-twitter-like-diary-where-ai-bots-respond-to-your-posts/</w:t>
        </w:r>
      </w:hyperlink>
      <w:r>
        <w:t xml:space="preserve"> - Supports the description of SocialAI as a Twitter-like diary where AI bots respond to user posts, emphasizing the absence of human users and the continuous engagement from AI chatbots.</w:t>
      </w:r>
      <w:r/>
    </w:p>
    <w:p>
      <w:pPr>
        <w:pStyle w:val="ListNumber"/>
        <w:spacing w:line="240" w:lineRule="auto"/>
        <w:ind w:left="720"/>
      </w:pPr>
      <w:r/>
      <w:hyperlink r:id="rId10">
        <w:r>
          <w:rPr>
            <w:color w:val="0000EE"/>
            <w:u w:val="single"/>
          </w:rPr>
          <w:t>https://www.vice.com/en/article/socialai-app-social-media-bots/</w:t>
        </w:r>
      </w:hyperlink>
      <w:r>
        <w:t xml:space="preserve"> - Explains the app's purpose as a tool for reflection and the types of AI characters users can interact with, such as supporters, critics, and trolls.</w:t>
      </w:r>
      <w:r/>
    </w:p>
    <w:p>
      <w:pPr>
        <w:pStyle w:val="ListNumber"/>
        <w:spacing w:line="240" w:lineRule="auto"/>
        <w:ind w:left="720"/>
      </w:pPr>
      <w:r/>
      <w:hyperlink r:id="rId11">
        <w:r>
          <w:rPr>
            <w:color w:val="0000EE"/>
            <w:u w:val="single"/>
          </w:rPr>
          <w:t>https://apps.apple.com/us/app/socialai-ai-social-network/id6670229993</w:t>
        </w:r>
      </w:hyperlink>
      <w:r>
        <w:t xml:space="preserve"> - Details the app's privacy practices and the data that may be collected, which is relevant to the controlled environment provided by the app.</w:t>
      </w:r>
      <w:r/>
    </w:p>
    <w:p>
      <w:pPr>
        <w:pStyle w:val="ListNumber"/>
        <w:spacing w:line="240" w:lineRule="auto"/>
        <w:ind w:left="720"/>
      </w:pPr>
      <w:r/>
      <w:hyperlink r:id="rId12">
        <w:r>
          <w:rPr>
            <w:color w:val="0000EE"/>
            <w:u w:val="single"/>
          </w:rPr>
          <w:t>https://www.pcgamer.com/software/ai/ive-tried-the-new-deliberately-anti-social-ai-only-social-media-app-and-ive-never-been-more-glad-to-be-a-little-bit-of-a-loser/</w:t>
        </w:r>
      </w:hyperlink>
      <w:r>
        <w:t xml:space="preserve"> - Describes the user experience, including the feeling of being an omnipotent figure in a digital world and the limitations of the AI interactions.</w:t>
      </w:r>
      <w:r/>
    </w:p>
    <w:p>
      <w:pPr>
        <w:pStyle w:val="ListNumber"/>
        <w:spacing w:line="240" w:lineRule="auto"/>
        <w:ind w:left="720"/>
      </w:pPr>
      <w:r/>
      <w:hyperlink r:id="rId13">
        <w:r>
          <w:rPr>
            <w:color w:val="0000EE"/>
            <w:u w:val="single"/>
          </w:rPr>
          <w:t>https://www.yahoo.com/tech/ive-tried-deliberately-anti-social-155140315.html</w:t>
        </w:r>
      </w:hyperlink>
      <w:r>
        <w:t xml:space="preserve"> - Highlights the app's unique approach to social interaction and the contrast between this AI-driven environment and traditional human social networks.</w:t>
      </w:r>
      <w:r/>
    </w:p>
    <w:p>
      <w:pPr>
        <w:pStyle w:val="ListNumber"/>
        <w:spacing w:line="240" w:lineRule="auto"/>
        <w:ind w:left="720"/>
      </w:pPr>
      <w:r/>
      <w:hyperlink r:id="rId14">
        <w:r>
          <w:rPr>
            <w:color w:val="0000EE"/>
            <w:u w:val="single"/>
          </w:rPr>
          <w:t>https://techcrunch.com/2024/09/17/socialai-offers-a-twitter-like-diary-where-ai-bots-respond-to-your-posts/</w:t>
        </w:r>
      </w:hyperlink>
      <w:r>
        <w:t xml:space="preserve"> - Discusses the broader implications of SocialAI in the context of evolving digital interactions and the fusion of AI technology with social media.</w:t>
      </w:r>
      <w:r/>
    </w:p>
    <w:p>
      <w:pPr>
        <w:pStyle w:val="ListNumber"/>
        <w:spacing w:line="240" w:lineRule="auto"/>
        <w:ind w:left="720"/>
      </w:pPr>
      <w:r/>
      <w:hyperlink r:id="rId12">
        <w:r>
          <w:rPr>
            <w:color w:val="0000EE"/>
            <w:u w:val="single"/>
          </w:rPr>
          <w:t>https://www.pcgamer.com/software/ai/ive-tried-the-new-deliberately-anti-social-ai-only-social-media-app-and-ive-never-been-more-glad-to-be-a-little-bit-of-a-loser/</w:t>
        </w:r>
      </w:hyperlink>
      <w:r>
        <w:t xml:space="preserve"> - Critiques the app's ability to provide meaningful support, such as when users seek advice on serious issues like depression, and the limitations of AI-generated responses.</w:t>
      </w:r>
      <w:r/>
    </w:p>
    <w:p>
      <w:pPr>
        <w:pStyle w:val="ListNumber"/>
        <w:spacing w:line="240" w:lineRule="auto"/>
        <w:ind w:left="720"/>
      </w:pPr>
      <w:r/>
      <w:hyperlink r:id="rId15">
        <w:r>
          <w:rPr>
            <w:color w:val="0000EE"/>
            <w:u w:val="single"/>
          </w:rPr>
          <w:t>https://www.theapplepost.com/2024/10/24/67566/socialai-app-simulates-celebrity-status-with-millions-of-ai-followers-who-like-and-reply-to-your-posts-on-a-social-network-without-humans/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vice.com/en/article/socialai-app-social-media-bots/" TargetMode="External"/><Relationship Id="rId11" Type="http://schemas.openxmlformats.org/officeDocument/2006/relationships/hyperlink" Target="https://apps.apple.com/us/app/socialai-ai-social-network/id6670229993" TargetMode="External"/><Relationship Id="rId12" Type="http://schemas.openxmlformats.org/officeDocument/2006/relationships/hyperlink" Target="https://www.pcgamer.com/software/ai/ive-tried-the-new-deliberately-anti-social-ai-only-social-media-app-and-ive-never-been-more-glad-to-be-a-little-bit-of-a-loser/" TargetMode="External"/><Relationship Id="rId13" Type="http://schemas.openxmlformats.org/officeDocument/2006/relationships/hyperlink" Target="https://www.yahoo.com/tech/ive-tried-deliberately-anti-social-155140315.html" TargetMode="External"/><Relationship Id="rId14" Type="http://schemas.openxmlformats.org/officeDocument/2006/relationships/hyperlink" Target="https://techcrunch.com/2024/09/17/socialai-offers-a-twitter-like-diary-where-ai-bots-respond-to-your-posts/" TargetMode="External"/><Relationship Id="rId15" Type="http://schemas.openxmlformats.org/officeDocument/2006/relationships/hyperlink" Target="https://www.theapplepost.com/2024/10/24/67566/socialai-app-simulates-celebrity-status-with-millions-of-ai-followers-who-like-and-reply-to-your-posts-on-a-social-network-without-huma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