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Susan Davenport appointed as Chief Data and AI Officer for Department of the Air 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Susan Davenport Appointed as Chief Data and AI Officer for Department of the Air Force</w:t>
      </w:r>
      <w:r/>
    </w:p>
    <w:p>
      <w:r/>
      <w:r>
        <w:t>In Washington, the Department of the Air Force (DAF) has announced the appointment of Susan Davenport as the new Chief Data and Artificial Intelligence Officer (CDAO). This decision was made public on Tuesday following the interim tenure of Chandra Donelson, who has been filling the role since April. Davenport steps into the position previously held by notable figures such as Eileen Vidrine and Gen. John Olson, who was the first to assume this role within the department.</w:t>
      </w:r>
      <w:r/>
    </w:p>
    <w:p>
      <w:r/>
      <w:r>
        <w:t>Susan Davenport brings a wealth of experience to her new role, most recently serving as the Senior Advisor for Defense Innovation at the Secretary of the Air Force’s office. With over three decades of experience in the intelligence sector, her extensive background also includes positions within the Air Force and the National Reconnaissance Office. These experiences are expected to equip her well in steering the department's data and artificial intelligence strategies.</w:t>
      </w:r>
      <w:r/>
    </w:p>
    <w:p>
      <w:r/>
      <w:r>
        <w:t>According to an announcement on LinkedIn by the Department of the Air Force's Chief Information Officer, Davenport's expertise in driving innovation and managing complex programs will be crucial in advancing the Air Force and the Space Force's data and AI initiatives. Her responsibilities will include developing and implementing strategic frameworks for analytics, digital transformation, and enterprise data management, as well as ensuring the responsible and ethical use of artificial intelligence.</w:t>
      </w:r>
      <w:r/>
    </w:p>
    <w:p>
      <w:r/>
      <w:r>
        <w:t>A significant part of her mandate is to lead the DAF’s efforts to become “AI ready” by 2025 and “AI-competitive” by 2027. This initiative is part of the DAF's broader effort to integrate advanced technologies to enhance service capabilities and operational effectiveness.</w:t>
      </w:r>
      <w:r/>
    </w:p>
    <w:p>
      <w:r/>
      <w:r>
        <w:t>The Air Force has already made significant progress in this regard, being the first military branch to introduce a generative AI tool named the Non-classified Internet Protocol Generative Pre-training Transformer, or NIPRGPT. Launched in June, this tool has already been utilized by over 80,000 airmen and guardians. The objective of NIPRGPT is to assess how AI can improve information access and to evaluate its necessity within the department.</w:t>
      </w:r>
      <w:r/>
    </w:p>
    <w:p>
      <w:r/>
      <w:r>
        <w:t>Susan Davenport's appointment signifies a continued commitment by the Department of the Air Force to strengthen its capabilities through advanced technology and artificial intelligence, ensuring preparedness for future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https://www.linkedin.com/posts/daf-cio_data-ai-leadership-activity-7254502251379974145-DB6x</w:t>
        </w:r>
      </w:hyperlink>
      <w:r>
        <w:t xml:space="preserve"> - Announcement by the Department of the Air Force's Chief Information Officer about Susan Davenport's appointment as the new Chief Data and AI Officer.</w:t>
      </w:r>
      <w:r/>
    </w:p>
    <w:p>
      <w:pPr>
        <w:pStyle w:val="ListNumber"/>
        <w:spacing w:line="240" w:lineRule="auto"/>
        <w:ind w:left="720"/>
      </w:pPr>
      <w:r/>
      <w:hyperlink r:id="rId11">
        <w:r>
          <w:rPr>
            <w:color w:val="0000EE"/>
            <w:u w:val="single"/>
          </w:rPr>
          <w:t>https://www.linkedin.com/in/susan-davenport-8a433010</w:t>
        </w:r>
      </w:hyperlink>
      <w:r>
        <w:t xml:space="preserve"> - Susan Davenport's LinkedIn profile detailing her extensive background and experience in the intelligence sector, Air Force, and National Reconnaissance Office.</w:t>
      </w:r>
      <w:r/>
    </w:p>
    <w:p>
      <w:pPr>
        <w:pStyle w:val="ListNumber"/>
        <w:spacing w:line="240" w:lineRule="auto"/>
        <w:ind w:left="720"/>
      </w:pPr>
      <w:r/>
      <w:hyperlink r:id="rId12">
        <w:r>
          <w:rPr>
            <w:color w:val="0000EE"/>
            <w:u w:val="single"/>
          </w:rPr>
          <w:t>https://www.cdomagazine.tech/leadership-moves/us-department-of-the-air-force-appoints-susan-davenport-as-chief-data-and-artificial-intelligence-officer</w:t>
        </w:r>
      </w:hyperlink>
      <w:r>
        <w:t xml:space="preserve"> - Article confirming Susan Davenport's appointment as the Chief Data and Artificial Intelligence Officer for the Department of the Air Force.</w:t>
      </w:r>
      <w:r/>
    </w:p>
    <w:p>
      <w:pPr>
        <w:pStyle w:val="ListNumber"/>
        <w:spacing w:line="240" w:lineRule="auto"/>
        <w:ind w:left="720"/>
      </w:pPr>
      <w:r/>
      <w:hyperlink r:id="rId13">
        <w:r>
          <w:rPr>
            <w:color w:val="0000EE"/>
            <w:u w:val="single"/>
          </w:rPr>
          <w:t>https://cdotimes.com/2024/10/24/susan-davenport-named-air-force-chief-data-ai-officer-executive-gov/</w:t>
        </w:r>
      </w:hyperlink>
      <w:r>
        <w:t xml:space="preserve"> - Details about Susan Davenport's recent role as Senior Advisor for Defense Innovation and her previous positions, highlighting her expertise and experience.</w:t>
      </w:r>
      <w:r/>
    </w:p>
    <w:p>
      <w:pPr>
        <w:pStyle w:val="ListNumber"/>
        <w:spacing w:line="240" w:lineRule="auto"/>
        <w:ind w:left="720"/>
      </w:pPr>
      <w:r/>
      <w:hyperlink r:id="rId14">
        <w:r>
          <w:rPr>
            <w:color w:val="0000EE"/>
            <w:u w:val="single"/>
          </w:rPr>
          <w:t>https://orangeslices.ai/air-force-names-susan-davenport-as-new-chief-data-and-ai-officer/</w:t>
        </w:r>
      </w:hyperlink>
      <w:r>
        <w:t xml:space="preserve"> - Confirmation of Susan Davenport's appointment and her role in driving innovation and managing complex programs within the Department of the Air Force.</w:t>
      </w:r>
      <w:r/>
    </w:p>
    <w:p>
      <w:pPr>
        <w:pStyle w:val="ListNumber"/>
        <w:spacing w:line="240" w:lineRule="auto"/>
        <w:ind w:left="720"/>
      </w:pPr>
      <w:r/>
      <w:hyperlink r:id="rId10">
        <w:r>
          <w:rPr>
            <w:color w:val="0000EE"/>
            <w:u w:val="single"/>
          </w:rPr>
          <w:t>https://www.linkedin.com/posts/daf-cio_data-ai-leadership-activity-7254502251379974145-DB6x</w:t>
        </w:r>
      </w:hyperlink>
      <w:r>
        <w:t xml:space="preserve"> - Information on Davenport's responsibilities, including developing and implementing strategic frameworks for analytics, digital transformation, and enterprise data management.</w:t>
      </w:r>
      <w:r/>
    </w:p>
    <w:p>
      <w:pPr>
        <w:pStyle w:val="ListNumber"/>
        <w:spacing w:line="240" w:lineRule="auto"/>
        <w:ind w:left="720"/>
      </w:pPr>
      <w:r/>
      <w:hyperlink r:id="rId13">
        <w:r>
          <w:rPr>
            <w:color w:val="0000EE"/>
            <w:u w:val="single"/>
          </w:rPr>
          <w:t>https://cdotimes.com/2024/10/24/susan-davenport-named-air-force-chief-data-ai-officer-executive-gov/</w:t>
        </w:r>
      </w:hyperlink>
      <w:r>
        <w:t xml:space="preserve"> - Details about the DAF’s efforts to become ‘AI ready’ by 2025 and ‘AI-competitive’ by 2027, and Davenport's role in this initiative.</w:t>
      </w:r>
      <w:r/>
    </w:p>
    <w:p>
      <w:pPr>
        <w:pStyle w:val="ListNumber"/>
        <w:spacing w:line="240" w:lineRule="auto"/>
        <w:ind w:left="720"/>
      </w:pPr>
      <w:r/>
      <w:hyperlink r:id="rId12">
        <w:r>
          <w:rPr>
            <w:color w:val="0000EE"/>
            <w:u w:val="single"/>
          </w:rPr>
          <w:t>https://www.cdomagazine.tech/leadership-moves/us-department-of-the-air-force-appoints-susan-davenport-as-chief-data-and-artificial-intelligence-officer</w:t>
        </w:r>
      </w:hyperlink>
      <w:r>
        <w:t xml:space="preserve"> - Information on the Department of the Air Force's broader efforts to integrate advanced technologies to enhance service capabilities and operational effectiveness.</w:t>
      </w:r>
      <w:r/>
    </w:p>
    <w:p>
      <w:pPr>
        <w:pStyle w:val="ListNumber"/>
        <w:spacing w:line="240" w:lineRule="auto"/>
        <w:ind w:left="720"/>
      </w:pPr>
      <w:r/>
      <w:hyperlink r:id="rId14">
        <w:r>
          <w:rPr>
            <w:color w:val="0000EE"/>
            <w:u w:val="single"/>
          </w:rPr>
          <w:t>https://orangeslices.ai/air-force-names-susan-davenport-as-new-chief-data-and-ai-officer/</w:t>
        </w:r>
      </w:hyperlink>
      <w:r>
        <w:t xml:space="preserve"> - Confirmation of the Air Force's commitment to strengthening its capabilities through advanced technology and artificial intelligence under Davenport's leadership.</w:t>
      </w:r>
      <w:r/>
    </w:p>
    <w:p>
      <w:pPr>
        <w:pStyle w:val="ListNumber"/>
        <w:spacing w:line="240" w:lineRule="auto"/>
        <w:ind w:left="720"/>
      </w:pPr>
      <w:r/>
      <w:hyperlink r:id="rId11">
        <w:r>
          <w:rPr>
            <w:color w:val="0000EE"/>
            <w:u w:val="single"/>
          </w:rPr>
          <w:t>https://www.linkedin.com/in/susan-davenport-8a433010</w:t>
        </w:r>
      </w:hyperlink>
      <w:r>
        <w:t xml:space="preserve"> - Details about Susan Davenport's educational background and certifications, such as her MS in Telecommunications Engineering and various professional certifications.</w:t>
      </w:r>
      <w:r/>
    </w:p>
    <w:p>
      <w:pPr>
        <w:pStyle w:val="ListNumber"/>
        <w:spacing w:line="240" w:lineRule="auto"/>
        <w:ind w:left="720"/>
      </w:pPr>
      <w:r/>
      <w:hyperlink r:id="rId13">
        <w:r>
          <w:rPr>
            <w:color w:val="0000EE"/>
            <w:u w:val="single"/>
          </w:rPr>
          <w:t>https://cdotimes.com/2024/10/24/susan-davenport-named-air-force-chief-data-ai-officer-executive-gov/</w:t>
        </w:r>
      </w:hyperlink>
      <w:r>
        <w:t xml:space="preserve"> - Information on the generative AI tool NIPRGPT introduced by the Air Force and its utilization by over 80,000 airmen and guardians.</w:t>
      </w:r>
      <w:r/>
    </w:p>
    <w:p>
      <w:pPr>
        <w:pStyle w:val="ListNumber"/>
        <w:spacing w:line="240" w:lineRule="auto"/>
        <w:ind w:left="720"/>
      </w:pPr>
      <w:r/>
      <w:hyperlink r:id="rId15">
        <w:r>
          <w:rPr>
            <w:color w:val="0000EE"/>
            <w:u w:val="single"/>
          </w:rPr>
          <w:t>https://breakingdefense.com/2024/10/department-of-the-air-force-appoints-susan-davenport-as-new-chief-data-and-ai-officer/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daf-cio_data-ai-leadership-activity-7254502251379974145-DB6x" TargetMode="External"/><Relationship Id="rId11" Type="http://schemas.openxmlformats.org/officeDocument/2006/relationships/hyperlink" Target="https://www.linkedin.com/in/susan-davenport-8a433010" TargetMode="External"/><Relationship Id="rId12" Type="http://schemas.openxmlformats.org/officeDocument/2006/relationships/hyperlink" Target="https://www.cdomagazine.tech/leadership-moves/us-department-of-the-air-force-appoints-susan-davenport-as-chief-data-and-artificial-intelligence-officer" TargetMode="External"/><Relationship Id="rId13" Type="http://schemas.openxmlformats.org/officeDocument/2006/relationships/hyperlink" Target="https://cdotimes.com/2024/10/24/susan-davenport-named-air-force-chief-data-ai-officer-executive-gov/" TargetMode="External"/><Relationship Id="rId14" Type="http://schemas.openxmlformats.org/officeDocument/2006/relationships/hyperlink" Target="https://orangeslices.ai/air-force-names-susan-davenport-as-new-chief-data-and-ai-officer/" TargetMode="External"/><Relationship Id="rId15" Type="http://schemas.openxmlformats.org/officeDocument/2006/relationships/hyperlink" Target="https://breakingdefense.com/2024/10/department-of-the-air-force-appoints-susan-davenport-as-new-chief-data-and-ai-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