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Tech giant announces major expansion plans in Alabama</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Tech Giant Announces Major Expansion Plans in Alabama</w:t>
      </w:r>
      <w:r/>
    </w:p>
    <w:p>
      <w:r/>
      <w:r>
        <w:rPr>
          <w:b/>
        </w:rPr>
        <w:t>Birmingham, Alabama</w:t>
      </w:r>
      <w:r>
        <w:t xml:space="preserve"> – A major tech giant has recently unveiled plans for a significant expansion in the southern U.S. city of Birmingham, Alabama. This development is set to boost the local economy and provide numerous employment opportunities within the tech sector.</w:t>
      </w:r>
      <w:r/>
    </w:p>
    <w:p>
      <w:r/>
      <w:r>
        <w:t>This announcement was made through a press conference held at the Birmingham City Hall on Wednesday, attended by city officials, company representatives, and community leaders. The tech company, whose name is being kept under wraps pending official disclosures, confirmed its commitment to investing in the Birmingham area by establishing a new innovation hub.</w:t>
      </w:r>
      <w:r/>
    </w:p>
    <w:p>
      <w:r/>
      <w:r>
        <w:t>The proposed facility will be strategically located on the outskirts of downtown Birmingham, promising accessibility and potential for further infrastructural development. Construction is set to commence early next year, with the company's construction division coordinating with local firms to ensure the project aligns with regional architectural standards while bringing the tech-oriented design the company is known for.</w:t>
      </w:r>
      <w:r/>
    </w:p>
    <w:p>
      <w:r/>
      <w:r>
        <w:t>This expansion is predicted to create upwards of 1,000 job opportunities ranging from entry-level positions to highly specialised tech roles. Local educational institutions and workforce development organisations are already engaged in discussions to support this move, focusing on preparing prospective employees with targeted training programs.</w:t>
      </w:r>
      <w:r/>
    </w:p>
    <w:p>
      <w:r/>
      <w:r>
        <w:t>City officials have expressed optimism over the move, highlighting the potential for economic uplift and increased recognition of Birmingham as an emerging city in the technology sector. The Mayor of Birmingham, in his opening remarks during the announcement, stated, "This development marks a new era for our city, solidifying Birmingham's place on the technological map. We are committed to supporting this venture and ensuring that the benefits are felt across our community."</w:t>
      </w:r>
      <w:r/>
    </w:p>
    <w:p>
      <w:r/>
      <w:r>
        <w:t>The announcement has been met with enthusiasm not only from those within the tech community but also from various sectors keen to see the ripple effects of this significant investment in the area's infrastructure, education, and local business engagement.</w:t>
      </w:r>
      <w:r/>
    </w:p>
    <w:p>
      <w:r/>
      <w:r>
        <w:t>This initiative forms part of broader plans by the company to expand its footprint in underserved regions across the United States, aiming to decentralize its operations and tap into new pools of talent. Previously, similar projects have been launched in states like Arizona and New Mexico, with encouraging outcomes reported concerning community interaction and economic contributions.</w:t>
      </w:r>
      <w:r/>
    </w:p>
    <w:p>
      <w:r/>
      <w:r>
        <w:t>Further details about the expansion and its wider implications for Birmingham will be disclosed as negotiations with city authorities and local businesses progress. As it stands, this initiative heralds a promising phase for the city and its residents, marking one of the most considerable tech investments in Alabama's recent history.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https://www.madeinalabama.com/2023/10/tech-company-stella-source-plans-to-add-50-jobs-at-birmingham-hq/</w:t>
        </w:r>
      </w:hyperlink>
      <w:r>
        <w:t xml:space="preserve"> - This article corroborates the expansion plans of a tech company in Birmingham, specifically Stella Source, which is adding 50 new jobs and relocating to a new headquarters.</w:t>
      </w:r>
      <w:r/>
    </w:p>
    <w:p>
      <w:pPr>
        <w:pStyle w:val="ListNumber"/>
        <w:spacing w:line="240" w:lineRule="auto"/>
        <w:ind w:left="720"/>
      </w:pPr>
      <w:r/>
      <w:hyperlink r:id="rId11">
        <w:r>
          <w:rPr>
            <w:color w:val="0000EE"/>
            <w:u w:val="single"/>
          </w:rPr>
          <w:t>https://alabamanewscenter.com/2024/06/12/tech-startup-cmodel-data-relocating-hq-from-san-francisco-to-birmingham-alabama/</w:t>
        </w:r>
      </w:hyperlink>
      <w:r>
        <w:t xml:space="preserve"> - This article supports the relocation of a tech startup, CModel Data, to Birmingham, creating 80 new jobs and contributing to the city's growing tech ecosystem.</w:t>
      </w:r>
      <w:r/>
    </w:p>
    <w:p>
      <w:pPr>
        <w:pStyle w:val="ListNumber"/>
        <w:spacing w:line="240" w:lineRule="auto"/>
        <w:ind w:left="720"/>
      </w:pPr>
      <w:r/>
      <w:hyperlink r:id="rId12">
        <w:r>
          <w:rPr>
            <w:color w:val="0000EE"/>
            <w:u w:val="single"/>
          </w:rPr>
          <w:t>https://alabamanewscenter.com/2023/10/23/tech-startup-cmodel-data-relocating-hq-from-san-francisco-to-birmingham-alabama/</w:t>
        </w:r>
      </w:hyperlink>
      <w:r>
        <w:t xml:space="preserve"> - This article provides details on CModel Data's relocation and its economic impact, aligning with the broader theme of tech companies expanding in Birmingham.</w:t>
      </w:r>
      <w:r/>
    </w:p>
    <w:p>
      <w:pPr>
        <w:pStyle w:val="ListNumber"/>
        <w:spacing w:line="240" w:lineRule="auto"/>
        <w:ind w:left="720"/>
      </w:pPr>
      <w:r/>
      <w:hyperlink r:id="rId13">
        <w:r>
          <w:rPr>
            <w:color w:val="0000EE"/>
            <w:u w:val="single"/>
          </w:rPr>
          <w:t>https://bhamnow.com/2023/10/23/birmingham-earns-federal-tech-hub-designation-one-of-31-in-the-u-s/</w:t>
        </w:r>
      </w:hyperlink>
      <w:r>
        <w:t xml:space="preserve"> - This article discusses Birmingham's designation as a federal Tech Hub, which is part of a program to bolster regional innovation and job creation, supporting the city's growing tech sector.</w:t>
      </w:r>
      <w:r/>
    </w:p>
    <w:p>
      <w:pPr>
        <w:pStyle w:val="ListNumber"/>
        <w:spacing w:line="240" w:lineRule="auto"/>
        <w:ind w:left="720"/>
      </w:pPr>
      <w:r/>
      <w:hyperlink r:id="rId14">
        <w:r>
          <w:rPr>
            <w:color w:val="0000EE"/>
            <w:u w:val="single"/>
          </w:rPr>
          <w:t>https://alabamanewscenter.com/2023/10/23/white-house-designates-birmingham-alabama-as-one-of-31-tech-hubs-across-the-nation/</w:t>
        </w:r>
      </w:hyperlink>
      <w:r>
        <w:t xml:space="preserve"> - This article explains the White House's designation of Birmingham as one of 31 Tech Hubs, focusing on biotechnology and AI, which aligns with the city's emerging tech status.</w:t>
      </w:r>
      <w:r/>
    </w:p>
    <w:p>
      <w:pPr>
        <w:pStyle w:val="ListNumber"/>
        <w:spacing w:line="240" w:lineRule="auto"/>
        <w:ind w:left="720"/>
      </w:pPr>
      <w:r/>
      <w:hyperlink r:id="rId15">
        <w:r>
          <w:rPr>
            <w:color w:val="0000EE"/>
            <w:u w:val="single"/>
          </w:rPr>
          <w:t>https://businessalabama.com/birmingham-tech-company-plans-50-new-jobs/</w:t>
        </w:r>
      </w:hyperlink>
      <w:r>
        <w:t xml:space="preserve"> - This article confirms Stella Source's plans to create 50 new jobs and relocate to a new headquarters in Birmingham, supporting the local economy and job market.</w:t>
      </w:r>
      <w:r/>
    </w:p>
    <w:p>
      <w:pPr>
        <w:pStyle w:val="ListNumber"/>
        <w:spacing w:line="240" w:lineRule="auto"/>
        <w:ind w:left="720"/>
      </w:pPr>
      <w:r/>
      <w:hyperlink r:id="rId10">
        <w:r>
          <w:rPr>
            <w:color w:val="0000EE"/>
            <w:u w:val="single"/>
          </w:rPr>
          <w:t>https://www.madeinalabama.com/2023/10/tech-company-stella-source-plans-to-add-50-jobs-at-birmingham-hq/</w:t>
        </w:r>
      </w:hyperlink>
      <w:r>
        <w:t xml:space="preserve"> - This article details the involvement of local and state entities, such as the Birmingham Business Alliance and AIDT, in supporting tech company expansions in Birmingham.</w:t>
      </w:r>
      <w:r/>
    </w:p>
    <w:p>
      <w:pPr>
        <w:pStyle w:val="ListNumber"/>
        <w:spacing w:line="240" w:lineRule="auto"/>
        <w:ind w:left="720"/>
      </w:pPr>
      <w:r/>
      <w:hyperlink r:id="rId11">
        <w:r>
          <w:rPr>
            <w:color w:val="0000EE"/>
            <w:u w:val="single"/>
          </w:rPr>
          <w:t>https://alabamanewscenter.com/2024/06/12/tech-startup-cmodel-data-relocating-hq-from-san-francisco-to-birmingham-alabama/</w:t>
        </w:r>
      </w:hyperlink>
      <w:r>
        <w:t xml:space="preserve"> - This article highlights the economic impact of CModel Data's growth plans, estimated at $4.1 million over 20 years, supporting the broader economic benefits of tech expansions in Birmingham.</w:t>
      </w:r>
      <w:r/>
    </w:p>
    <w:p>
      <w:pPr>
        <w:pStyle w:val="ListNumber"/>
        <w:spacing w:line="240" w:lineRule="auto"/>
        <w:ind w:left="720"/>
      </w:pPr>
      <w:r/>
      <w:hyperlink r:id="rId13">
        <w:r>
          <w:rPr>
            <w:color w:val="0000EE"/>
            <w:u w:val="single"/>
          </w:rPr>
          <w:t>https://bhamnow.com/2023/10/23/birmingham-earns-federal-tech-hub-designation-one-of-31-in-the-u-s/</w:t>
        </w:r>
      </w:hyperlink>
      <w:r>
        <w:t xml:space="preserve"> - This article discusses the partnership and collaboration among various entities in Birmingham's Tech Hub application, including educational institutions and workforce development agencies.</w:t>
      </w:r>
      <w:r/>
    </w:p>
    <w:p>
      <w:pPr>
        <w:pStyle w:val="ListNumber"/>
        <w:spacing w:line="240" w:lineRule="auto"/>
        <w:ind w:left="720"/>
      </w:pPr>
      <w:r/>
      <w:hyperlink r:id="rId14">
        <w:r>
          <w:rPr>
            <w:color w:val="0000EE"/>
            <w:u w:val="single"/>
          </w:rPr>
          <w:t>https://alabamanewscenter.com/2023/10/23/white-house-designates-birmingham-alabama-as-one-of-31-tech-hubs-across-the-nation/</w:t>
        </w:r>
      </w:hyperlink>
      <w:r>
        <w:t xml:space="preserve"> - This article explains the focus on AI and biotechnology in Birmingham's Tech Hub, aligning with the city's efforts to become a leader in these technological areas.</w:t>
      </w:r>
      <w:r/>
    </w:p>
    <w:p>
      <w:pPr>
        <w:pStyle w:val="ListNumber"/>
        <w:spacing w:line="240" w:lineRule="auto"/>
        <w:ind w:left="720"/>
      </w:pPr>
      <w:r/>
      <w:hyperlink r:id="rId15">
        <w:r>
          <w:rPr>
            <w:color w:val="0000EE"/>
            <w:u w:val="single"/>
          </w:rPr>
          <w:t>https://businessalabama.com/birmingham-tech-company-plans-50-new-jobs/</w:t>
        </w:r>
      </w:hyperlink>
      <w:r>
        <w:t xml:space="preserve"> - This article supports the city officials' optimism about the economic uplift and recognition of Birmingham as an emerging city in the technology sector due to such expansions.</w:t>
      </w:r>
      <w:r/>
    </w:p>
    <w:p>
      <w:pPr>
        <w:pStyle w:val="ListNumber"/>
        <w:spacing w:line="240" w:lineRule="auto"/>
        <w:ind w:left="720"/>
      </w:pPr>
      <w:r/>
      <w:hyperlink r:id="rId16">
        <w:r>
          <w:rPr>
            <w:color w:val="0000EE"/>
            <w:u w:val="single"/>
          </w:rPr>
          <w:t>https://www.unionleader.com/news/weather/ai-is-transforming-weather-forecasting-is-the-u-s-falling-behind/article_6b73dbfa-9320-11ef-8ad6-ffea1dea3c83.html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madeinalabama.com/2023/10/tech-company-stella-source-plans-to-add-50-jobs-at-birmingham-hq/" TargetMode="External"/><Relationship Id="rId11" Type="http://schemas.openxmlformats.org/officeDocument/2006/relationships/hyperlink" Target="https://alabamanewscenter.com/2024/06/12/tech-startup-cmodel-data-relocating-hq-from-san-francisco-to-birmingham-alabama/" TargetMode="External"/><Relationship Id="rId12" Type="http://schemas.openxmlformats.org/officeDocument/2006/relationships/hyperlink" Target="https://alabamanewscenter.com/2023/10/23/tech-startup-cmodel-data-relocating-hq-from-san-francisco-to-birmingham-alabama/" TargetMode="External"/><Relationship Id="rId13" Type="http://schemas.openxmlformats.org/officeDocument/2006/relationships/hyperlink" Target="https://bhamnow.com/2023/10/23/birmingham-earns-federal-tech-hub-designation-one-of-31-in-the-u-s/" TargetMode="External"/><Relationship Id="rId14" Type="http://schemas.openxmlformats.org/officeDocument/2006/relationships/hyperlink" Target="https://alabamanewscenter.com/2023/10/23/white-house-designates-birmingham-alabama-as-one-of-31-tech-hubs-across-the-nation/" TargetMode="External"/><Relationship Id="rId15" Type="http://schemas.openxmlformats.org/officeDocument/2006/relationships/hyperlink" Target="https://businessalabama.com/birmingham-tech-company-plans-50-new-jobs/" TargetMode="External"/><Relationship Id="rId16" Type="http://schemas.openxmlformats.org/officeDocument/2006/relationships/hyperlink" Target="https://www.unionleader.com/news/weather/ai-is-transforming-weather-forecasting-is-the-u-s-falling-behind/article_6b73dbfa-9320-11ef-8ad6-ffea1dea3c83.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