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Technogym launches AI-powered connected dumbbells for home fitness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Technogym, a prominent name in the fitness equipment industry, has unveiled its latest innovation aimed at revolutionising at-home strength training. The Technogym Connected Dumbbells, powered by artificial intelligence, offer a streamlined solution for fitness enthusiasts looking for versatility and innovation in their workout routines.</w:t>
      </w:r>
      <w:r/>
    </w:p>
    <w:p>
      <w:r/>
      <w:r>
        <w:t>Introducing a novel approach to traditional dumbbells, these smart weights incorporate AI technology to create a customised workout experience. The dumbbells are constructed to include 12 different weights within a single compact design, ranging from 2 kilograms to 24 kilograms. Users can easily adjust the weight in 2-kilogram increments simply by rotating the handle, a process marked by a distinctive clicking sound.</w:t>
      </w:r>
      <w:r/>
    </w:p>
    <w:p>
      <w:r/>
      <w:r>
        <w:t>The dumbbells' smart capabilities stem from an integrated sensor that tracks user movement and performance. This sensor connects to the Technogym app, enabling users to personalise their workouts and maximise their fitness results. The Technogym AI Coach, utilising data captured by the sensors, proposes exercises and appropriate weights tailored to individual fitness levels and goals.</w:t>
      </w:r>
      <w:r/>
    </w:p>
    <w:p>
      <w:r/>
      <w:r>
        <w:t>Currently available through Technogym's UK website, these connected dumbbells are priced at £1,410, inclusive of a mount for easy storage. For users seeking a more comprehensive package, Technogym offers the Connected Dumbbells+ at £2,530. This premium option includes personalised load recommendations, a sleek Technogym stand, and a felt drawer equipped with a foam roller, a training mat, and three looped resistance bands, enhancing the overall fitness experience.</w:t>
      </w:r>
      <w:r/>
    </w:p>
    <w:p>
      <w:r/>
      <w:r>
        <w:t>In addition to the equipment, Technogym offers installation services, assembling and configuring the dumbbells at the buyer's home, and handling packaging disposal. However, to access the full range of workout options, users will need a Technogym Plus membership, available at £8.99 per month or £89.99 annually, with the first two months complimentary with purchase.</w:t>
      </w:r>
      <w:r/>
    </w:p>
    <w:p>
      <w:r/>
      <w:r>
        <w:t>While the Technogym Connected Dumbbells are currently available in the UK and several European nations including Italy, the Netherlands, Belgium, and Luxembourg, their availability is set to expand to the United States and Australia by 2025, with pricing details yet to be announced.</w:t>
      </w:r>
      <w:r/>
    </w:p>
    <w:p>
      <w:r/>
      <w:r>
        <w:t>This launch positions Technogym at the forefront of a growing trend towards smart, AI-powered fitness equipment. By launching these innovative dumbbells, Technogym takes a step ahead of competitors such as Kabata, another company seeking to introduce AI-driven home workout solutions, albeit expected at a lower cost upon their eventual launch.</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https://www.technogym.com/en-GB/product/technogym-connected-dumbbells_A000TMDP.html</w:t>
        </w:r>
      </w:hyperlink>
      <w:r>
        <w:t xml:space="preserve"> - This link corroborates the availability and pricing of the Technogym Connected Dumbbells and the Connected Dumbbells+ package.</w:t>
      </w:r>
      <w:r/>
    </w:p>
    <w:p>
      <w:pPr>
        <w:pStyle w:val="ListNumber"/>
        <w:spacing w:line="240" w:lineRule="auto"/>
        <w:ind w:left="720"/>
      </w:pPr>
      <w:r/>
      <w:hyperlink r:id="rId11">
        <w:r>
          <w:rPr>
            <w:color w:val="0000EE"/>
            <w:u w:val="single"/>
          </w:rPr>
          <w:t>https://www.technogym.com/en-US/support/post/getting-started-with-technogym-connected-dumbbells/</w:t>
        </w:r>
      </w:hyperlink>
      <w:r>
        <w:t xml:space="preserve"> - This link explains how the AI-powered Technogym Coach gauges user level, suggests specific weights, and tracks progress.</w:t>
      </w:r>
      <w:r/>
    </w:p>
    <w:p>
      <w:pPr>
        <w:pStyle w:val="ListNumber"/>
        <w:spacing w:line="240" w:lineRule="auto"/>
        <w:ind w:left="720"/>
      </w:pPr>
      <w:r/>
      <w:hyperlink r:id="rId12">
        <w:r>
          <w:rPr>
            <w:color w:val="0000EE"/>
            <w:u w:val="single"/>
          </w:rPr>
          <w:t>https://www.t3.com/active/technogym-launch-adjustable-dumbbells-with-a-hidden-secret-to-make-your-workouts-smarter</w:t>
        </w:r>
      </w:hyperlink>
      <w:r>
        <w:t xml:space="preserve"> - This link details the built-in sensor that analyses user movement and tracks performance in the Technogym Connected Dumbbells.</w:t>
      </w:r>
      <w:r/>
    </w:p>
    <w:p>
      <w:pPr>
        <w:pStyle w:val="ListNumber"/>
        <w:spacing w:line="240" w:lineRule="auto"/>
        <w:ind w:left="720"/>
      </w:pPr>
      <w:r/>
      <w:hyperlink r:id="rId13">
        <w:r>
          <w:rPr>
            <w:color w:val="0000EE"/>
            <w:u w:val="single"/>
          </w:rPr>
          <w:t>https://www.technogym.com/en-US/support/post/training-with-technogym-connected-dumbbells/</w:t>
        </w:r>
      </w:hyperlink>
      <w:r>
        <w:t xml:space="preserve"> - This link highlights the guidance provided by the AI-powered Technogym Coach and the smart capabilities of the dumbbells.</w:t>
      </w:r>
      <w:r/>
    </w:p>
    <w:p>
      <w:pPr>
        <w:pStyle w:val="ListNumber"/>
        <w:spacing w:line="240" w:lineRule="auto"/>
        <w:ind w:left="720"/>
      </w:pPr>
      <w:r/>
      <w:hyperlink r:id="rId10">
        <w:r>
          <w:rPr>
            <w:color w:val="0000EE"/>
            <w:u w:val="single"/>
          </w:rPr>
          <w:t>https://www.technogym.com/en-GB/product/technogym-connected-dumbbells_A000TMDP.html</w:t>
        </w:r>
      </w:hyperlink>
      <w:r>
        <w:t xml:space="preserve"> - This link provides information on the adjustable weight range and the compact design of the dumbbells.</w:t>
      </w:r>
      <w:r/>
    </w:p>
    <w:p>
      <w:pPr>
        <w:pStyle w:val="ListNumber"/>
        <w:spacing w:line="240" w:lineRule="auto"/>
        <w:ind w:left="720"/>
      </w:pPr>
      <w:r/>
      <w:hyperlink r:id="rId12">
        <w:r>
          <w:rPr>
            <w:color w:val="0000EE"/>
            <w:u w:val="single"/>
          </w:rPr>
          <w:t>https://www.t3.com/active/technogym-launch-adjustable-dumbbells-with-a-hidden-secret-to-make-your-workouts-smarter</w:t>
        </w:r>
      </w:hyperlink>
      <w:r>
        <w:t xml:space="preserve"> - This link mentions the innovative approach to traditional dumbbells and the integration of AI technology.</w:t>
      </w:r>
      <w:r/>
    </w:p>
    <w:p>
      <w:pPr>
        <w:pStyle w:val="ListNumber"/>
        <w:spacing w:line="240" w:lineRule="auto"/>
        <w:ind w:left="720"/>
      </w:pPr>
      <w:r/>
      <w:hyperlink r:id="rId11">
        <w:r>
          <w:rPr>
            <w:color w:val="0000EE"/>
            <w:u w:val="single"/>
          </w:rPr>
          <w:t>https://www.technogym.com/en-US/support/post/getting-started-with-technogym-connected-dumbbells/</w:t>
        </w:r>
      </w:hyperlink>
      <w:r>
        <w:t xml:space="preserve"> - This link explains how users can personalise their workouts using the Technogym app and the data captured by the sensors.</w:t>
      </w:r>
      <w:r/>
    </w:p>
    <w:p>
      <w:pPr>
        <w:pStyle w:val="ListNumber"/>
        <w:spacing w:line="240" w:lineRule="auto"/>
        <w:ind w:left="720"/>
      </w:pPr>
      <w:r/>
      <w:hyperlink r:id="rId10">
        <w:r>
          <w:rPr>
            <w:color w:val="0000EE"/>
            <w:u w:val="single"/>
          </w:rPr>
          <w:t>https://www.technogym.com/en-GB/product/technogym-connected-dumbbells_A000TMDP.html</w:t>
        </w:r>
      </w:hyperlink>
      <w:r>
        <w:t xml:space="preserve"> - This link details the additional accessories and services offered with the Connected Dumbbells+, including installation services.</w:t>
      </w:r>
      <w:r/>
    </w:p>
    <w:p>
      <w:pPr>
        <w:pStyle w:val="ListNumber"/>
        <w:spacing w:line="240" w:lineRule="auto"/>
        <w:ind w:left="720"/>
      </w:pPr>
      <w:r/>
      <w:hyperlink r:id="rId13">
        <w:r>
          <w:rPr>
            <w:color w:val="0000EE"/>
            <w:u w:val="single"/>
          </w:rPr>
          <w:t>https://www.technogym.com/en-US/support/post/training-with-technogym-connected-dumbbells/</w:t>
        </w:r>
      </w:hyperlink>
      <w:r>
        <w:t xml:space="preserve"> - This link discusses the need for a Technogym Plus membership to access the full range of workout options.</w:t>
      </w:r>
      <w:r/>
    </w:p>
    <w:p>
      <w:pPr>
        <w:pStyle w:val="ListNumber"/>
        <w:spacing w:line="240" w:lineRule="auto"/>
        <w:ind w:left="720"/>
      </w:pPr>
      <w:r/>
      <w:hyperlink r:id="rId12">
        <w:r>
          <w:rPr>
            <w:color w:val="0000EE"/>
            <w:u w:val="single"/>
          </w:rPr>
          <w:t>https://www.t3.com/active/technogym-launch-adjustable-dumbbells-with-a-hidden-secret-to-make-your-workouts-smarter</w:t>
        </w:r>
      </w:hyperlink>
      <w:r>
        <w:t xml:space="preserve"> - This link mentions the planned expansion of availability to the United States and Australia by 2025.</w:t>
      </w:r>
      <w:r/>
    </w:p>
    <w:p>
      <w:pPr>
        <w:pStyle w:val="ListNumber"/>
        <w:spacing w:line="240" w:lineRule="auto"/>
        <w:ind w:left="720"/>
      </w:pPr>
      <w:r/>
      <w:hyperlink r:id="rId14">
        <w:r>
          <w:rPr>
            <w:color w:val="0000EE"/>
            <w:u w:val="single"/>
          </w:rPr>
          <w:t>https://www.techradar.com/health-fitness/technogyms-mega-expensive-ai-powered-dumbbells-might-be-my-pick-for-the-hottest-fitness-product-of-the-year</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technogym.com/en-GB/product/technogym-connected-dumbbells_A000TMDP.html" TargetMode="External"/><Relationship Id="rId11" Type="http://schemas.openxmlformats.org/officeDocument/2006/relationships/hyperlink" Target="https://www.technogym.com/en-US/support/post/getting-started-with-technogym-connected-dumbbells/" TargetMode="External"/><Relationship Id="rId12" Type="http://schemas.openxmlformats.org/officeDocument/2006/relationships/hyperlink" Target="https://www.t3.com/active/technogym-launch-adjustable-dumbbells-with-a-hidden-secret-to-make-your-workouts-smarter" TargetMode="External"/><Relationship Id="rId13" Type="http://schemas.openxmlformats.org/officeDocument/2006/relationships/hyperlink" Target="https://www.technogym.com/en-US/support/post/training-with-technogym-connected-dumbbells/" TargetMode="External"/><Relationship Id="rId14" Type="http://schemas.openxmlformats.org/officeDocument/2006/relationships/hyperlink" Target="https://www.techradar.com/health-fitness/technogyms-mega-expensive-ai-powered-dumbbells-might-be-my-pick-for-the-hottest-fitness-product-of-the-year"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