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Call exhibition redefines artificial intelligence in music</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An innovative exhibition titled "The Call" is reshaping the perception of artificial intelligence (AI) and its capabilities in the realm of music composition. Situated at London's Serpentine North gallery, this striking exhibition is the brainchild of artists Holly Herndon and Mat Dryhurst. Running until 2 February 2025, "The Call" poses profound questions about the intersection of AI technology and human creativity, explored through an evocative musical experience.</w:t>
      </w:r>
      <w:r/>
    </w:p>
    <w:p>
      <w:r/>
      <w:r>
        <w:t>Upon entering the gallery, visitors are greeted by an unconventional organ, setting the tone for the unexpected journey ahead. This isn't an organ in the traditional sense, with polished pipes and mechanical reeds. Instead, it comprises an array of fans sourced from graphics processing units (GPUs), each calibrated to produce sound through their oscillations. Collectively, the fans generate an ethereal hymn, capturing the intersection of technological innovation and artistry.</w:t>
      </w:r>
      <w:r/>
    </w:p>
    <w:p>
      <w:r/>
      <w:r>
        <w:t>The central theme of the exhibition delves into the concept of feeding AI systems with specially curated vocal datasets to compose choral music. This exploration challenges existing notions of creativity, originality, and the role of technology in artistic production. The exhibition, curated by Herndon and Dryhurst, presents a unique narrative about the potential for AI to transcend traditional musical boundaries and generate compositions that stir the soul.</w:t>
      </w:r>
      <w:r/>
    </w:p>
    <w:p>
      <w:r/>
      <w:r>
        <w:t>The symbolism of the chandelier as part of the exhibition is significant; it represents the sophisticated arrangement of microphones employed to record the complex layers of sound. This installation not only provides a sensory experience but also serves as a visual metaphor for the intricate process of data collection and sound creation that fuels AI-driven compositions.</w:t>
      </w:r>
      <w:r/>
    </w:p>
    <w:p>
      <w:r/>
      <w:r>
        <w:t>"The Call" invites audiences to experience and engage with music in a new light, offering an immersive experience that encourages contemplation about the future of music, art, and technology. The collaboration between Herndon and Dryhurst at Serpentine North signifies a forward-thinking approach to understanding and appreciating the evolving dialogue between human innovation and artificial intelligence.</w:t>
      </w:r>
      <w:r/>
    </w:p>
    <w:p>
      <w:r/>
      <w:r>
        <w:t>As visitors explore the exhibition, they are invited into an interactive environment that blends the mechanical and the musical, prompting reflection on the possibilities that arise when traditional artistic mediums are reimagined through the lens of modern technology. The exhibition's long tenure at the Serpentine North provides ample opportunity for audiences to explore these uncharted territories of music and AI until its conclusion in early 2025.</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https://www.artbasel.com/stories/ai-holly-herndon-mat-dryhurst-data-training-art-making?lang=en</w:t>
        </w:r>
      </w:hyperlink>
      <w:r>
        <w:t xml:space="preserve"> - This article explains the concept of 'The Call' exhibition, including the use of AI models trained on vocal datasets and the collaborative approach of Holly Herndon and Mat Dryhurst.</w:t>
      </w:r>
      <w:r/>
    </w:p>
    <w:p>
      <w:pPr>
        <w:pStyle w:val="ListNumber"/>
        <w:spacing w:line="240" w:lineRule="auto"/>
        <w:ind w:left="720"/>
      </w:pPr>
      <w:r/>
      <w:hyperlink r:id="rId11">
        <w:r>
          <w:rPr>
            <w:color w:val="0000EE"/>
            <w:u w:val="single"/>
          </w:rPr>
          <w:t>https://www.serpentinegalleries.org/about/press/holly-herndon-and-mat-dryhurst-the-call/</w:t>
        </w:r>
      </w:hyperlink>
      <w:r>
        <w:t xml:space="preserve"> - This press release details the exhibition's duration, its focus on societal concerns with AI, and the participatory experience involving choirs from across the UK.</w:t>
      </w:r>
      <w:r/>
    </w:p>
    <w:p>
      <w:pPr>
        <w:pStyle w:val="ListNumber"/>
        <w:spacing w:line="240" w:lineRule="auto"/>
        <w:ind w:left="720"/>
      </w:pPr>
      <w:r/>
      <w:hyperlink r:id="rId12">
        <w:r>
          <w:rPr>
            <w:color w:val="0000EE"/>
            <w:u w:val="single"/>
          </w:rPr>
          <w:t>https://www.serpentinegalleries.org/whats-on/holly-herndon-mat-dryhurst-the-call/</w:t>
        </w:r>
      </w:hyperlink>
      <w:r>
        <w:t xml:space="preserve"> - This page provides information on the exhibition's interactive elements, the data trust experiment, and the collaboration with Serpentine Arts Technologies.</w:t>
      </w:r>
      <w:r/>
    </w:p>
    <w:p>
      <w:pPr>
        <w:pStyle w:val="ListNumber"/>
        <w:spacing w:line="240" w:lineRule="auto"/>
        <w:ind w:left="720"/>
      </w:pPr>
      <w:r/>
      <w:hyperlink r:id="rId13">
        <w:r>
          <w:rPr>
            <w:color w:val="0000EE"/>
            <w:u w:val="single"/>
          </w:rPr>
          <w:t>https://www.theartnewspaper.com/2024/10/04/all-together-now-artists-holly-herndon-and-mat-dryhurst-ai-choir-serpentine</w:t>
        </w:r>
      </w:hyperlink>
      <w:r>
        <w:t xml:space="preserve"> - This article describes the unique sound installation, the use of AI models, and the collaborative process involving choirs and the Serpentine team.</w:t>
      </w:r>
      <w:r/>
    </w:p>
    <w:p>
      <w:pPr>
        <w:pStyle w:val="ListNumber"/>
        <w:spacing w:line="240" w:lineRule="auto"/>
        <w:ind w:left="720"/>
      </w:pPr>
      <w:r/>
      <w:hyperlink r:id="rId12">
        <w:r>
          <w:rPr>
            <w:color w:val="0000EE"/>
            <w:u w:val="single"/>
          </w:rPr>
          <w:t>https://www.serpentinegalleries.org/whats-on/holly-herndon-mat-dryhurst-the-call/</w:t>
        </w:r>
      </w:hyperlink>
      <w:r>
        <w:t xml:space="preserve"> - This page explains the symbolic and functional role of the chandelier in the exhibition, representing the complex sound recording process.</w:t>
      </w:r>
      <w:r/>
    </w:p>
    <w:p>
      <w:pPr>
        <w:pStyle w:val="ListNumber"/>
        <w:spacing w:line="240" w:lineRule="auto"/>
        <w:ind w:left="720"/>
      </w:pPr>
      <w:r/>
      <w:hyperlink r:id="rId10">
        <w:r>
          <w:rPr>
            <w:color w:val="0000EE"/>
            <w:u w:val="single"/>
          </w:rPr>
          <w:t>https://www.artbasel.com/stories/ai-holly-herndon-mat-dryhurst-data-training-art-making?lang=en</w:t>
        </w:r>
      </w:hyperlink>
      <w:r>
        <w:t xml:space="preserve"> - This article discusses the ethical and technical aspects of using AI in art, including data governance and the distribution of power among contributors.</w:t>
      </w:r>
      <w:r/>
    </w:p>
    <w:p>
      <w:pPr>
        <w:pStyle w:val="ListNumber"/>
        <w:spacing w:line="240" w:lineRule="auto"/>
        <w:ind w:left="720"/>
      </w:pPr>
      <w:r/>
      <w:hyperlink r:id="rId11">
        <w:r>
          <w:rPr>
            <w:color w:val="0000EE"/>
            <w:u w:val="single"/>
          </w:rPr>
          <w:t>https://www.serpentinegalleries.org/about/press/holly-herndon-and-mat-dryhurst-the-call/</w:t>
        </w:r>
      </w:hyperlink>
      <w:r>
        <w:t xml:space="preserve"> - This press release highlights the exhibition's aim to address current societal concerns with AI and its impact on music and art.</w:t>
      </w:r>
      <w:r/>
    </w:p>
    <w:p>
      <w:pPr>
        <w:pStyle w:val="ListNumber"/>
        <w:spacing w:line="240" w:lineRule="auto"/>
        <w:ind w:left="720"/>
      </w:pPr>
      <w:r/>
      <w:hyperlink r:id="rId13">
        <w:r>
          <w:rPr>
            <w:color w:val="0000EE"/>
            <w:u w:val="single"/>
          </w:rPr>
          <w:t>https://www.theartnewspaper.com/2024/10/04/all-together-now-artists-holly-herndon-and-mat-dryhurst-ai-choir-serpentine</w:t>
        </w:r>
      </w:hyperlink>
      <w:r>
        <w:t xml:space="preserve"> - This article details the interactive environment and the use of unconventional instruments, such as the GPU fan organ, in the exhibition.</w:t>
      </w:r>
      <w:r/>
    </w:p>
    <w:p>
      <w:pPr>
        <w:pStyle w:val="ListNumber"/>
        <w:spacing w:line="240" w:lineRule="auto"/>
        <w:ind w:left="720"/>
      </w:pPr>
      <w:r/>
      <w:hyperlink r:id="rId12">
        <w:r>
          <w:rPr>
            <w:color w:val="0000EE"/>
            <w:u w:val="single"/>
          </w:rPr>
          <w:t>https://www.serpentinegalleries.org/whats-on/holly-herndon-mat-dryhurst-the-call/</w:t>
        </w:r>
      </w:hyperlink>
      <w:r>
        <w:t xml:space="preserve"> - This page explains the immersive and interactive nature of the exhibition, encouraging visitors to engage with AI-driven music in a new way.</w:t>
      </w:r>
      <w:r/>
    </w:p>
    <w:p>
      <w:pPr>
        <w:pStyle w:val="ListNumber"/>
        <w:spacing w:line="240" w:lineRule="auto"/>
        <w:ind w:left="720"/>
      </w:pPr>
      <w:r/>
      <w:hyperlink r:id="rId14">
        <w:r>
          <w:rPr>
            <w:color w:val="0000EE"/>
            <w:u w:val="single"/>
          </w:rPr>
          <w:t>https://www.fadmagazine.com/2024/09/09/holly-herndon-mat-dryhursts-the-call-to-open-at-serpentine/</w:t>
        </w:r>
      </w:hyperlink>
      <w:r>
        <w:t xml:space="preserve"> - This article provides an overview of the exhibition, including its focus on AI, music composition, and the collaborative effort between Herndon, Dryhurst, and the Serpentine team.</w:t>
      </w:r>
      <w:r/>
    </w:p>
    <w:p>
      <w:pPr>
        <w:pStyle w:val="ListNumber"/>
        <w:spacing w:line="240" w:lineRule="auto"/>
        <w:ind w:left="720"/>
      </w:pPr>
      <w:r/>
      <w:hyperlink r:id="rId13">
        <w:r>
          <w:rPr>
            <w:color w:val="0000EE"/>
            <w:u w:val="single"/>
          </w:rPr>
          <w:t>https://www.theartnewspaper.com/2024/10/04/all-together-now-artists-holly-herndon-and-mat-dryhurst-ai-choir-serpentine</w:t>
        </w:r>
      </w:hyperlink>
      <w:r>
        <w:t xml:space="preserve"> - This article discusses the long-term impact and the forward-thinking approach of the exhibition, which runs until early 2025.</w:t>
      </w:r>
      <w:r/>
    </w:p>
    <w:p>
      <w:pPr>
        <w:pStyle w:val="ListNumber"/>
        <w:spacing w:line="240" w:lineRule="auto"/>
        <w:ind w:left="720"/>
      </w:pPr>
      <w:r/>
      <w:hyperlink r:id="rId15">
        <w:r>
          <w:rPr>
            <w:color w:val="0000EE"/>
            <w:u w:val="single"/>
          </w:rPr>
          <w:t>https://www.newscientist.com/article/mg26435140-300-musical-ai-harmonises-with-your-voice-in-a-transcendent-new-exhibition/?utm_campaign=RSS%7CNSNS&amp;utm_source=NSNS&amp;utm_medium=RSS&amp;utm_content=technology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artbasel.com/stories/ai-holly-herndon-mat-dryhurst-data-training-art-making?lang=en" TargetMode="External"/><Relationship Id="rId11" Type="http://schemas.openxmlformats.org/officeDocument/2006/relationships/hyperlink" Target="https://www.serpentinegalleries.org/about/press/holly-herndon-and-mat-dryhurst-the-call/" TargetMode="External"/><Relationship Id="rId12" Type="http://schemas.openxmlformats.org/officeDocument/2006/relationships/hyperlink" Target="https://www.serpentinegalleries.org/whats-on/holly-herndon-mat-dryhurst-the-call/" TargetMode="External"/><Relationship Id="rId13" Type="http://schemas.openxmlformats.org/officeDocument/2006/relationships/hyperlink" Target="https://www.theartnewspaper.com/2024/10/04/all-together-now-artists-holly-herndon-and-mat-dryhurst-ai-choir-serpentine" TargetMode="External"/><Relationship Id="rId14" Type="http://schemas.openxmlformats.org/officeDocument/2006/relationships/hyperlink" Target="https://www.fadmagazine.com/2024/09/09/holly-herndon-mat-dryhursts-the-call-to-open-at-serpentine/" TargetMode="External"/><Relationship Id="rId15" Type="http://schemas.openxmlformats.org/officeDocument/2006/relationships/hyperlink" Target="https://www.newscientist.com/article/mg26435140-300-musical-ai-harmonises-with-your-voice-in-a-transcendent-new-exhibition/?utm_campaign=RSS%7CNSNS&amp;utm_source=NSNS&amp;utm_medium=RSS&amp;utm_content=technolog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