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storytelling: challenges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forge its way into the realm of storytelling, a space traditionally dominated by human creativity. Recent research shows that AI, backed by powerful datasets, is now capable of crafting narratives that can sometimes match or even surpass those written by humans. This development has impacted creative professionals, particularly Hollywood screenwriters, who last year protested and successfully secured protections against the potential replacement of their roles by AI.</w:t>
      </w:r>
      <w:r/>
    </w:p>
    <w:p>
      <w:r/>
      <w:r>
        <w:t>Beyond threatening professional livelihoods, the capacity of AI to produce engaging stories raises concerns about the spread of misinformation. The ease with which AI can generate fake news is troubling, particularly given decades of research indicating that people can be more swayed by stories than by direct arguments or facts.</w:t>
      </w:r>
      <w:r/>
    </w:p>
    <w:p>
      <w:r/>
      <w:r>
        <w:t>Academics have embarked on studies to evaluate how AI-generated stories measure up against those created by human authors. The findings indicate that although AI storytelling is impressive, human storytellers, at least for now, maintain an edge.</w:t>
      </w:r>
      <w:r/>
    </w:p>
    <w:p>
      <w:r/>
      <w:r>
        <w:t>The strength of stories lies in their ability to transport readers into imaginary worlds, effectively immersing them in new environments and perspectives. This type of engagement not only aids in understanding different viewpoints but also diminishes skepticism, allowing narratives to subtly influence readers.</w:t>
      </w:r>
      <w:r/>
    </w:p>
    <w:p>
      <w:r/>
      <w:r>
        <w:t>To ascertain the effectiveness of AI-generated stories, researchers conducted experiments using ChatGPT to produce narratives which were then evaluated by over 2,000 participants. Each story was labelled as either AI-written or human-written, although these labels were sometimes inaccurate.</w:t>
      </w:r>
      <w:r/>
    </w:p>
    <w:p>
      <w:r/>
      <w:r>
        <w:t>The results revealed a mixed impact. Participants generally found human-authored stories more 'transporting.' However, AI-generated stories were not questioned more often than their human counterparts, and sometimes faced less scrutiny. Labelling a story as AI-written consistently made it less attractive to participants, prompting greater skepticism regardless of the actual authorship.</w:t>
      </w:r>
      <w:r/>
    </w:p>
    <w:p>
      <w:r/>
      <w:r>
        <w:t>Linguistic analysis showed that AI-generated stories often featured longer sentences and paragraphs, while human writers offered more stylistic variety. AI is capable of writing coherently with strong connections between ideas, yet human authors provide a richer narrative experience, potentially due to greater diversity in style.</w:t>
      </w:r>
      <w:r/>
    </w:p>
    <w:p>
      <w:r/>
      <w:r>
        <w:t>Key components of an engaging story include good writing, believability, creativity, and lived experience. AI excels at producing fluent and believable narratives but falls short in creativity and personal experience. AI's design favours predictability; its models are built to propose the most probable scenarios based on existing data, trending towards familiarity.</w:t>
      </w:r>
      <w:r/>
    </w:p>
    <w:p>
      <w:r/>
      <w:r>
        <w:t>The current conclusions are not definitive regarding whether AI will eventually rival human storytellers in quality. AI's proficiency lies in predictability, akin to the known concept of beauty in averageness, where composite images of average faces are often deemed more attractive. While this feature limits genuine creativity, it can still appeal to audiences due to its familiarity.</w:t>
      </w:r>
      <w:r/>
    </w:p>
    <w:p>
      <w:r/>
      <w:r>
        <w:t>For now, writers in fields such as screenwriting and novel creation are secure. AI can tell viable stories but has yet to achieve the depth and nuance of top-tier human storytellers. Nonetheless, as AI technology progresses, the capability of AI to produce compelling stories poses potential challenges, especially if employed in disseminating misinformation.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https://www.forbes.com/sites/cathyrubin/2024/08/20/how-to-balance-ai-innovation-and-human-creativity-in-hollywood-storytelling/</w:t>
        </w:r>
      </w:hyperlink>
      <w:r>
        <w:t xml:space="preserve"> - Corroborates the integration of AI in Hollywood storytelling, highlighting both the benefits and the need to balance AI innovation with human creativity.</w:t>
      </w:r>
      <w:r/>
    </w:p>
    <w:p>
      <w:pPr>
        <w:pStyle w:val="ListNumber"/>
        <w:spacing w:line="240" w:lineRule="auto"/>
        <w:ind w:left="720"/>
      </w:pPr>
      <w:r/>
      <w:hyperlink r:id="rId11">
        <w:r>
          <w:rPr>
            <w:color w:val="0000EE"/>
            <w:u w:val="single"/>
          </w:rPr>
          <w:t>https://www.wired.com/story/hollywood-screenwriters-artificial-intelligence-guardrails/</w:t>
        </w:r>
      </w:hyperlink>
      <w:r>
        <w:t xml:space="preserve"> - Supports the concerns of Hollywood screenwriters about AI replacing their roles and the need for guardrails on AI use in the industry.</w:t>
      </w:r>
      <w:r/>
    </w:p>
    <w:p>
      <w:pPr>
        <w:pStyle w:val="ListNumber"/>
        <w:spacing w:line="240" w:lineRule="auto"/>
        <w:ind w:left="720"/>
      </w:pPr>
      <w:r/>
      <w:hyperlink r:id="rId12">
        <w:r>
          <w:rPr>
            <w:color w:val="0000EE"/>
            <w:u w:val="single"/>
          </w:rPr>
          <w:t>https://writersweekly.com/this-weeks-article/the-impact-of-ai-on-screenwriting-in-hollywood-by-mark-heidelberger</w:t>
        </w:r>
      </w:hyperlink>
      <w:r>
        <w:t xml:space="preserve"> - Discusses the benefits and drawbacks of AI in screenwriting, including its use in ideation, efficiency, and the potential for copyright issues.</w:t>
      </w:r>
      <w:r/>
    </w:p>
    <w:p>
      <w:pPr>
        <w:pStyle w:val="ListNumber"/>
        <w:spacing w:line="240" w:lineRule="auto"/>
        <w:ind w:left="720"/>
      </w:pPr>
      <w:r/>
      <w:hyperlink r:id="rId13">
        <w:r>
          <w:rPr>
            <w:color w:val="0000EE"/>
            <w:u w:val="single"/>
          </w:rPr>
          <w:t>https://apnews.com/article/hollywood-ai-strike-wga-artificial-intelligence-39ab72582c3a15f77510c9c30a45ffc8</w:t>
        </w:r>
      </w:hyperlink>
      <w:r>
        <w:t xml:space="preserve"> - Details the Hollywood writers' strike and the subsequent agreements to protect writers from AI-generated content, including the prohibition on AI as a credited writer.</w:t>
      </w:r>
      <w:r/>
    </w:p>
    <w:p>
      <w:pPr>
        <w:pStyle w:val="ListNumber"/>
        <w:spacing w:line="240" w:lineRule="auto"/>
        <w:ind w:left="720"/>
      </w:pPr>
      <w:r/>
      <w:hyperlink r:id="rId14">
        <w:r>
          <w:rPr>
            <w:color w:val="0000EE"/>
            <w:u w:val="single"/>
          </w:rPr>
          <w:t>https://fortune.com/2023/05/05/writers-strike-hollywood-ai-scripts/</w:t>
        </w:r>
      </w:hyperlink>
      <w:r>
        <w:t xml:space="preserve"> - Explains the role of AI in the Hollywood writers' strike, highlighting the concerns about AI creating mediocrity and replacing human writers.</w:t>
      </w:r>
      <w:r/>
    </w:p>
    <w:p>
      <w:pPr>
        <w:pStyle w:val="ListNumber"/>
        <w:spacing w:line="240" w:lineRule="auto"/>
        <w:ind w:left="720"/>
      </w:pPr>
      <w:r/>
      <w:hyperlink r:id="rId10">
        <w:r>
          <w:rPr>
            <w:color w:val="0000EE"/>
            <w:u w:val="single"/>
          </w:rPr>
          <w:t>https://www.forbes.com/sites/cathyrubin/2024/08/20/how-to-balance-ai-innovation-and-human-creativity-in-hollywood-storytelling/</w:t>
        </w:r>
      </w:hyperlink>
      <w:r>
        <w:t xml:space="preserve"> - Addresses the economic impact of AI on Hollywood, including the potential to democratize filmmaking and the risks to artistic integrity.</w:t>
      </w:r>
      <w:r/>
    </w:p>
    <w:p>
      <w:pPr>
        <w:pStyle w:val="ListNumber"/>
        <w:spacing w:line="240" w:lineRule="auto"/>
        <w:ind w:left="720"/>
      </w:pPr>
      <w:r/>
      <w:hyperlink r:id="rId11">
        <w:r>
          <w:rPr>
            <w:color w:val="0000EE"/>
            <w:u w:val="single"/>
          </w:rPr>
          <w:t>https://www.wired.com/story/hollywood-screenwriters-artificial-intelligence-guardrails/</w:t>
        </w:r>
      </w:hyperlink>
      <w:r>
        <w:t xml:space="preserve"> - Mentions the Writers Guild of America's demands for regulating AI use to protect writers' employment and pay, and the potential for AI to mimic cultural titans.</w:t>
      </w:r>
      <w:r/>
    </w:p>
    <w:p>
      <w:pPr>
        <w:pStyle w:val="ListNumber"/>
        <w:spacing w:line="240" w:lineRule="auto"/>
        <w:ind w:left="720"/>
      </w:pPr>
      <w:r/>
      <w:hyperlink r:id="rId12">
        <w:r>
          <w:rPr>
            <w:color w:val="0000EE"/>
            <w:u w:val="single"/>
          </w:rPr>
          <w:t>https://writersweekly.com/this-weeks-article/the-impact-of-ai-on-screenwriting-in-hollywood-by-mark-heidelberger</w:t>
        </w:r>
      </w:hyperlink>
      <w:r>
        <w:t xml:space="preserve"> - Highlights the limitations of AI in generating original content and the need for human editing to avoid mechanical and rote text.</w:t>
      </w:r>
      <w:r/>
    </w:p>
    <w:p>
      <w:pPr>
        <w:pStyle w:val="ListNumber"/>
        <w:spacing w:line="240" w:lineRule="auto"/>
        <w:ind w:left="720"/>
      </w:pPr>
      <w:r/>
      <w:hyperlink r:id="rId13">
        <w:r>
          <w:rPr>
            <w:color w:val="0000EE"/>
            <w:u w:val="single"/>
          </w:rPr>
          <w:t>https://apnews.com/article/hollywood-ai-strike-wga-artificial-intelligence-39ab72582c3a15f77510c9c30a45ffc8</w:t>
        </w:r>
      </w:hyperlink>
      <w:r>
        <w:t xml:space="preserve"> - Discusses the legal and ethical issues surrounding AI-generated content, including copyright concerns and the need for ongoing negotiations.</w:t>
      </w:r>
      <w:r/>
    </w:p>
    <w:p>
      <w:pPr>
        <w:pStyle w:val="ListNumber"/>
        <w:spacing w:line="240" w:lineRule="auto"/>
        <w:ind w:left="720"/>
      </w:pPr>
      <w:r/>
      <w:hyperlink r:id="rId10">
        <w:r>
          <w:rPr>
            <w:color w:val="0000EE"/>
            <w:u w:val="single"/>
          </w:rPr>
          <w:t>https://www.forbes.com/sites/cathyrubin/2024/08/20/how-to-balance-ai-innovation-and-human-creativity-in-hollywood-storytelling/</w:t>
        </w:r>
      </w:hyperlink>
      <w:r>
        <w:t xml:space="preserve"> - Emphasizes the importance of human vision and creativity in storytelling, even as AI enhances certain aspects of the creative process.</w:t>
      </w:r>
      <w:r/>
    </w:p>
    <w:p>
      <w:pPr>
        <w:pStyle w:val="ListNumber"/>
        <w:spacing w:line="240" w:lineRule="auto"/>
        <w:ind w:left="720"/>
      </w:pPr>
      <w:r/>
      <w:hyperlink r:id="rId12">
        <w:r>
          <w:rPr>
            <w:color w:val="0000EE"/>
            <w:u w:val="single"/>
          </w:rPr>
          <w:t>https://writersweekly.com/this-weeks-article/the-impact-of-ai-on-screenwriting-in-hollywood-by-mark-heidelberger</w:t>
        </w:r>
      </w:hyperlink>
      <w:r>
        <w:t xml:space="preserve"> - Notes the potential of AI to aid in tasks like brainstorming and research, but also the need to balance this with human creative input.</w:t>
      </w:r>
      <w:r/>
    </w:p>
    <w:p>
      <w:pPr>
        <w:pStyle w:val="ListNumber"/>
        <w:spacing w:line="240" w:lineRule="auto"/>
        <w:ind w:left="720"/>
      </w:pPr>
      <w:r/>
      <w:hyperlink r:id="rId15">
        <w:r>
          <w:rPr>
            <w:color w:val="0000EE"/>
            <w:u w:val="single"/>
          </w:rPr>
          <w:t>https://theconversation.com/your-next-favorite-story-wont-be-written-by-ai-but-it-could-be-someday-239284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cathyrubin/2024/08/20/how-to-balance-ai-innovation-and-human-creativity-in-hollywood-storytelling/" TargetMode="External"/><Relationship Id="rId11" Type="http://schemas.openxmlformats.org/officeDocument/2006/relationships/hyperlink" Target="https://www.wired.com/story/hollywood-screenwriters-artificial-intelligence-guardrails/" TargetMode="External"/><Relationship Id="rId12" Type="http://schemas.openxmlformats.org/officeDocument/2006/relationships/hyperlink" Target="https://writersweekly.com/this-weeks-article/the-impact-of-ai-on-screenwriting-in-hollywood-by-mark-heidelberger" TargetMode="External"/><Relationship Id="rId13" Type="http://schemas.openxmlformats.org/officeDocument/2006/relationships/hyperlink" Target="https://apnews.com/article/hollywood-ai-strike-wga-artificial-intelligence-39ab72582c3a15f77510c9c30a45ffc8" TargetMode="External"/><Relationship Id="rId14" Type="http://schemas.openxmlformats.org/officeDocument/2006/relationships/hyperlink" Target="https://fortune.com/2023/05/05/writers-strike-hollywood-ai-scripts/" TargetMode="External"/><Relationship Id="rId15" Type="http://schemas.openxmlformats.org/officeDocument/2006/relationships/hyperlink" Target="https://theconversation.com/your-next-favorite-story-wont-be-written-by-ai-but-it-could-be-someday-2392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