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writing tools: enhancing productivity and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technology, artificial intelligence (AI) tools have become increasingly embedded in everyday tasks, particularly those involving writing and content creation. Over the past two years, a surge in AI-powered software has flooded the market, offering solutions that promise to enhance writing quality. These tools, often referred to as "copilots," are primarily designed around generative AI's content creation capabilities.</w:t>
      </w:r>
      <w:r/>
    </w:p>
    <w:p>
      <w:r/>
      <w:r>
        <w:t>Within this sphere, several AI writing tools have distinguished themselves in specific niches, addressing common writing needs ranging from grammar checks to marketing content generation. TechRepublic has recently evaluated and listed five top AI writing tools, each catering to distinct writing tasks.</w:t>
      </w:r>
      <w:r/>
    </w:p>
    <w:p>
      <w:r/>
      <w:r>
        <w:t xml:space="preserve">1. </w:t>
      </w:r>
      <w:r>
        <w:rPr>
          <w:b/>
        </w:rPr>
        <w:t>Grammarly</w:t>
      </w:r>
      <w:r>
        <w:t xml:space="preserve"> is highlighted as the best tool for spelling and grammar. Known for its extensive capabilities, Grammarly assists users by correcting spelling, grammar, clarity, and style across various platforms, such as Word, Gmail, and Teams. It uses a proprietary large language model (LLM) rather than relying on others like OpenAI. While offering basic functionalities for free, its Pro upgrade, costing $12 per month, provides additional features like plagiarism detection and tone adjustment.</w:t>
      </w:r>
      <w:r/>
    </w:p>
    <w:p>
      <w:r/>
      <w:r>
        <w:t xml:space="preserve">2. </w:t>
      </w:r>
      <w:r>
        <w:rPr>
          <w:b/>
        </w:rPr>
        <w:t>ChatGPT</w:t>
      </w:r>
      <w:r>
        <w:t>, developed by OpenAI, is identified as the best tool for generating ideas. Available for free, with premium options offering advanced features at $20 per month, ChatGPT stands out for its ability to stimulate creativity and provide a starting point for a wide range of topics. Its capabilities have been demonstrated as particularly effective in tasks such as overcoming writer's block and suggesting starting points for new projects.</w:t>
      </w:r>
      <w:r/>
    </w:p>
    <w:p>
      <w:r/>
      <w:r>
        <w:t xml:space="preserve">3. For creating marketing content, </w:t>
      </w:r>
      <w:r>
        <w:rPr>
          <w:b/>
        </w:rPr>
        <w:t>Jasper</w:t>
      </w:r>
      <w:r>
        <w:t xml:space="preserve"> is recommended. At a cost of $39 per month, Jasper caters specifically to marketing professionals. It tailors content to fit brand-specific styles, making it a valuable tool for generating brand-consistent content across multiple formats, including blogs and social media.</w:t>
      </w:r>
      <w:r/>
    </w:p>
    <w:p>
      <w:r/>
      <w:r>
        <w:t xml:space="preserve">4. </w:t>
      </w:r>
      <w:r>
        <w:rPr>
          <w:b/>
        </w:rPr>
        <w:t>Flowrite</w:t>
      </w:r>
      <w:r>
        <w:t xml:space="preserve"> is the preferred choice for emails and everyday tasks. With a base plan costing $5 per month, Flowrite automates the drafting of emails and instant messages by utilising a simple prompt from the user, making it ideal for repetitive communication tasks.</w:t>
      </w:r>
      <w:r/>
    </w:p>
    <w:p>
      <w:r/>
      <w:r>
        <w:t xml:space="preserve">5. </w:t>
      </w:r>
      <w:r>
        <w:rPr>
          <w:b/>
        </w:rPr>
        <w:t>DeepL Translate</w:t>
      </w:r>
      <w:r>
        <w:t xml:space="preserve"> is earmarked as the best for translation needs. Offering translations in over 30 languages for a fee of $8.74 per month for unlimited translations, DeepL is praised for its context-aware translation ability, making it superior to some competitors in handling acronyms and jargon.</w:t>
      </w:r>
      <w:r/>
    </w:p>
    <w:p>
      <w:r/>
      <w:r>
        <w:t>The use of AI in writing tasks offers several advantages, particularly in improving efficiency and identifying errors that might be overlooked in manual edits. For instance, AI can expedite tasks by creating preliminary drafts, allowing human writers to focus on refining content and infusing creativity. However, the limitations of AI, such as its tendency to produce generic content and inaccuracies in factual matters, necessitate human oversight to ensure quality.</w:t>
      </w:r>
      <w:r/>
    </w:p>
    <w:p>
      <w:r/>
      <w:r>
        <w:t>Moreover, AI tools like ChatGPT have proven to be a useful resource beyond writing. For instance, in a practical application involving 3D printing, ChatGPT was employed to analyse the G-code—machine instructions required for printing—of two different print executions. By feeding the G-code into ChatGPT, users could pinpoint discrepancies in slicer settings that significantly affected print speed. This particular use case underscores the potential of AI in problem-solving beyond conventional writing tasks.</w:t>
      </w:r>
      <w:r/>
    </w:p>
    <w:p>
      <w:r/>
      <w:r>
        <w:t>While the versatility of AI tools is evident, they are not without their limitations. AI-generated content often requires human refinement to avoid a robotic tone and ensure its alignment with specific stylistic or factual requirements. Despite this, when used strategically, AI writing tools serve as powerful assistants in enhancing productivity and creativity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https://www.eweek.com/artificial-intelligence/ai-writing-tools/</w:t>
        </w:r>
      </w:hyperlink>
      <w:r>
        <w:t xml:space="preserve"> - This article lists and evaluates various AI writing tools, including Grammarly for grammatical and punctuation error detection, and other tools like Copy.ai, Rytr, and Jasper, each specializing in different aspects of content creation.</w:t>
      </w:r>
      <w:r/>
    </w:p>
    <w:p>
      <w:pPr>
        <w:pStyle w:val="ListNumber"/>
        <w:spacing w:line="240" w:lineRule="auto"/>
        <w:ind w:left="720"/>
      </w:pPr>
      <w:r/>
      <w:hyperlink r:id="rId11">
        <w:r>
          <w:rPr>
            <w:color w:val="0000EE"/>
            <w:u w:val="single"/>
          </w:rPr>
          <w:t>https://zapier.com/blog/best-ai-writing-generator/</w:t>
        </w:r>
      </w:hyperlink>
      <w:r>
        <w:t xml:space="preserve"> - This article discusses how AI writing tools work, using large language models (LLMs) like OpenAI and Claude API, and highlights tools like Jasper and Writesonic, which offer advanced features and integrations for content generation.</w:t>
      </w:r>
      <w:r/>
    </w:p>
    <w:p>
      <w:pPr>
        <w:pStyle w:val="ListNumber"/>
        <w:spacing w:line="240" w:lineRule="auto"/>
        <w:ind w:left="720"/>
      </w:pPr>
      <w:r/>
      <w:hyperlink r:id="rId12">
        <w:r>
          <w:rPr>
            <w:color w:val="0000EE"/>
            <w:u w:val="single"/>
          </w:rPr>
          <w:t>https://blog.hubspot.com/website/ai-writing-generator</w:t>
        </w:r>
      </w:hyperlink>
      <w:r>
        <w:t xml:space="preserve"> - This article explains what AI writing tools are, how they work, and highlights tools like Jasper, Writesonic, and Writer, which are used for various content creation tasks and offer features like brand voice consistency and SEO optimization.</w:t>
      </w:r>
      <w:r/>
    </w:p>
    <w:p>
      <w:pPr>
        <w:pStyle w:val="ListNumber"/>
        <w:spacing w:line="240" w:lineRule="auto"/>
        <w:ind w:left="720"/>
      </w:pPr>
      <w:r/>
      <w:hyperlink r:id="rId13">
        <w:r>
          <w:rPr>
            <w:color w:val="0000EE"/>
            <w:u w:val="single"/>
          </w:rPr>
          <w:t>https://www.wholewhale.com/tips/how-ai-writing-tools-will-redefine-your-work/</w:t>
        </w:r>
      </w:hyperlink>
      <w:r>
        <w:t xml:space="preserve"> - This article discusses the capabilities and limitations of AI writing tools, including their use in grammar and spelling checks, content generation, and their integration with other tools like Anthropic, OpenAI, and Gemini APIs.</w:t>
      </w:r>
      <w:r/>
    </w:p>
    <w:p>
      <w:pPr>
        <w:pStyle w:val="ListNumber"/>
        <w:spacing w:line="240" w:lineRule="auto"/>
        <w:ind w:left="720"/>
      </w:pPr>
      <w:r/>
      <w:hyperlink r:id="rId14">
        <w:r>
          <w:rPr>
            <w:color w:val="0000EE"/>
            <w:u w:val="single"/>
          </w:rPr>
          <w:t>https://buffer.com/resources/ai-writing-tools/</w:t>
        </w:r>
      </w:hyperlink>
      <w:r>
        <w:t xml:space="preserve"> - This article lists the best AI writing tools, including Buffer’s AI Assistant for social media content, Jasper for marketing teams, and Sudowrite for creative writing, each with unique features and applications.</w:t>
      </w:r>
      <w:r/>
    </w:p>
    <w:p>
      <w:pPr>
        <w:pStyle w:val="ListNumber"/>
        <w:spacing w:line="240" w:lineRule="auto"/>
        <w:ind w:left="720"/>
      </w:pPr>
      <w:r/>
      <w:hyperlink r:id="rId10">
        <w:r>
          <w:rPr>
            <w:color w:val="0000EE"/>
            <w:u w:val="single"/>
          </w:rPr>
          <w:t>https://www.eweek.com/artificial-intelligence/ai-writing-tools/</w:t>
        </w:r>
      </w:hyperlink>
      <w:r>
        <w:t xml:space="preserve"> - This article supports the claim that AI writing tools can enhance writing quality and efficiency, with tools like Grammarly and Hemingway Editor focusing on grammar, clarity, and readability.</w:t>
      </w:r>
      <w:r/>
    </w:p>
    <w:p>
      <w:pPr>
        <w:pStyle w:val="ListNumber"/>
        <w:spacing w:line="240" w:lineRule="auto"/>
        <w:ind w:left="720"/>
      </w:pPr>
      <w:r/>
      <w:hyperlink r:id="rId11">
        <w:r>
          <w:rPr>
            <w:color w:val="0000EE"/>
            <w:u w:val="single"/>
          </w:rPr>
          <w:t>https://zapier.com/blog/best-ai-writing-generator/</w:t>
        </w:r>
      </w:hyperlink>
      <w:r>
        <w:t xml:space="preserve"> - This article corroborates the use of AI tools like ChatGPT for generating ideas and overcoming writer's block, and highlights the versatility of tools like Jasper in marketing content creation.</w:t>
      </w:r>
      <w:r/>
    </w:p>
    <w:p>
      <w:pPr>
        <w:pStyle w:val="ListNumber"/>
        <w:spacing w:line="240" w:lineRule="auto"/>
        <w:ind w:left="720"/>
      </w:pPr>
      <w:r/>
      <w:hyperlink r:id="rId12">
        <w:r>
          <w:rPr>
            <w:color w:val="0000EE"/>
            <w:u w:val="single"/>
          </w:rPr>
          <w:t>https://blog.hubspot.com/website/ai-writing-generator</w:t>
        </w:r>
      </w:hyperlink>
      <w:r>
        <w:t xml:space="preserve"> - This article explains how AI tools can automate repetitive writing tasks and generate content across various formats, such as blog posts, social media posts, and emails, aligning with the capabilities of tools like Flowrite and Jasper.</w:t>
      </w:r>
      <w:r/>
    </w:p>
    <w:p>
      <w:pPr>
        <w:pStyle w:val="ListNumber"/>
        <w:spacing w:line="240" w:lineRule="auto"/>
        <w:ind w:left="720"/>
      </w:pPr>
      <w:r/>
      <w:hyperlink r:id="rId14">
        <w:r>
          <w:rPr>
            <w:color w:val="0000EE"/>
            <w:u w:val="single"/>
          </w:rPr>
          <w:t>https://buffer.com/resources/ai-writing-tools/</w:t>
        </w:r>
      </w:hyperlink>
      <w:r>
        <w:t xml:space="preserve"> - This article supports the idea that AI tools require human oversight to ensure quality, as they can produce generic content and inaccuracies, and highlights tools like Buffer’s AI Assistant that help in refining content for different platforms.</w:t>
      </w:r>
      <w:r/>
    </w:p>
    <w:p>
      <w:pPr>
        <w:pStyle w:val="ListNumber"/>
        <w:spacing w:line="240" w:lineRule="auto"/>
        <w:ind w:left="720"/>
      </w:pPr>
      <w:r/>
      <w:hyperlink r:id="rId13">
        <w:r>
          <w:rPr>
            <w:color w:val="0000EE"/>
            <w:u w:val="single"/>
          </w:rPr>
          <w:t>https://www.wholewhale.com/tips/how-ai-writing-tools-will-redefine-your-work/</w:t>
        </w:r>
      </w:hyperlink>
      <w:r>
        <w:t xml:space="preserve"> - This article discusses the limitations of AI-generated content, such as the need for human refinement to avoid a robotic tone, and the potential of AI in problem-solving beyond conventional writing tasks.</w:t>
      </w:r>
      <w:r/>
    </w:p>
    <w:p>
      <w:pPr>
        <w:pStyle w:val="ListNumber"/>
        <w:spacing w:line="240" w:lineRule="auto"/>
        <w:ind w:left="720"/>
      </w:pPr>
      <w:r/>
      <w:hyperlink r:id="rId11">
        <w:r>
          <w:rPr>
            <w:color w:val="0000EE"/>
            <w:u w:val="single"/>
          </w:rPr>
          <w:t>https://zapier.com/blog/best-ai-writing-generator/</w:t>
        </w:r>
      </w:hyperlink>
      <w:r>
        <w:t xml:space="preserve"> - This article provides examples of AI tools being used beyond writing, such as in practical applications like analyzing G-code for 3D printing, highlighting the broader problem-solving capabilities of AI.</w:t>
      </w:r>
      <w:r/>
    </w:p>
    <w:p>
      <w:pPr>
        <w:pStyle w:val="ListNumber"/>
        <w:spacing w:line="240" w:lineRule="auto"/>
        <w:ind w:left="720"/>
      </w:pPr>
      <w:r/>
      <w:hyperlink r:id="rId15">
        <w:r>
          <w:rPr>
            <w:color w:val="0000EE"/>
            <w:u w:val="single"/>
          </w:rPr>
          <w:t>https://www.techrepublic.com/article/best-ai-writing-tools/</w:t>
        </w:r>
      </w:hyperlink>
      <w:r>
        <w:t xml:space="preserve"> - Please view link - unable to able to access data</w:t>
      </w:r>
      <w:r/>
    </w:p>
    <w:p>
      <w:pPr>
        <w:pStyle w:val="ListNumber"/>
        <w:spacing w:line="240" w:lineRule="auto"/>
        <w:ind w:left="720"/>
      </w:pPr>
      <w:r/>
      <w:hyperlink r:id="rId16">
        <w:r>
          <w:rPr>
            <w:color w:val="0000EE"/>
            <w:u w:val="single"/>
          </w:rPr>
          <w:t>https://www.zdnet.com/article/how-chatgpt-scanned-170k-lines-of-code-in-seconds-saving-me-hours-of-work/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week.com/artificial-intelligence/ai-writing-tools/" TargetMode="External"/><Relationship Id="rId11" Type="http://schemas.openxmlformats.org/officeDocument/2006/relationships/hyperlink" Target="https://zapier.com/blog/best-ai-writing-generator/" TargetMode="External"/><Relationship Id="rId12" Type="http://schemas.openxmlformats.org/officeDocument/2006/relationships/hyperlink" Target="https://blog.hubspot.com/website/ai-writing-generator" TargetMode="External"/><Relationship Id="rId13" Type="http://schemas.openxmlformats.org/officeDocument/2006/relationships/hyperlink" Target="https://www.wholewhale.com/tips/how-ai-writing-tools-will-redefine-your-work/" TargetMode="External"/><Relationship Id="rId14" Type="http://schemas.openxmlformats.org/officeDocument/2006/relationships/hyperlink" Target="https://buffer.com/resources/ai-writing-tools/" TargetMode="External"/><Relationship Id="rId15" Type="http://schemas.openxmlformats.org/officeDocument/2006/relationships/hyperlink" Target="https://www.techrepublic.com/article/best-ai-writing-tools/" TargetMode="External"/><Relationship Id="rId16" Type="http://schemas.openxmlformats.org/officeDocument/2006/relationships/hyperlink" Target="https://www.zdnet.com/article/how-chatgpt-scanned-170k-lines-of-code-in-seconds-saving-me-hours-of-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