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Timbaland joins AI music tool Suno as strategic advisor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Renowned music producer Timbaland has solidified his position as a staunch advocate for the burgeoning artificial intelligence (AI) music industry by joining Suno, a prominent AI music creation tool, as a strategic advisor. This announcement was made on Tuesday, marking a significant collaboration that integrates Timbaland's creative prowess with Suno's innovative technology.</w:t>
      </w:r>
      <w:r/>
    </w:p>
    <w:p>
      <w:r/>
      <w:r>
        <w:t>Timbaland, a four-time Grammy award-winner known for producing numerous hits, has now officially partnered with Suno, following an extended period as one of its leading users. In his capacity as strategic advisor, Timbaland is set to influence Suno's creative direction and encourage a new wave of artists to harness AI in their music production processes.</w:t>
      </w:r>
      <w:r/>
    </w:p>
    <w:p>
      <w:r/>
      <w:r>
        <w:t>Expressing his enthusiasm, Timbaland noted in a press release, "When I heard what Suno was doing, I was immediately curious. After witnessing the potential, I knew I had to be a part of it." He elaborated on the potential of this collaboration to empower the artist community, stating, "By combining forces, we have a unique opportunity to make A.I. work for the artist community and not the other way around. We’re seizing that opportunity, and we’re going to open up the floodgates for generations of artists to flourish on this new frontier."</w:t>
      </w:r>
      <w:r/>
    </w:p>
    <w:p>
      <w:r/>
      <w:r>
        <w:t>The partnership was kicked off with the announcement of a Remix Contest for Timbaland’s latest single, "Love Again." This new project invites the Suno community to create remixes, with Timbaland himself providing feedback and judging the entries. The contest boasts a prize pool of over $100,000, rewarding the creativity and skills of participants. The top two remixes will enjoy the added benefit of being potentially released by Timbaland on popular digital streaming platforms, offering an impressive opportunity for the winners to gain exposure within the music industry.</w:t>
      </w:r>
      <w:r/>
    </w:p>
    <w:p>
      <w:r/>
      <w:r>
        <w:t>As a member of Suno's executive team, Timbaland will be actively involved in steering the AI company's product development and shaping its creative strategies. His involvement is poised to ensure that Suno’s generative music tools serve artists at various stages in their careers, from newcomers to those with significant followings.</w:t>
      </w:r>
      <w:r/>
    </w:p>
    <w:p>
      <w:r/>
      <w:r>
        <w:t>Mikey Shulman, CEO of Suno, expressed his excitement about the collaboration, stating, "It’s an honour to work with a legend like Timbaland. At Suno, we’re really excited about exploring new ways for fans to engage with their favourite artists. With Timbaland’s guidance, we’re helping musicians create music at the speed of their ideas—whether they’re just starting out or already selling out stadiums. We couldn’t be more excited for what’s ahead!"</w:t>
      </w:r>
      <w:r/>
    </w:p>
    <w:p>
      <w:r/>
      <w:r>
        <w:t>This partnership places Timbaland at the cutting edge of the music industry, highlighting his commitment to integrating technological advancements within the creative sphere and offering a glimpse into the future of music production.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https://www.blackenterprise.com/timbaland-strategic-advisor-ai-music-company-suno/</w:t>
        </w:r>
      </w:hyperlink>
      <w:r>
        <w:t xml:space="preserve"> - Corroborates Timbaland's role as a strategic advisor for Suno, his enthusiasm for the AI music movement, and the details of the remix contest for his single 'Love Again'.</w:t>
      </w:r>
      <w:r/>
    </w:p>
    <w:p>
      <w:pPr>
        <w:pStyle w:val="ListNumber"/>
        <w:spacing w:line="240" w:lineRule="auto"/>
        <w:ind w:left="720"/>
      </w:pPr>
      <w:r/>
      <w:hyperlink r:id="rId11">
        <w:r>
          <w:rPr>
            <w:color w:val="0000EE"/>
            <w:u w:val="single"/>
          </w:rPr>
          <w:t>https://www.reddit.com/r/popheads/comments/1g9klgl/timbaland_becomes_strategic_advisor_for_ai_music/</w:t>
        </w:r>
      </w:hyperlink>
      <w:r>
        <w:t xml:space="preserve"> - Provides details on the remix contest, including the prize pool and the opportunity for winners to have their remixes released on major streaming platforms.</w:t>
      </w:r>
      <w:r/>
    </w:p>
    <w:p>
      <w:pPr>
        <w:pStyle w:val="ListNumber"/>
        <w:spacing w:line="240" w:lineRule="auto"/>
        <w:ind w:left="720"/>
      </w:pPr>
      <w:r/>
      <w:hyperlink r:id="rId12">
        <w:r>
          <w:rPr>
            <w:color w:val="0000EE"/>
            <w:u w:val="single"/>
          </w:rPr>
          <w:t>https://peopleofcolorintech.com/articles/timbaland-joins-ai-music-company-suno-as-strategic-advisor-launches-100k-remix-contest/</w:t>
        </w:r>
      </w:hyperlink>
      <w:r>
        <w:t xml:space="preserve"> - Supports the information about Timbaland's new role, the remix contest, and the collaboration's impact on music production.</w:t>
      </w:r>
      <w:r/>
    </w:p>
    <w:p>
      <w:pPr>
        <w:pStyle w:val="ListNumber"/>
        <w:spacing w:line="240" w:lineRule="auto"/>
        <w:ind w:left="720"/>
      </w:pPr>
      <w:r/>
      <w:hyperlink r:id="rId13">
        <w:r>
          <w:rPr>
            <w:color w:val="0000EE"/>
            <w:u w:val="single"/>
          </w:rPr>
          <w:t>https://www.unchainedmusic.io/blog-posts/timbaland-partners-with-suno-ai-to-launch-remix-contest</w:t>
        </w:r>
      </w:hyperlink>
      <w:r>
        <w:t xml:space="preserve"> - Details Timbaland's advisory role, the remix contest, and how the partnership aims to empower both emerging and established artists.</w:t>
      </w:r>
      <w:r/>
    </w:p>
    <w:p>
      <w:pPr>
        <w:pStyle w:val="ListNumber"/>
        <w:spacing w:line="240" w:lineRule="auto"/>
        <w:ind w:left="720"/>
      </w:pPr>
      <w:r/>
      <w:hyperlink r:id="rId14">
        <w:r>
          <w:rPr>
            <w:color w:val="0000EE"/>
            <w:u w:val="single"/>
          </w:rPr>
          <w:t>https://afrotech.com/timbaland-joins-suno-as-strategic-advisor-releases-exclusive-single</w:t>
        </w:r>
      </w:hyperlink>
      <w:r>
        <w:t xml:space="preserve"> - Corroborates Timbaland's involvement in Suno, the exclusive single 'Love Again,' and the remix contest with significant prizes.</w:t>
      </w:r>
      <w:r/>
    </w:p>
    <w:p>
      <w:pPr>
        <w:pStyle w:val="ListNumber"/>
        <w:spacing w:line="240" w:lineRule="auto"/>
        <w:ind w:left="720"/>
      </w:pPr>
      <w:r/>
      <w:hyperlink r:id="rId10">
        <w:r>
          <w:rPr>
            <w:color w:val="0000EE"/>
            <w:u w:val="single"/>
          </w:rPr>
          <w:t>https://www.blackenterprise.com/timbaland-strategic-advisor-ai-music-company-suno/</w:t>
        </w:r>
      </w:hyperlink>
      <w:r>
        <w:t xml:space="preserve"> - Quotes from Timbaland and Suno's CEO, Mikey Shulman, highlighting the collaboration's potential to revolutionize music creation.</w:t>
      </w:r>
      <w:r/>
    </w:p>
    <w:p>
      <w:pPr>
        <w:pStyle w:val="ListNumber"/>
        <w:spacing w:line="240" w:lineRule="auto"/>
        <w:ind w:left="720"/>
      </w:pPr>
      <w:r/>
      <w:hyperlink r:id="rId12">
        <w:r>
          <w:rPr>
            <w:color w:val="0000EE"/>
            <w:u w:val="single"/>
          </w:rPr>
          <w:t>https://peopleofcolorintech.com/articles/timbaland-joins-ai-music-company-suno-as-strategic-advisor-launches-100k-remix-contest/</w:t>
        </w:r>
      </w:hyperlink>
      <w:r>
        <w:t xml:space="preserve"> - Explains Timbaland's role in guiding Suno's product development and creative strategies to benefit artists at all levels.</w:t>
      </w:r>
      <w:r/>
    </w:p>
    <w:p>
      <w:pPr>
        <w:pStyle w:val="ListNumber"/>
        <w:spacing w:line="240" w:lineRule="auto"/>
        <w:ind w:left="720"/>
      </w:pPr>
      <w:r/>
      <w:hyperlink r:id="rId13">
        <w:r>
          <w:rPr>
            <w:color w:val="0000EE"/>
            <w:u w:val="single"/>
          </w:rPr>
          <w:t>https://www.unchainedmusic.io/blog-posts/timbaland-partners-with-suno-ai-to-launch-remix-contest</w:t>
        </w:r>
      </w:hyperlink>
      <w:r>
        <w:t xml:space="preserve"> - Details how the partnership aligns with Suno's mission to help musicians create music quickly and efficiently using AI tools.</w:t>
      </w:r>
      <w:r/>
    </w:p>
    <w:p>
      <w:pPr>
        <w:pStyle w:val="ListNumber"/>
        <w:spacing w:line="240" w:lineRule="auto"/>
        <w:ind w:left="720"/>
      </w:pPr>
      <w:r/>
      <w:hyperlink r:id="rId14">
        <w:r>
          <w:rPr>
            <w:color w:val="0000EE"/>
            <w:u w:val="single"/>
          </w:rPr>
          <w:t>https://afrotech.com/timbaland-joins-suno-as-strategic-advisor-releases-exclusive-single</w:t>
        </w:r>
      </w:hyperlink>
      <w:r>
        <w:t xml:space="preserve"> - Highlights Timbaland's commitment to integrating AI technology within the music industry and his past endeavors in music tech.</w:t>
      </w:r>
      <w:r/>
    </w:p>
    <w:p>
      <w:pPr>
        <w:pStyle w:val="ListNumber"/>
        <w:spacing w:line="240" w:lineRule="auto"/>
        <w:ind w:left="720"/>
      </w:pPr>
      <w:r/>
      <w:hyperlink r:id="rId10">
        <w:r>
          <w:rPr>
            <w:color w:val="0000EE"/>
            <w:u w:val="single"/>
          </w:rPr>
          <w:t>https://www.blackenterprise.com/timbaland-strategic-advisor-ai-music-company-suno/</w:t>
        </w:r>
      </w:hyperlink>
      <w:r>
        <w:t xml:space="preserve"> - Mentions the launch of the remix contest and the exclusive preview of Timbaland’s single 'Love Again' on Suno’s platform.</w:t>
      </w:r>
      <w:r/>
    </w:p>
    <w:p>
      <w:pPr>
        <w:pStyle w:val="ListNumber"/>
        <w:spacing w:line="240" w:lineRule="auto"/>
        <w:ind w:left="720"/>
      </w:pPr>
      <w:r/>
      <w:hyperlink r:id="rId11">
        <w:r>
          <w:rPr>
            <w:color w:val="0000EE"/>
            <w:u w:val="single"/>
          </w:rPr>
          <w:t>https://www.reddit.com/r/popheads/comments/1g9klgl/timbaland_becomes_strategic_advisor_for_ai_music/</w:t>
        </w:r>
      </w:hyperlink>
      <w:r>
        <w:t xml:space="preserve"> - Discusses the community's reaction to Timbaland's involvement with AI-generated music and the broader implications of this trend.</w:t>
      </w:r>
      <w:r/>
    </w:p>
    <w:p>
      <w:pPr>
        <w:pStyle w:val="ListNumber"/>
        <w:spacing w:line="240" w:lineRule="auto"/>
        <w:ind w:left="720"/>
      </w:pPr>
      <w:r/>
      <w:hyperlink r:id="rId10">
        <w:r>
          <w:rPr>
            <w:color w:val="0000EE"/>
            <w:u w:val="single"/>
          </w:rPr>
          <w:t>https://www.blackenterprise.com/timbaland-strategic-advisor-ai-music-company-suno/</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lackenterprise.com/timbaland-strategic-advisor-ai-music-company-suno/" TargetMode="External"/><Relationship Id="rId11" Type="http://schemas.openxmlformats.org/officeDocument/2006/relationships/hyperlink" Target="https://www.reddit.com/r/popheads/comments/1g9klgl/timbaland_becomes_strategic_advisor_for_ai_music/" TargetMode="External"/><Relationship Id="rId12" Type="http://schemas.openxmlformats.org/officeDocument/2006/relationships/hyperlink" Target="https://peopleofcolorintech.com/articles/timbaland-joins-ai-music-company-suno-as-strategic-advisor-launches-100k-remix-contest/" TargetMode="External"/><Relationship Id="rId13" Type="http://schemas.openxmlformats.org/officeDocument/2006/relationships/hyperlink" Target="https://www.unchainedmusic.io/blog-posts/timbaland-partners-with-suno-ai-to-launch-remix-contest" TargetMode="External"/><Relationship Id="rId14" Type="http://schemas.openxmlformats.org/officeDocument/2006/relationships/hyperlink" Target="https://afrotech.com/timbaland-joins-suno-as-strategic-advisor-releases-exclusive-singl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