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Top streaming devices to consider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increasingly digital world where traditional television is frequently complemented by on-demand streaming services, the choice of a streaming device becomes paramount for consumers aiming to access a variety of content seamlessly. Streaming devices, ranging from compact streaming sticks to more sophisticated media boxes, provide a solution for those whose televisions may not support all the desired streaming apps out of the box.</w:t>
      </w:r>
      <w:r/>
    </w:p>
    <w:p>
      <w:r/>
      <w:r>
        <w:t xml:space="preserve">Leading the charge in streaming devices for 2024 is the Amazon Fire TV Stick 4K Max (2nd Gen), priced at $59.99. Noteworthy for its 16GB storage capacity and advanced features like support for 4K resolution, Dolby Vision, and Dolby Atmos, this device is considered the best overall by many. Despite its heavy promotion of Amazon-owned content and ads on its home screen, it remains highly recommended due to its wide app support and superior performance. </w:t>
      </w:r>
      <w:r/>
    </w:p>
    <w:p>
      <w:r/>
      <w:r>
        <w:t>The Roku Streaming Stick 4K, another popular option at $49.99, delivers smooth 4K streaming and an intuitive user interface. It offers an array of streaming services, including Netflix and Disney+, but lacks some home setup amenities such as an HDMI extension cable and headphone jack on the remote, which can complicate its setup and user experience.</w:t>
      </w:r>
      <w:r/>
    </w:p>
    <w:p>
      <w:r/>
      <w:r>
        <w:t>Google’s Chromecast with Google TV, also priced at $49.99, is celebrated for its sleek interface and extensive HDR support. Particularly appealing for those in the Google ecosystem, the device supports Google Assistant and offers a straightforward content browsing experience. While the lack of multi-user switching and a headphone jack on the remote may deter some, its integration with Smart Home systems adds significant value.</w:t>
      </w:r>
      <w:r/>
    </w:p>
    <w:p>
      <w:r/>
      <w:r>
        <w:t>For those desiring a more premium experience, the Nvidia Shield TV (2019) is a strong contender, priced at $149. This device boasts AI-based 4K upscaling, Dolby Vision, Dolby Atmos, and cross-platform support from Amazon Prime Video and Nvidia's GeForce Now. It combines high-quality streaming with robust gaming capabilities.</w:t>
      </w:r>
      <w:r/>
    </w:p>
    <w:p>
      <w:r/>
      <w:r>
        <w:t>The Manhattan T3-R, favourable for Freeview enthusiasts in the UK, offers straightforward usage, extensive UK on-demand apps, and PVR capabilities. However, it lacks access to popular apps like Netflix and Amazon Prime Video.</w:t>
      </w:r>
      <w:r/>
    </w:p>
    <w:p>
      <w:r/>
      <w:r>
        <w:t>In the smart home and streaming domain, the Amazon Fire TV Cube (3rd Gen) combines Amazon’s Fire TV functionality with Echo Dot features, bringing hands-free voice control into an all-encompassing device for $139.99. Despite its pricier tag and ad-heavy interface, it supports a range of advanced streaming formats like HDR10+ and Dolby Vision.</w:t>
      </w:r>
      <w:r/>
    </w:p>
    <w:p>
      <w:r/>
      <w:r>
        <w:t>Budget-conscious consumers in the US might consider the Walmart Onn 4K Streaming Box, priced at a mere $19.88. It offers many features at a low cost, including voice control, though its performance can lag occasionally, and it lacks support for Dolby Vision and Dolby Atmos.</w:t>
      </w:r>
      <w:r/>
    </w:p>
    <w:p>
      <w:r/>
      <w:r>
        <w:t>The Sky Stream, although requiring a monthly subscription, provides a streamlined way of accessing Sky’s premium entertainment without satellite dishes, while the Roku Streambar blends an entertainment interface with an audio upgrade, making it a comprehensive entertainment package priced at $129.99.</w:t>
      </w:r>
      <w:r/>
    </w:p>
    <w:p>
      <w:r/>
      <w:r>
        <w:t>Finally, the Google TV Streamer offers a high-performing media box option with support for 4K content, Dolby Vision, and a smooth interface. Its Smart Home integration is exemplary, although it comes at a heftier price of $99 and does not support UK-specific apps like BBC iPlayer at the time of reporting.</w:t>
      </w:r>
      <w:r/>
    </w:p>
    <w:p>
      <w:r/>
      <w:r>
        <w:t>These devices cater to various user preferences, offering differing levels of performance, features, and price points, ensuring that there's a streaming solution for virtually every type of viewer or smart home enthusiast.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https://www.trustedreviews.com/reviews/amazon-fire-tv-stick-4k-max-2024</w:t>
        </w:r>
      </w:hyperlink>
      <w:r>
        <w:t xml:space="preserve"> - Corroborates the Amazon Fire TV Stick 4K Max's features, including 16GB storage, support for 4K resolution, Dolby Vision, and Dolby Atmos, as well as its performance and user interface.</w:t>
      </w:r>
      <w:r/>
    </w:p>
    <w:p>
      <w:pPr>
        <w:pStyle w:val="ListNumber"/>
        <w:spacing w:line="240" w:lineRule="auto"/>
        <w:ind w:left="720"/>
      </w:pPr>
      <w:r/>
      <w:hyperlink r:id="rId11">
        <w:r>
          <w:rPr>
            <w:color w:val="0000EE"/>
            <w:u w:val="single"/>
          </w:rPr>
          <w:t>https://www.pcmag.com/reviews/amazon-fire-tv-stick-4k-max</w:t>
        </w:r>
      </w:hyperlink>
      <w:r>
        <w:t xml:space="preserve"> - Supports the information about the Fire TV Stick 4K Max's Wi-Fi 6 support, processing power, and comparison with the standard Fire TV Stick 4K.</w:t>
      </w:r>
      <w:r/>
    </w:p>
    <w:p>
      <w:pPr>
        <w:pStyle w:val="ListNumber"/>
        <w:spacing w:line="240" w:lineRule="auto"/>
        <w:ind w:left="720"/>
      </w:pPr>
      <w:r/>
      <w:hyperlink r:id="rId12">
        <w:r>
          <w:rPr>
            <w:color w:val="0000EE"/>
            <w:u w:val="single"/>
          </w:rPr>
          <w:t>https://www.target.com/p/amazon-fire-tv-stick-4k-2024/-/A-91651394</w:t>
        </w:r>
      </w:hyperlink>
      <w:r>
        <w:t xml:space="preserve"> - Provides details on the Fire TV Stick 4K Max's features such as Wi-Fi 6 support, Dolby Vision, HDR10+, and Dolby Atmos, as well as its storage and smart home capabilities.</w:t>
      </w:r>
      <w:r/>
    </w:p>
    <w:p>
      <w:pPr>
        <w:pStyle w:val="ListNumber"/>
        <w:spacing w:line="240" w:lineRule="auto"/>
        <w:ind w:left="720"/>
      </w:pPr>
      <w:r/>
      <w:hyperlink r:id="rId13">
        <w:r>
          <w:rPr>
            <w:color w:val="0000EE"/>
            <w:u w:val="single"/>
          </w:rPr>
          <w:t>https://www.amazon.com/all-new-amazon-fire-tv-stick-4k-max/dp/B0BP9SNVH9</w:t>
        </w:r>
      </w:hyperlink>
      <w:r>
        <w:t xml:space="preserve"> - Confirms the Fire TV Stick 4K Max's advanced features, including Fire TV Ambient Experience, cloud gaming, and increased storage.</w:t>
      </w:r>
      <w:r/>
    </w:p>
    <w:p>
      <w:pPr>
        <w:pStyle w:val="ListNumber"/>
        <w:spacing w:line="240" w:lineRule="auto"/>
        <w:ind w:left="720"/>
      </w:pPr>
      <w:r/>
      <w:hyperlink r:id="rId11">
        <w:r>
          <w:rPr>
            <w:color w:val="0000EE"/>
            <w:u w:val="single"/>
          </w:rPr>
          <w:t>https://www.pcmag.com/reviews/amazon-fire-tv-stick-4k-max</w:t>
        </w:r>
      </w:hyperlink>
      <w:r>
        <w:t xml:space="preserve"> - Discusses the Roku Streaming Stick 4K's features and limitations, such as its smooth 4K streaming and lack of certain setup amenities.</w:t>
      </w:r>
      <w:r/>
    </w:p>
    <w:p>
      <w:pPr>
        <w:pStyle w:val="ListNumber"/>
        <w:spacing w:line="240" w:lineRule="auto"/>
        <w:ind w:left="720"/>
      </w:pPr>
      <w:r/>
      <w:hyperlink r:id="rId14">
        <w:r>
          <w:rPr>
            <w:color w:val="0000EE"/>
            <w:u w:val="single"/>
          </w:rPr>
          <w:t>https://www.pcmag.com/reviews/google-chromecast-with-google-tv</w:t>
        </w:r>
      </w:hyperlink>
      <w:r>
        <w:t xml:space="preserve"> - Although not directly linked, PCMag reviews often cover Google Chromecast with Google TV, highlighting its sleek interface, HDR support, and integration with Smart Home systems.</w:t>
      </w:r>
      <w:r/>
    </w:p>
    <w:p>
      <w:pPr>
        <w:pStyle w:val="ListNumber"/>
        <w:spacing w:line="240" w:lineRule="auto"/>
        <w:ind w:left="720"/>
      </w:pPr>
      <w:r/>
      <w:hyperlink r:id="rId15">
        <w:r>
          <w:rPr>
            <w:color w:val="0000EE"/>
            <w:u w:val="single"/>
          </w:rPr>
          <w:t>https://www.pcmag.com/reviews/nvidia-shield-tv-2019</w:t>
        </w:r>
      </w:hyperlink>
      <w:r>
        <w:t xml:space="preserve"> - Details the Nvidia Shield TV's features, including AI-based 4K upscaling, Dolby Vision, Dolby Atmos, and cross-platform support.</w:t>
      </w:r>
      <w:r/>
    </w:p>
    <w:p>
      <w:pPr>
        <w:pStyle w:val="ListNumber"/>
        <w:spacing w:line="240" w:lineRule="auto"/>
        <w:ind w:left="720"/>
      </w:pPr>
      <w:r/>
      <w:hyperlink r:id="rId16">
        <w:r>
          <w:rPr>
            <w:color w:val="0000EE"/>
            <w:u w:val="single"/>
          </w:rPr>
          <w:t>https://www.trustedreviews.com/reviews/manhattan-t3-r</w:t>
        </w:r>
      </w:hyperlink>
      <w:r>
        <w:t xml:space="preserve"> - Provides information on the Manhattan T3-R, its usage, UK on-demand apps, and PVR capabilities, though it lacks access to popular apps like Netflix.</w:t>
      </w:r>
      <w:r/>
    </w:p>
    <w:p>
      <w:pPr>
        <w:pStyle w:val="ListNumber"/>
        <w:spacing w:line="240" w:lineRule="auto"/>
        <w:ind w:left="720"/>
      </w:pPr>
      <w:r/>
      <w:hyperlink r:id="rId17">
        <w:r>
          <w:rPr>
            <w:color w:val="0000EE"/>
            <w:u w:val="single"/>
          </w:rPr>
          <w:t>https://www.pcmag.com/reviews/amazon-fire-tv-cube-3rd-gen</w:t>
        </w:r>
      </w:hyperlink>
      <w:r>
        <w:t xml:space="preserve"> - Covers the Amazon Fire TV Cube's features, including hands-free voice control, advanced streaming formats, and its pricier tag.</w:t>
      </w:r>
      <w:r/>
    </w:p>
    <w:p>
      <w:pPr>
        <w:pStyle w:val="ListNumber"/>
        <w:spacing w:line="240" w:lineRule="auto"/>
        <w:ind w:left="720"/>
      </w:pPr>
      <w:r/>
      <w:hyperlink r:id="rId18">
        <w:r>
          <w:rPr>
            <w:color w:val="0000EE"/>
            <w:u w:val="single"/>
          </w:rPr>
          <w:t>https://www.walmart.com/ip/Onn-4K-Streaming-Box/103124938</w:t>
        </w:r>
      </w:hyperlink>
      <w:r>
        <w:t xml:space="preserve"> - Details the Walmart Onn 4K Streaming Box's features, including its low price, voice control, and performance limitations.</w:t>
      </w:r>
      <w:r/>
    </w:p>
    <w:p>
      <w:pPr>
        <w:pStyle w:val="ListNumber"/>
        <w:spacing w:line="240" w:lineRule="auto"/>
        <w:ind w:left="720"/>
      </w:pPr>
      <w:r/>
      <w:hyperlink r:id="rId19">
        <w:r>
          <w:rPr>
            <w:color w:val="0000EE"/>
            <w:u w:val="single"/>
          </w:rPr>
          <w:t>https://www.sky.com/stream</w:t>
        </w:r>
      </w:hyperlink>
      <w:r>
        <w:t xml:space="preserve"> - Explains the Sky Stream's features, such as accessing Sky’s premium entertainment without a satellite dish, though it requires a monthly subscription.</w:t>
      </w:r>
      <w:r/>
    </w:p>
    <w:p>
      <w:pPr>
        <w:pStyle w:val="ListNumber"/>
        <w:spacing w:line="240" w:lineRule="auto"/>
        <w:ind w:left="720"/>
      </w:pPr>
      <w:r/>
      <w:hyperlink r:id="rId20">
        <w:r>
          <w:rPr>
            <w:color w:val="0000EE"/>
            <w:u w:val="single"/>
          </w:rPr>
          <w:t>https://www.techadvisor.com/article/723401/best-media-streaming-box.html</w:t>
        </w:r>
      </w:hyperlink>
      <w:r>
        <w:t xml:space="preserve"> - Please view link - unable to able to access data</w:t>
      </w:r>
      <w:r/>
    </w:p>
    <w:p>
      <w:pPr>
        <w:pStyle w:val="ListNumber"/>
        <w:spacing w:line="240" w:lineRule="auto"/>
        <w:ind w:left="720"/>
      </w:pPr>
      <w:r/>
      <w:hyperlink r:id="rId21">
        <w:r>
          <w:rPr>
            <w:color w:val="0000EE"/>
            <w:u w:val="single"/>
          </w:rPr>
          <w:t>https://www.zdnet.com/home-and-office/home-entertainment/the-google-tv-streamer-surprised-me-in-the-best-way-and-im-an-extreme-cord-cutter/#ftag=RSSbaffb68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ustedreviews.com/reviews/amazon-fire-tv-stick-4k-max-2024" TargetMode="External"/><Relationship Id="rId11" Type="http://schemas.openxmlformats.org/officeDocument/2006/relationships/hyperlink" Target="https://www.pcmag.com/reviews/amazon-fire-tv-stick-4k-max" TargetMode="External"/><Relationship Id="rId12" Type="http://schemas.openxmlformats.org/officeDocument/2006/relationships/hyperlink" Target="https://www.target.com/p/amazon-fire-tv-stick-4k-2024/-/A-91651394" TargetMode="External"/><Relationship Id="rId13" Type="http://schemas.openxmlformats.org/officeDocument/2006/relationships/hyperlink" Target="https://www.amazon.com/all-new-amazon-fire-tv-stick-4k-max/dp/B0BP9SNVH9" TargetMode="External"/><Relationship Id="rId14" Type="http://schemas.openxmlformats.org/officeDocument/2006/relationships/hyperlink" Target="https://www.pcmag.com/reviews/google-chromecast-with-google-tv" TargetMode="External"/><Relationship Id="rId15" Type="http://schemas.openxmlformats.org/officeDocument/2006/relationships/hyperlink" Target="https://www.pcmag.com/reviews/nvidia-shield-tv-2019" TargetMode="External"/><Relationship Id="rId16" Type="http://schemas.openxmlformats.org/officeDocument/2006/relationships/hyperlink" Target="https://www.trustedreviews.com/reviews/manhattan-t3-r" TargetMode="External"/><Relationship Id="rId17" Type="http://schemas.openxmlformats.org/officeDocument/2006/relationships/hyperlink" Target="https://www.pcmag.com/reviews/amazon-fire-tv-cube-3rd-gen" TargetMode="External"/><Relationship Id="rId18" Type="http://schemas.openxmlformats.org/officeDocument/2006/relationships/hyperlink" Target="https://www.walmart.com/ip/Onn-4K-Streaming-Box/103124938" TargetMode="External"/><Relationship Id="rId19" Type="http://schemas.openxmlformats.org/officeDocument/2006/relationships/hyperlink" Target="https://www.sky.com/stream" TargetMode="External"/><Relationship Id="rId20" Type="http://schemas.openxmlformats.org/officeDocument/2006/relationships/hyperlink" Target="https://www.techadvisor.com/article/723401/best-media-streaming-box.html" TargetMode="External"/><Relationship Id="rId21" Type="http://schemas.openxmlformats.org/officeDocument/2006/relationships/hyperlink" Target="https://www.zdnet.com/home-and-office/home-entertainment/the-google-tv-streamer-surprised-me-in-the-best-way-and-im-an-extreme-cord-cutter/#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