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Transport for Ireland faces backlash over AI-generated Halloween campaign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Transport for Ireland's recent Halloween campaign has become the centre of controversy after backlash over its use of AI-generated art. The campaign, designed to engage commuters through a social media competition, sparked criticism for neglecting traditional artistry in favour of artificial intelligence.</w:t>
      </w:r>
      <w:r/>
    </w:p>
    <w:p>
      <w:r/>
      <w:r>
        <w:t>The campaign involved a series of four images posted on social media, where commuters were invited to guess the characters depicted in these AI-generated illustrations, with a chance to win €50 in travel credit. However, the initiative was met with swift criticism from social media users, including Irish artists, who accused Transport for Ireland of taking a lazy and uncreative approach.</w:t>
      </w:r>
      <w:r/>
    </w:p>
    <w:p>
      <w:r/>
      <w:r>
        <w:t>Phil Dunne, a well-known illustrator, voiced his disapproval on the platform formerly known as Twitter, expressing his disappointment that an Irish illustrator was not commissioned for the campaign. He stated, "I’m really disheartened to see AI used for this promotion. You could have hired an Irish illustrator and paid them for this type of promotion." This sentiment was echoed by many others, with some pointing out the environmental implications of AI technology versus supporting local artists.</w:t>
      </w:r>
      <w:r/>
    </w:p>
    <w:p>
      <w:r/>
      <w:r>
        <w:t>In response to the criticism, Transport for Ireland individually addressed the concerns raised by the public, acknowledging the uproar and apologising for any distress caused. A representative from TFI explained to The Journal that the campaign was an idea proposed by an external agency. The agency had used an AI filter on already existing images from Shutterstock, intending to explore new creative technologies for a minor campaign.</w:t>
      </w:r>
      <w:r/>
    </w:p>
    <w:p>
      <w:r/>
      <w:r>
        <w:t>While TFI hoped to position itself at the forefront of creativity by utilising cutting-edge technology, the move backfired, highlighting a larger industry issue. The company reassured that while it seeks to experiment with the latest tools and technologies in collaboration with agencies, the reaction has been a learning experience.</w:t>
      </w:r>
      <w:r/>
    </w:p>
    <w:p>
      <w:r/>
      <w:r>
        <w:t>Many are surprised and disappointed by the lack of technological modernisation in other areas, such as enabling tap-to-pay by bank card on public transport services. This issue has been a longstanding concern among commuters who seek more convenient payment methods.</w:t>
      </w:r>
      <w:r/>
    </w:p>
    <w:p>
      <w:r/>
      <w:r>
        <w:t>Transport for Ireland is not alone in its experience of AI-related backlash, as other notable companies like Lego, Tedeschi Trucks Band, and Toys R Us have faced similar situations after employing AI-generated content. Such instances underscore the current tension within the creative and technological spheres regarding the use of AI in artistic endeavours. The controversy continues to influence industry trends, with some brands opting to restrict or eliminate the use of AI in advertising contracts to avoid potential negative publicity.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https://www.irishtimes.com/culture/art/2023/06/03/that-ai-generated-magdalene-selfie-a-lot-of-fuss-about-very-little/</w:t>
        </w:r>
      </w:hyperlink>
      <w:r>
        <w:t xml:space="preserve"> - This article discusses the controversy surrounding AI-generated art, similar to the backlash faced by Transport for Ireland, highlighting public dissatisfaction with AI-generated content.</w:t>
      </w:r>
      <w:r/>
    </w:p>
    <w:p>
      <w:pPr>
        <w:pStyle w:val="ListNumber"/>
        <w:spacing w:line="240" w:lineRule="auto"/>
        <w:ind w:left="720"/>
      </w:pPr>
      <w:r/>
      <w:hyperlink r:id="rId11">
        <w:r>
          <w:rPr>
            <w:color w:val="0000EE"/>
            <w:u w:val="single"/>
          </w:rPr>
          <w:t>https://vote.sinnfein.ie/state-services-should-support-irish-artists-over-ai-generated-art-aengus-o-snodaigh-td/</w:t>
        </w:r>
      </w:hyperlink>
      <w:r>
        <w:t xml:space="preserve"> - This article supports the criticism that public services should prioritize supporting local artists over using AI-generated art, aligning with the concerns raised about Transport for Ireland's campaign.</w:t>
      </w:r>
      <w:r/>
    </w:p>
    <w:p>
      <w:pPr>
        <w:pStyle w:val="ListNumber"/>
        <w:spacing w:line="240" w:lineRule="auto"/>
        <w:ind w:left="720"/>
      </w:pPr>
      <w:r/>
      <w:hyperlink r:id="rId12">
        <w:r>
          <w:rPr>
            <w:color w:val="0000EE"/>
            <w:u w:val="single"/>
          </w:rPr>
          <w:t>https://www.reddit.com/r/ArtistHate/comments/17vu4qo/an_post_irelands_state_owned_postal_service/</w:t>
        </w:r>
      </w:hyperlink>
      <w:r>
        <w:t xml:space="preserve"> - This discussion on Reddit highlights another instance of a public service using AI-generated content, which is similar to the controversy surrounding Transport for Ireland's campaign.</w:t>
      </w:r>
      <w:r/>
    </w:p>
    <w:p>
      <w:pPr>
        <w:pStyle w:val="ListNumber"/>
        <w:spacing w:line="240" w:lineRule="auto"/>
        <w:ind w:left="720"/>
      </w:pPr>
      <w:r/>
      <w:hyperlink r:id="rId13">
        <w:r>
          <w:rPr>
            <w:color w:val="0000EE"/>
            <w:u w:val="single"/>
          </w:rPr>
          <w:t>https://www.fastcompany.com/91168386/michaels-says-it-accidentally-sold-ai-halloween-art</w:t>
        </w:r>
      </w:hyperlink>
      <w:r>
        <w:t xml:space="preserve"> - This article details a similar controversy involving Michaels and AI-generated art, emphasizing the broader issue of transparency and support for human artists.</w:t>
      </w:r>
      <w:r/>
    </w:p>
    <w:p>
      <w:pPr>
        <w:pStyle w:val="ListNumber"/>
        <w:spacing w:line="240" w:lineRule="auto"/>
        <w:ind w:left="720"/>
      </w:pPr>
      <w:r/>
      <w:hyperlink r:id="rId13">
        <w:r>
          <w:rPr>
            <w:color w:val="0000EE"/>
            <w:u w:val="single"/>
          </w:rPr>
          <w:t>https://www.fastcompany.com/91168386/michaels-says-it-accidentally-sold-ai-halloween-art</w:t>
        </w:r>
      </w:hyperlink>
      <w:r>
        <w:t xml:space="preserve"> - This article discusses the backlash against companies using AI-generated art, which is relevant to the criticism faced by Transport for Ireland for its Halloween campaign.</w:t>
      </w:r>
      <w:r/>
    </w:p>
    <w:p>
      <w:pPr>
        <w:pStyle w:val="ListNumber"/>
        <w:spacing w:line="240" w:lineRule="auto"/>
        <w:ind w:left="720"/>
      </w:pPr>
      <w:r/>
      <w:hyperlink r:id="rId13">
        <w:r>
          <w:rPr>
            <w:color w:val="0000EE"/>
            <w:u w:val="single"/>
          </w:rPr>
          <w:t>https://www.fastcompany.com/91168386/michaels-says-it-accidentally-sold-ai-halloween-art</w:t>
        </w:r>
      </w:hyperlink>
      <w:r>
        <w:t xml:space="preserve"> - The article mentions the importance of transparency in AI usage, which is a key point in the criticism against Transport for Ireland's use of AI-generated art.</w:t>
      </w:r>
      <w:r/>
    </w:p>
    <w:p>
      <w:pPr>
        <w:pStyle w:val="ListNumber"/>
        <w:spacing w:line="240" w:lineRule="auto"/>
        <w:ind w:left="720"/>
      </w:pPr>
      <w:r/>
      <w:hyperlink r:id="rId13">
        <w:r>
          <w:rPr>
            <w:color w:val="0000EE"/>
            <w:u w:val="single"/>
          </w:rPr>
          <w:t>https://www.fastcompany.com/91168386/michaels-says-it-accidentally-sold-ai-halloween-art</w:t>
        </w:r>
      </w:hyperlink>
      <w:r>
        <w:t xml:space="preserve"> - This article highlights the industry trend of some brands opting to restrict or eliminate AI use in advertising to avoid negative publicity, similar to the potential actions Transport for Ireland might consider.</w:t>
      </w:r>
      <w:r/>
    </w:p>
    <w:p>
      <w:pPr>
        <w:pStyle w:val="ListNumber"/>
        <w:spacing w:line="240" w:lineRule="auto"/>
        <w:ind w:left="720"/>
      </w:pPr>
      <w:r/>
      <w:hyperlink r:id="rId14">
        <w:r>
          <w:rPr>
            <w:color w:val="0000EE"/>
            <w:u w:val="single"/>
          </w:rPr>
          <w:t>https://www.vulture.com/article/netflix-irish-wish-is-an-ai-generated-harbinger-of-doom.html</w:t>
        </w:r>
      </w:hyperlink>
      <w:r>
        <w:t xml:space="preserve"> - Although this article is about a different context, it discusses the broader controversy and ethical concerns surrounding AI-generated content, which is relevant to the Transport for Ireland situation.</w:t>
      </w:r>
      <w:r/>
    </w:p>
    <w:p>
      <w:pPr>
        <w:pStyle w:val="ListNumber"/>
        <w:spacing w:line="240" w:lineRule="auto"/>
        <w:ind w:left="720"/>
      </w:pPr>
      <w:r/>
      <w:hyperlink r:id="rId12">
        <w:r>
          <w:rPr>
            <w:color w:val="0000EE"/>
            <w:u w:val="single"/>
          </w:rPr>
          <w:t>https://www.reddit.com/r/ArtistHate/comments/17vu4qo/an_post_irelands_state_owned_postal_service/</w:t>
        </w:r>
      </w:hyperlink>
      <w:r>
        <w:t xml:space="preserve"> - This discussion on Reddit about An Post using AI-generated Christmas cards illustrates another public service facing criticism for similar reasons as Transport for Ireland.</w:t>
      </w:r>
      <w:r/>
    </w:p>
    <w:p>
      <w:pPr>
        <w:pStyle w:val="ListNumber"/>
        <w:spacing w:line="240" w:lineRule="auto"/>
        <w:ind w:left="720"/>
      </w:pPr>
      <w:r/>
      <w:hyperlink r:id="rId11">
        <w:r>
          <w:rPr>
            <w:color w:val="0000EE"/>
            <w:u w:val="single"/>
          </w:rPr>
          <w:t>https://vote.sinnfein.ie/state-services-should-support-irish-artists-over-ai-generated-art-aengus-o-snodaigh-td/</w:t>
        </w:r>
      </w:hyperlink>
      <w:r>
        <w:t xml:space="preserve"> - This article emphasizes the importance of supporting local artists, which is a central theme in the criticism against Transport for Ireland's use of AI-generated art.</w:t>
      </w:r>
      <w:r/>
    </w:p>
    <w:p>
      <w:pPr>
        <w:pStyle w:val="ListNumber"/>
        <w:spacing w:line="240" w:lineRule="auto"/>
        <w:ind w:left="720"/>
      </w:pPr>
      <w:r/>
      <w:hyperlink r:id="rId13">
        <w:r>
          <w:rPr>
            <w:color w:val="0000EE"/>
            <w:u w:val="single"/>
          </w:rPr>
          <w:t>https://www.fastcompany.com/91168386/michaels-says-it-accidentally-sold-ai-halloween-art</w:t>
        </w:r>
      </w:hyperlink>
      <w:r>
        <w:t xml:space="preserve"> - The article details the response of Michaels to AI-generated art controversy, which includes removing the product and reassuring support for human artists, similar to the steps Transport for Ireland might take.</w:t>
      </w:r>
      <w:r/>
    </w:p>
    <w:p>
      <w:pPr>
        <w:pStyle w:val="ListNumber"/>
        <w:spacing w:line="240" w:lineRule="auto"/>
        <w:ind w:left="720"/>
      </w:pPr>
      <w:r/>
      <w:hyperlink r:id="rId15">
        <w:r>
          <w:rPr>
            <w:color w:val="0000EE"/>
            <w:u w:val="single"/>
          </w:rPr>
          <w:t>https://www.creativebloq.com/ai/ai-art/commuters-blast-frightful-ai-halloween-transport-campaign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rishtimes.com/culture/art/2023/06/03/that-ai-generated-magdalene-selfie-a-lot-of-fuss-about-very-little/" TargetMode="External"/><Relationship Id="rId11" Type="http://schemas.openxmlformats.org/officeDocument/2006/relationships/hyperlink" Target="https://vote.sinnfein.ie/state-services-should-support-irish-artists-over-ai-generated-art-aengus-o-snodaigh-td/" TargetMode="External"/><Relationship Id="rId12" Type="http://schemas.openxmlformats.org/officeDocument/2006/relationships/hyperlink" Target="https://www.reddit.com/r/ArtistHate/comments/17vu4qo/an_post_irelands_state_owned_postal_service/" TargetMode="External"/><Relationship Id="rId13" Type="http://schemas.openxmlformats.org/officeDocument/2006/relationships/hyperlink" Target="https://www.fastcompany.com/91168386/michaels-says-it-accidentally-sold-ai-halloween-art" TargetMode="External"/><Relationship Id="rId14" Type="http://schemas.openxmlformats.org/officeDocument/2006/relationships/hyperlink" Target="https://www.vulture.com/article/netflix-irish-wish-is-an-ai-generated-harbinger-of-doom.html" TargetMode="External"/><Relationship Id="rId15" Type="http://schemas.openxmlformats.org/officeDocument/2006/relationships/hyperlink" Target="https://www.creativebloq.com/ai/ai-art/commuters-blast-frightful-ai-halloween-transport-campa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