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UiPath integrates Anthropics' Claude 3.5 Sonnet LLM to enhance automation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UiPath Integrates Anthropics' Claude 3.5 Sonnet LLM to Enhance Automation Solutions</w:t>
      </w:r>
      <w:r/>
    </w:p>
    <w:p>
      <w:r/>
      <w:r>
        <w:t>UiPath Inc., a prominent player in enterprise automation and AI software, has announced a significant technological advancement by integrating Anthropic’s large language model, Claude 3.5 Sonnet, into its suite of products. This move aims to bolster UiPath Autopilot, Clipboard AI, and introduce a new generative AI healthcare solution, enhancing productivity and decision-making while offering cost benefits to users.</w:t>
      </w:r>
      <w:r/>
    </w:p>
    <w:p>
      <w:r/>
      <w:r>
        <w:rPr>
          <w:b/>
        </w:rPr>
        <w:t>Autopilot for Everyone</w:t>
      </w:r>
      <w:r/>
    </w:p>
    <w:p>
      <w:r/>
      <w:r>
        <w:t>The Autopilot feature, now accessible to UiPath customers, acts as an AI-driven companion designed to streamline daily work processes. By integrating with Claude 3.5, the Autopilot offers several functionalities:</w:t>
      </w:r>
      <w:r/>
      <w:r/>
    </w:p>
    <w:p>
      <w:pPr>
        <w:pStyle w:val="ListBullet"/>
        <w:spacing w:line="240" w:lineRule="auto"/>
        <w:ind w:left="720"/>
      </w:pPr>
      <w:r/>
      <w:r>
        <w:t>It provides instant, precise responses to business inquiries by tapping into trusted enterprise knowledge, suitable for numerous use cases.</w:t>
      </w:r>
      <w:r/>
    </w:p>
    <w:p>
      <w:pPr>
        <w:pStyle w:val="ListBullet"/>
        <w:spacing w:line="240" w:lineRule="auto"/>
        <w:ind w:left="720"/>
      </w:pPr>
      <w:r/>
      <w:r>
        <w:t>The feature enables users to discover and facilitate existing company automations to handle complex tasks.</w:t>
      </w:r>
      <w:r/>
    </w:p>
    <w:p>
      <w:pPr>
        <w:pStyle w:val="ListBullet"/>
        <w:spacing w:line="240" w:lineRule="auto"/>
        <w:ind w:left="720"/>
      </w:pPr>
      <w:r/>
      <w:r>
        <w:t>It automates the handling of digital documents, using Clipboard AI to seamlessly transfer data within enterprise software.</w:t>
      </w:r>
      <w:r/>
    </w:p>
    <w:p>
      <w:pPr>
        <w:pStyle w:val="ListBullet"/>
        <w:spacing w:line="240" w:lineRule="auto"/>
        <w:ind w:left="720"/>
      </w:pPr>
      <w:r/>
      <w:r>
        <w:t>It empowers users to generate new automations using both API and UI automation, supporting updates to business systems under human oversight.</w:t>
      </w:r>
      <w:r/>
      <w:r/>
    </w:p>
    <w:p>
      <w:r/>
      <w:r>
        <w:t>The application of Autopilot spans across various business sectors, including healthcare services, where it aids in onboarding blood donors, and in organisations where sales teams utilise it to enhance client interactions and manage HR tasks autonomously.</w:t>
      </w:r>
      <w:r/>
    </w:p>
    <w:p>
      <w:r/>
      <w:r>
        <w:t>Mike Krieger, Anthropic’s Chief Product Officer, highlights the transformative impact of these AI tools, emphasising their role in automating mundane tasks, thus allowing professionals to engage in more substantial work.</w:t>
      </w:r>
      <w:r/>
    </w:p>
    <w:p>
      <w:r/>
      <w:r>
        <w:t>Graham Sheldon, Chief Product Officer at UiPath, reiterated the company's commitment to leveraging advanced LLMs and AI to ensure precise automation outcomes. The collaboration with Anthropic serves to introduce cutting-edge functionalities like those seen in Autopilot and Clipboard AI.</w:t>
      </w:r>
      <w:r/>
    </w:p>
    <w:p>
      <w:r/>
      <w:r>
        <w:rPr>
          <w:b/>
        </w:rPr>
        <w:t>New GenAI Healthcare Solution</w:t>
      </w:r>
      <w:r/>
    </w:p>
    <w:p>
      <w:r/>
      <w:r>
        <w:t>In a bid to transform healthcare documentation, UiPath is rolling out a new solution for medical record summarisation. This innovation, developed in collaboration with clinical specialists, integrates Claude and Document Understanding technology to simplify and expedite the analysis of medical records.</w:t>
      </w:r>
      <w:r/>
    </w:p>
    <w:p>
      <w:r/>
      <w:r>
        <w:t>The healthcare solution promises:</w:t>
      </w:r>
      <w:r/>
      <w:r/>
    </w:p>
    <w:p>
      <w:pPr>
        <w:pStyle w:val="ListBullet"/>
        <w:spacing w:line="240" w:lineRule="auto"/>
        <w:ind w:left="720"/>
      </w:pPr>
      <w:r/>
      <w:r>
        <w:t>HIPAA-compliant extraction and summarisation of multi-page medical documents.</w:t>
      </w:r>
      <w:r/>
    </w:p>
    <w:p>
      <w:pPr>
        <w:pStyle w:val="ListBullet"/>
        <w:spacing w:line="240" w:lineRule="auto"/>
        <w:ind w:left="720"/>
      </w:pPr>
      <w:r/>
      <w:r>
        <w:t>Summaries that are well-structured and accompanied by traceable citations.</w:t>
      </w:r>
      <w:r/>
    </w:p>
    <w:p>
      <w:pPr>
        <w:pStyle w:val="ListBullet"/>
        <w:spacing w:line="240" w:lineRule="auto"/>
        <w:ind w:left="720"/>
      </w:pPr>
      <w:r/>
      <w:r>
        <w:t>Employing a unique RAG methodology to process unstructured medical data, potentially speeding up chart processing by 70%.</w:t>
      </w:r>
      <w:r/>
      <w:r/>
    </w:p>
    <w:p>
      <w:r/>
      <w:r>
        <w:t>This platform aims to streamline critical healthcare processes such as Utilisation Management, Appeals, and Clinical Trial checks, significantly reducing the administrative burden on healthcare professionals.</w:t>
      </w:r>
      <w:r/>
    </w:p>
    <w:p>
      <w:r/>
      <w:r>
        <w:rPr>
          <w:b/>
        </w:rPr>
        <w:t>UiPath Clipboard AI</w:t>
      </w:r>
      <w:r/>
    </w:p>
    <w:p>
      <w:r/>
      <w:r>
        <w:t>The integration of Claude 3.5 into UiPath’s Clipboard AI aims to eliminate the manual labour associated with data entry. By automating the transition of data across platforms, Clipboard AI increases both the accuracy and efficiency of these tasks.</w:t>
      </w:r>
      <w:r/>
    </w:p>
    <w:p>
      <w:r/>
      <w:r>
        <w:t>Businesses adopting Clipboard AI are already witnessing improved operational productivity. For example, a major player in business-to-business logistics and supply chain solutions has reportedly saved hundreds of hours weekly by automating the transfer of data from inventory documents to ERP applications using Clipboard AI.</w:t>
      </w:r>
      <w:r/>
    </w:p>
    <w:p>
      <w:r/>
      <w:r>
        <w:t>This integration marks a pivotal advancement for UiPath, providing its clients with enhanced capabilities to streamline operations and drive efficiency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https://theoutpost.ai/news-story/ui-path-integrates-anthropic-s-claude-llm-to-enhance-ai-powered-automation-solutions-7337/</w:t>
        </w:r>
      </w:hyperlink>
      <w:r>
        <w:t xml:space="preserve"> - Corroborates the integration of Anthropic's Claude 3.5 Sonnet into UiPath's products, including Autopilot, Clipboard AI, and a new GenAI healthcare solution.</w:t>
      </w:r>
      <w:r/>
    </w:p>
    <w:p>
      <w:pPr>
        <w:pStyle w:val="ListNumber"/>
        <w:spacing w:line="240" w:lineRule="auto"/>
        <w:ind w:left="720"/>
      </w:pPr>
      <w:r/>
      <w:hyperlink r:id="rId11">
        <w:r>
          <w:rPr>
            <w:color w:val="0000EE"/>
            <w:u w:val="single"/>
          </w:rPr>
          <w:t>https://www.techzine.eu/blogs/applications/125513/uipath-gets-personal-with-inflection-ai-integrates-anthropic-claude/</w:t>
        </w:r>
      </w:hyperlink>
      <w:r>
        <w:t xml:space="preserve"> - Details the integration of Anthropic's Claude 3.5 Sonnet with UiPath, focusing on Autopilot, Clipboard AI, and the new medical record summarization solution.</w:t>
      </w:r>
      <w:r/>
    </w:p>
    <w:p>
      <w:pPr>
        <w:pStyle w:val="ListNumber"/>
        <w:spacing w:line="240" w:lineRule="auto"/>
        <w:ind w:left="720"/>
      </w:pPr>
      <w:r/>
      <w:hyperlink r:id="rId12">
        <w:r>
          <w:rPr>
            <w:color w:val="0000EE"/>
            <w:u w:val="single"/>
          </w:rPr>
          <w:t>https://www.techzine.eu/news/applications/125532/claude-3-5-sonnet-can-use-your-entire-computer-after-update/</w:t>
        </w:r>
      </w:hyperlink>
      <w:r>
        <w:t xml:space="preserve"> - Explains the capabilities of the updated Claude 3.5 Sonnet model, including its ability to perform tasks independently on a computer.</w:t>
      </w:r>
      <w:r/>
    </w:p>
    <w:p>
      <w:pPr>
        <w:pStyle w:val="ListNumber"/>
        <w:spacing w:line="240" w:lineRule="auto"/>
        <w:ind w:left="720"/>
      </w:pPr>
      <w:r/>
      <w:hyperlink r:id="rId13">
        <w:r>
          <w:rPr>
            <w:color w:val="0000EE"/>
            <w:u w:val="single"/>
          </w:rPr>
          <w:t>https://www.uipath.com/newsroom/uipath-integrates-anthropic-claude-language-models-for-generative-solutions</w:t>
        </w:r>
      </w:hyperlink>
      <w:r>
        <w:t xml:space="preserve"> - Provides details on the integration of Claude 3.5 Sonnet into UiPath Autopilot, Clipboard AI, and the new GenAI healthcare solution, enhancing productivity and decision-making.</w:t>
      </w:r>
      <w:r/>
    </w:p>
    <w:p>
      <w:pPr>
        <w:pStyle w:val="ListNumber"/>
        <w:spacing w:line="240" w:lineRule="auto"/>
        <w:ind w:left="720"/>
      </w:pPr>
      <w:r/>
      <w:hyperlink r:id="rId14">
        <w:r>
          <w:rPr>
            <w:color w:val="0000EE"/>
            <w:u w:val="single"/>
          </w:rPr>
          <w:t>https://www.stocktitan.net/news/PATH/ui-path-integrates-anthropic-claude-language-models-to-deliver-next-2byzsdz2fl82.html</w:t>
        </w:r>
      </w:hyperlink>
      <w:r>
        <w:t xml:space="preserve"> - Supports the integration of Claude 3.5 Sonnet into UiPath's products, highlighting benefits in productivity, cost savings, and decision-making.</w:t>
      </w:r>
      <w:r/>
    </w:p>
    <w:p>
      <w:pPr>
        <w:pStyle w:val="ListNumber"/>
        <w:spacing w:line="240" w:lineRule="auto"/>
        <w:ind w:left="720"/>
      </w:pPr>
      <w:r/>
      <w:hyperlink r:id="rId10">
        <w:r>
          <w:rPr>
            <w:color w:val="0000EE"/>
            <w:u w:val="single"/>
          </w:rPr>
          <w:t>https://theoutpost.ai/news-story/ui-path-integrates-anthropic-s-claude-llm-to-enhance-ai-powered-automation-solutions-7337/</w:t>
        </w:r>
      </w:hyperlink>
      <w:r>
        <w:t xml:space="preserve"> - Describes the functionalities of Autopilot, including providing instant responses, facilitating existing automations, and automating digital documents.</w:t>
      </w:r>
      <w:r/>
    </w:p>
    <w:p>
      <w:pPr>
        <w:pStyle w:val="ListNumber"/>
        <w:spacing w:line="240" w:lineRule="auto"/>
        <w:ind w:left="720"/>
      </w:pPr>
      <w:r/>
      <w:hyperlink r:id="rId11">
        <w:r>
          <w:rPr>
            <w:color w:val="0000EE"/>
            <w:u w:val="single"/>
          </w:rPr>
          <w:t>https://www.techzine.eu/blogs/applications/125513/uipath-gets-personal-with-inflection-ai-integrates-anthropic-claude/</w:t>
        </w:r>
      </w:hyperlink>
      <w:r>
        <w:t xml:space="preserve"> - Corroborates the application of Autopilot across various sectors, such as healthcare and sales teams, and its role in automating mundane tasks.</w:t>
      </w:r>
      <w:r/>
    </w:p>
    <w:p>
      <w:pPr>
        <w:pStyle w:val="ListNumber"/>
        <w:spacing w:line="240" w:lineRule="auto"/>
        <w:ind w:left="720"/>
      </w:pPr>
      <w:r/>
      <w:hyperlink r:id="rId13">
        <w:r>
          <w:rPr>
            <w:color w:val="0000EE"/>
            <w:u w:val="single"/>
          </w:rPr>
          <w:t>https://www.uipath.com/newsroom/uipath-integrates-anthropic-claude-language-models-for-generative-solutions</w:t>
        </w:r>
      </w:hyperlink>
      <w:r>
        <w:t xml:space="preserve"> - Details the new GenAI healthcare solution, including HIPAA-compliant extraction and summarization of medical records and the use of RAG methodology.</w:t>
      </w:r>
      <w:r/>
    </w:p>
    <w:p>
      <w:pPr>
        <w:pStyle w:val="ListNumber"/>
        <w:spacing w:line="240" w:lineRule="auto"/>
        <w:ind w:left="720"/>
      </w:pPr>
      <w:r/>
      <w:hyperlink r:id="rId14">
        <w:r>
          <w:rPr>
            <w:color w:val="0000EE"/>
            <w:u w:val="single"/>
          </w:rPr>
          <w:t>https://www.stocktitan.net/news/PATH/ui-path-integrates-anthropic-claude-language-models-to-deliver-next-2byzsdz2fl82.html</w:t>
        </w:r>
      </w:hyperlink>
      <w:r>
        <w:t xml:space="preserve"> - Supports the integration of Claude 3.5 into Clipboard AI, highlighting its role in automating data entry and increasing efficiency.</w:t>
      </w:r>
      <w:r/>
    </w:p>
    <w:p>
      <w:pPr>
        <w:pStyle w:val="ListNumber"/>
        <w:spacing w:line="240" w:lineRule="auto"/>
        <w:ind w:left="720"/>
      </w:pPr>
      <w:r/>
      <w:hyperlink r:id="rId10">
        <w:r>
          <w:rPr>
            <w:color w:val="0000EE"/>
            <w:u w:val="single"/>
          </w:rPr>
          <w:t>https://theoutpost.ai/news-story/ui-path-integrates-anthropic-s-claude-llm-to-enhance-ai-powered-automation-solutions-7337/</w:t>
        </w:r>
      </w:hyperlink>
      <w:r>
        <w:t xml:space="preserve"> - Mentions the benefits of Clipboard AI, such as saving hundreds of hours weekly for a business-to-business logistics company.</w:t>
      </w:r>
      <w:r/>
    </w:p>
    <w:p>
      <w:pPr>
        <w:pStyle w:val="ListNumber"/>
        <w:spacing w:line="240" w:lineRule="auto"/>
        <w:ind w:left="720"/>
      </w:pPr>
      <w:r/>
      <w:hyperlink r:id="rId13">
        <w:r>
          <w:rPr>
            <w:color w:val="0000EE"/>
            <w:u w:val="single"/>
          </w:rPr>
          <w:t>https://www.uipath.com/newsroom/uipath-integrates-anthropic-claude-language-models-for-generative-solutions</w:t>
        </w:r>
      </w:hyperlink>
      <w:r>
        <w:t xml:space="preserve"> - Quotes Mike Krieger and Graham Sheldon on the transformative impact of AI and UiPath's commitment to leveraging advanced LLMs.</w:t>
      </w:r>
      <w:r/>
    </w:p>
    <w:p>
      <w:pPr>
        <w:pStyle w:val="ListNumber"/>
        <w:spacing w:line="240" w:lineRule="auto"/>
        <w:ind w:left="720"/>
      </w:pPr>
      <w:r/>
      <w:hyperlink r:id="rId15">
        <w:r>
          <w:rPr>
            <w:color w:val="0000EE"/>
            <w:u w:val="single"/>
          </w:rPr>
          <w:t>https://insideainews.com/2024/10/26/uipath-integrates-anthropic-claude-language-models-to-deliver-next-generation-ai-assistant-and-solutions/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outpost.ai/news-story/ui-path-integrates-anthropic-s-claude-llm-to-enhance-ai-powered-automation-solutions-7337/" TargetMode="External"/><Relationship Id="rId11" Type="http://schemas.openxmlformats.org/officeDocument/2006/relationships/hyperlink" Target="https://www.techzine.eu/blogs/applications/125513/uipath-gets-personal-with-inflection-ai-integrates-anthropic-claude/" TargetMode="External"/><Relationship Id="rId12" Type="http://schemas.openxmlformats.org/officeDocument/2006/relationships/hyperlink" Target="https://www.techzine.eu/news/applications/125532/claude-3-5-sonnet-can-use-your-entire-computer-after-update/" TargetMode="External"/><Relationship Id="rId13" Type="http://schemas.openxmlformats.org/officeDocument/2006/relationships/hyperlink" Target="https://www.uipath.com/newsroom/uipath-integrates-anthropic-claude-language-models-for-generative-solutions" TargetMode="External"/><Relationship Id="rId14" Type="http://schemas.openxmlformats.org/officeDocument/2006/relationships/hyperlink" Target="https://www.stocktitan.net/news/PATH/ui-path-integrates-anthropic-claude-language-models-to-deliver-next-2byzsdz2fl82.html" TargetMode="External"/><Relationship Id="rId15" Type="http://schemas.openxmlformats.org/officeDocument/2006/relationships/hyperlink" Target="https://insideainews.com/2024/10/26/uipath-integrates-anthropic-claude-language-models-to-deliver-next-generation-ai-assistant-and-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