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Universal Avionics unveils Aperture system for enhanced cockpit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Universal Avionics has unveiled its latest innovation in aviation technology at the NBAA-BACE 2024 convention. The new system, named Aperture, represents a significant advancement in cockpit technology by integrating multiple streams of data to enhance pilot awareness and safety during critical phases of flight.</w:t>
      </w:r>
      <w:r/>
    </w:p>
    <w:p>
      <w:r/>
      <w:r>
        <w:t>Aperture's sophisticated visual management system amalgamates real-time video feeds from various cameras, Automatic Dependent Surveillance–Broadcast (ADS-B) data, and both real-time air traffic control (ATC) and aircraft audio recognition. Additionally, the system applies advanced Artificial Intelligence (AI) insights to process and display visual instructions directly on cockpit avionics displays. This groundbreaking approach is designed to improve pilots' situational awareness, particularly in obstacle avoidance, taxi guidance, and traffic awareness, thereby reducing the risk of taxiway and runway incursions – incidents that pose significant safety threats in aviation.</w:t>
      </w:r>
      <w:r/>
    </w:p>
    <w:p>
      <w:r/>
      <w:r>
        <w:t>Universal CEO Dror Yahav, speaking at the company's booth, highlighted the critical role of AI in the system's functionality. According to Yahav, the integration of AI is central to enhancing the system's ability to process and interpret vast amounts of data swiftly, effectively assisting pilots in maintaining safety and efficiency.</w:t>
      </w:r>
      <w:r/>
    </w:p>
    <w:p>
      <w:r/>
      <w:r>
        <w:t>The development of Aperture aligns with Universal Avionics' ongoing commitment to leverage cutting-edge technology to address common challenges faced by pilots. The incorporation of real-time audio and video feeds, enhanced by AI, presents a novel approach to managing the complex environment of modern airports and airspace. This is particularly pertinent as the global aviation industry continues to seek solutions to improve safety and reduce human error during flight operations.</w:t>
      </w:r>
      <w:r/>
    </w:p>
    <w:p>
      <w:r/>
      <w:r>
        <w:t>NBAA-BACE 2024, recognised as one of the premier events in the aviation industry calendar, provided an ideal platform for Universal Avionics to showcase this state-of-the-art technology. Industry professionals and stakeholders gathered to witness first-hand the capabilities of the Aperture system, reflecting a broader trend towards advanced technological solutions in aviation.</w:t>
      </w:r>
      <w:r/>
    </w:p>
    <w:p>
      <w:r/>
      <w:r>
        <w:t>As aviation technology continues to evolve, systems like Aperture represent the future of cockpit avionics, promising to enhance safety and efficiency in an industry that serves as the backbone of global transportation.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https://www.universalavionics.com/home/resources/press-releases/detail/press-releases/2022/10/18/initial-development-of-aperture-readies-series-production</w:t>
        </w:r>
      </w:hyperlink>
      <w:r>
        <w:t xml:space="preserve"> - Corroborates the introduction of Aperture and its initial development, including its ability to process multiple video streams and enhance safety and decision-making for flight crews.</w:t>
      </w:r>
      <w:r/>
    </w:p>
    <w:p>
      <w:pPr>
        <w:pStyle w:val="ListNumber"/>
        <w:spacing w:line="240" w:lineRule="auto"/>
        <w:ind w:left="720"/>
      </w:pPr>
      <w:r/>
      <w:hyperlink r:id="rId11">
        <w:r>
          <w:rPr>
            <w:color w:val="0000EE"/>
            <w:u w:val="single"/>
          </w:rPr>
          <w:t>https://www.universalavionics.com/home/resources/press-releases/detail/press-releases/2024/10/23/universal-avionics-enhances-awareness-beyond-cockpit-with-augmented-reality-and-artificial-intelligence</w:t>
        </w:r>
      </w:hyperlink>
      <w:r>
        <w:t xml:space="preserve"> - Supports the enhancement of awareness beyond the cockpit using Aperture, combining data from sensors and systems, and the use of augmented reality and AI.</w:t>
      </w:r>
      <w:r/>
    </w:p>
    <w:p>
      <w:pPr>
        <w:pStyle w:val="ListNumber"/>
        <w:spacing w:line="240" w:lineRule="auto"/>
        <w:ind w:left="720"/>
      </w:pPr>
      <w:r/>
      <w:hyperlink r:id="rId10">
        <w:r>
          <w:rPr>
            <w:color w:val="0000EE"/>
            <w:u w:val="single"/>
          </w:rPr>
          <w:t>https://www.universalavionics.com/home/resources/press-releases/detail/press-releases/2022/10/18/initial-development-of-aperture-readies-series-production</w:t>
        </w:r>
      </w:hyperlink>
      <w:r>
        <w:t xml:space="preserve"> - Details the integration of Enhanced Vision System (EVS) camera and other sensors to enhance situational awareness, and the system's Design Assurance Level A certification.</w:t>
      </w:r>
      <w:r/>
    </w:p>
    <w:p>
      <w:pPr>
        <w:pStyle w:val="ListNumber"/>
        <w:spacing w:line="240" w:lineRule="auto"/>
        <w:ind w:left="720"/>
      </w:pPr>
      <w:r/>
      <w:hyperlink r:id="rId11">
        <w:r>
          <w:rPr>
            <w:color w:val="0000EE"/>
            <w:u w:val="single"/>
          </w:rPr>
          <w:t>https://www.universalavionics.com/home/resources/press-releases/detail/press-releases/2024/10/23/universal-avionics-enhances-awareness-beyond-cockpit-with-augmented-reality-and-artificial-intelligence</w:t>
        </w:r>
      </w:hyperlink>
      <w:r>
        <w:t xml:space="preserve"> - Explains the role of AI in processing and interpreting vast amounts of data to assist pilots in maintaining safety and efficiency.</w:t>
      </w:r>
      <w:r/>
    </w:p>
    <w:p>
      <w:pPr>
        <w:pStyle w:val="ListNumber"/>
        <w:spacing w:line="240" w:lineRule="auto"/>
        <w:ind w:left="720"/>
      </w:pPr>
      <w:r/>
      <w:hyperlink r:id="rId10">
        <w:r>
          <w:rPr>
            <w:color w:val="0000EE"/>
            <w:u w:val="single"/>
          </w:rPr>
          <w:t>https://www.universalavionics.com/home/resources/press-releases/detail/press-releases/2022/10/18/initial-development-of-aperture-readies-series-production</w:t>
        </w:r>
      </w:hyperlink>
      <w:r>
        <w:t xml:space="preserve"> - Mentions the future capabilities of Aperture, including added video/sensor channels, low latency video aggregation, and the generation of synthetic imagery.</w:t>
      </w:r>
      <w:r/>
    </w:p>
    <w:p>
      <w:pPr>
        <w:pStyle w:val="ListNumber"/>
        <w:spacing w:line="240" w:lineRule="auto"/>
        <w:ind w:left="720"/>
      </w:pPr>
      <w:r/>
      <w:hyperlink r:id="rId11">
        <w:r>
          <w:rPr>
            <w:color w:val="0000EE"/>
            <w:u w:val="single"/>
          </w:rPr>
          <w:t>https://www.universalavionics.com/home/resources/press-releases/detail/press-releases/2024/10/23/universal-avionics-enhances-awareness-beyond-cockpit-with-augmented-reality-and-artificial-intelligence</w:t>
        </w:r>
      </w:hyperlink>
      <w:r>
        <w:t xml:space="preserve"> - Highlights the use of real-time audio and video feeds enhanced by AI to manage the complex environment of modern airports and airspace.</w:t>
      </w:r>
      <w:r/>
    </w:p>
    <w:p>
      <w:pPr>
        <w:pStyle w:val="ListNumber"/>
        <w:spacing w:line="240" w:lineRule="auto"/>
        <w:ind w:left="720"/>
      </w:pPr>
      <w:r/>
      <w:hyperlink r:id="rId10">
        <w:r>
          <w:rPr>
            <w:color w:val="0000EE"/>
            <w:u w:val="single"/>
          </w:rPr>
          <w:t>https://www.universalavionics.com/home/resources/press-releases/detail/press-releases/2022/10/18/initial-development-of-aperture-readies-series-production</w:t>
        </w:r>
      </w:hyperlink>
      <w:r>
        <w:t xml:space="preserve"> - Quotes Dror Yahav, CEO of Universal Avionics, on the role of AI in driving pilot safety and aircraft optimization.</w:t>
      </w:r>
      <w:r/>
    </w:p>
    <w:p>
      <w:pPr>
        <w:pStyle w:val="ListNumber"/>
        <w:spacing w:line="240" w:lineRule="auto"/>
        <w:ind w:left="720"/>
      </w:pPr>
      <w:r/>
      <w:hyperlink r:id="rId12">
        <w:r>
          <w:rPr>
            <w:color w:val="0000EE"/>
            <w:u w:val="single"/>
          </w:rPr>
          <w:t>https://nbaa.org/events/2024-nbaa-business-aviation-convention-exhibition-nbaa-bace/</w:t>
        </w:r>
      </w:hyperlink>
      <w:r>
        <w:t xml:space="preserve"> - Describes NBAA-BACE 2024 as a premier event in the aviation industry, where Universal Avionics showcased the Aperture system.</w:t>
      </w:r>
      <w:r/>
    </w:p>
    <w:p>
      <w:pPr>
        <w:pStyle w:val="ListNumber"/>
        <w:spacing w:line="240" w:lineRule="auto"/>
        <w:ind w:left="720"/>
      </w:pPr>
      <w:r/>
      <w:hyperlink r:id="rId13">
        <w:r>
          <w:rPr>
            <w:color w:val="0000EE"/>
            <w:u w:val="single"/>
          </w:rPr>
          <w:t>https://www.youtube.com/watch?v=5I54PgJKiSM</w:t>
        </w:r>
      </w:hyperlink>
      <w:r>
        <w:t xml:space="preserve"> - Shows Universal Avionics' presentation at NBAA-BACE 2024, highlighting the Aperture visual management system and its integration with AI for ground operations.</w:t>
      </w:r>
      <w:r/>
    </w:p>
    <w:p>
      <w:pPr>
        <w:pStyle w:val="ListNumber"/>
        <w:spacing w:line="240" w:lineRule="auto"/>
        <w:ind w:left="720"/>
      </w:pPr>
      <w:r/>
      <w:hyperlink r:id="rId14">
        <w:r>
          <w:rPr>
            <w:color w:val="0000EE"/>
            <w:u w:val="single"/>
          </w:rPr>
          <w:t>https://universalavionics.com/home/resources/events/nbaa-bace-2024</w:t>
        </w:r>
      </w:hyperlink>
      <w:r>
        <w:t xml:space="preserve"> - Provides details on Universal Avionics' participation at NBAA-BACE 2024, including the showcase of integrated flight display systems and advanced navigation capabilities.</w:t>
      </w:r>
      <w:r/>
    </w:p>
    <w:p>
      <w:pPr>
        <w:pStyle w:val="ListNumber"/>
        <w:spacing w:line="240" w:lineRule="auto"/>
        <w:ind w:left="720"/>
      </w:pPr>
      <w:r/>
      <w:hyperlink r:id="rId15">
        <w:r>
          <w:rPr>
            <w:color w:val="0000EE"/>
            <w:u w:val="single"/>
          </w:rPr>
          <w:t>https://www.avweb.com/multimedia/universal-aviation-develops-ai-to-prevent-incursions/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niversalavionics.com/home/resources/press-releases/detail/press-releases/2022/10/18/initial-development-of-aperture-readies-series-production" TargetMode="External"/><Relationship Id="rId11" Type="http://schemas.openxmlformats.org/officeDocument/2006/relationships/hyperlink" Target="https://www.universalavionics.com/home/resources/press-releases/detail/press-releases/2024/10/23/universal-avionics-enhances-awareness-beyond-cockpit-with-augmented-reality-and-artificial-intelligence" TargetMode="External"/><Relationship Id="rId12" Type="http://schemas.openxmlformats.org/officeDocument/2006/relationships/hyperlink" Target="https://nbaa.org/events/2024-nbaa-business-aviation-convention-exhibition-nbaa-bace/" TargetMode="External"/><Relationship Id="rId13" Type="http://schemas.openxmlformats.org/officeDocument/2006/relationships/hyperlink" Target="https://www.youtube.com/watch?v=5I54PgJKiSM" TargetMode="External"/><Relationship Id="rId14" Type="http://schemas.openxmlformats.org/officeDocument/2006/relationships/hyperlink" Target="https://universalavionics.com/home/resources/events/nbaa-bace-2024" TargetMode="External"/><Relationship Id="rId15" Type="http://schemas.openxmlformats.org/officeDocument/2006/relationships/hyperlink" Target="https://www.avweb.com/multimedia/universal-aviation-develops-ai-to-prevent-incursion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