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Universal Music Group uses AI to launch Spanish version of holiday classic</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Universal Music Group has embarked on a pioneering venture to expand the global reach of holiday classic “Rockin’ Around The Christmas Tree” using artificial intelligence technology. Released initially 65 years ago by songstress Brenda Lee, the song has consistently ascended the music charts every holiday season, reaching Number One in 2023. Now, the music giant has unveiled “Noche Buena y Navidad," a Spanish rendition of the festive hit featuring AI-generated vocals mimicking Brenda Lee's original performance.</w:t>
      </w:r>
      <w:r/>
    </w:p>
    <w:p>
      <w:r/>
      <w:r>
        <w:t>This noteworthy release took place on a Friday and marks a significant milestone in the music industry by utilising voice replication through artificial intelligence for a sanctioned commercial track. Universal Music Group’s collaboration with AI music startup SoundLabs has facilitated this innovation. The partnership was publicised in the summer and includes provisions for artists to create voice clones, with language transcription cited as a prominent benefit to enable artists to connect with non-native-speaking fans more effectively.</w:t>
      </w:r>
      <w:r/>
    </w:p>
    <w:p>
      <w:r/>
      <w:r>
        <w:t>Brian "BT" Transeau, the founder of SoundLabs and an experienced composer, described the integration of machine learning into the music-making process as an avenue to enhance the emotional experience for listeners. "Music is this universal conduit of a language," Transeau stated, emphasising the potential for fans to experience the warmth of an artist’s voice, even when translated into their native languages. Transeau has previously collaborated with notable artists including Madonna and Sting, bringing a wealth of experience to the forefront of this AI-assisted music creation endeavor.</w:t>
      </w:r>
      <w:r/>
    </w:p>
    <w:p>
      <w:r/>
      <w:r>
        <w:t>Despite its potential, AI technology in music has drawn apprehension within the industry. Concerns abound regarding potential copyright infringements, the unauthorised use of artist likenesses, and the overarching fear of AI supplanting human creativity. These issues have led to several legal battles, with major record companies, including Universal Music Group, instigating lawsuits against prominent AI music generators over infringement claims. These music giants continue to tread carefully, acknowledging the supportive nature of AI tools whilst taking protective measures against unlicensed uses.</w:t>
      </w:r>
      <w:r/>
    </w:p>
    <w:p>
      <w:r/>
      <w:r>
        <w:t>The vocal replication in “Noche Buena y Navidad” was conducted under granted licenses, and Brenda Lee herself approved the final version. Expressing her approval, she mentioned her longstanding wish to record "Rockin' Around The Christmas Tree" in Spanish and her excitement at introducing the song in a new form.</w:t>
      </w:r>
      <w:r/>
    </w:p>
    <w:p>
      <w:r/>
      <w:r>
        <w:t>The creative process to produce the Spanish version of this renowned Christmas song involved meticulous effort from human musicians and producers. Multi-time Latin Grammy-winning producer Aureo Baqueiro spearheaded the lyrical adaptation, ensuring the Spanish lyrics maintained the spirit and rhythm of the original. Vocalist Leyla Hoyle lent her Spanish-speaking talents as a base upon which SoundLabs overlaid the voice replication technology to achieve the final performance.</w:t>
      </w:r>
      <w:r/>
    </w:p>
    <w:p>
      <w:r/>
      <w:r>
        <w:t>Aureo Baqueiro shared his admiration for the work achieved, stating that the finished product captures the essence of the original, allowing it to resonate with Spanish-speaking audiences without losing the authenticity and emotional pull of Lee’s voice. The song's launch opens the door to potential new audiences for classic tracks, reintroducing cherished music to listeners in a culturally relevant way.</w:t>
      </w:r>
      <w:r/>
    </w:p>
    <w:p>
      <w:r/>
      <w:r>
        <w:t>As the music industry navigates this uncharted terrain, releases like “Noche Buena y Navidad” raise intriguing questions regarding authorship and credits. The case of Brenda Lee’s song exemplifies the complex mingling of human and AI contributions, with the final recording credited to Lee though Hoyle’s vocal input played a pivotal role.</w:t>
      </w:r>
      <w:r/>
    </w:p>
    <w:p>
      <w:r/>
      <w:r>
        <w:t>Looking to the future, this venture could signal a wave of similar initiatives, with SoundLabs indicating potential interest from artists seeking to replicate successful songs into additional languages. This innovation underscores the evolving possibilities within music production, generating excitement for the rejuvenation and cultural adaptation of established works.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https://www.goodmorningamerica.com/culture/story/brenda-lee-rockin-around-the-christmas-tree-spanish-ai-listen-115149216</w:t>
        </w:r>
      </w:hyperlink>
      <w:r>
        <w:t xml:space="preserve"> - Corroborates the creation of a Spanish version of 'Rockin' Around the Christmas Tree' using AI technology and Brenda Lee's approval.</w:t>
      </w:r>
      <w:r/>
    </w:p>
    <w:p>
      <w:pPr>
        <w:pStyle w:val="ListNumber"/>
        <w:spacing w:line="240" w:lineRule="auto"/>
        <w:ind w:left="720"/>
      </w:pPr>
      <w:r/>
      <w:hyperlink r:id="rId11">
        <w:r>
          <w:rPr>
            <w:color w:val="0000EE"/>
            <w:u w:val="single"/>
          </w:rPr>
          <w:t>https://abcnews.go.com/GMA/Culture/brenda-lee-rockin-around-the-christmas-tree-spanish-ai-listen/story?id=115149216</w:t>
        </w:r>
      </w:hyperlink>
      <w:r>
        <w:t xml:space="preserve"> - Supports the details of the AI-generated Spanish version, including the use of SoundLab's AI MicDrop tool and Aureo Baqueiro's production.</w:t>
      </w:r>
      <w:r/>
    </w:p>
    <w:p>
      <w:pPr>
        <w:pStyle w:val="ListNumber"/>
        <w:spacing w:line="240" w:lineRule="auto"/>
        <w:ind w:left="720"/>
      </w:pPr>
      <w:r/>
      <w:hyperlink r:id="rId12">
        <w:r>
          <w:rPr>
            <w:color w:val="0000EE"/>
            <w:u w:val="single"/>
          </w:rPr>
          <w:t>https://www.reuters.com/technology/artificial-intelligence/universal-music-release-ai-powered-spanish-version-brenda-lees-hit-song-2024-10-25/</w:t>
        </w:r>
      </w:hyperlink>
      <w:r>
        <w:t xml:space="preserve"> - Confirms Universal Music Group's release of the AI-powered Spanish version of Brenda Lee's song.</w:t>
      </w:r>
      <w:r/>
    </w:p>
    <w:p>
      <w:pPr>
        <w:pStyle w:val="ListNumber"/>
        <w:spacing w:line="240" w:lineRule="auto"/>
        <w:ind w:left="720"/>
      </w:pPr>
      <w:r/>
      <w:hyperlink r:id="rId13">
        <w:r>
          <w:rPr>
            <w:color w:val="0000EE"/>
            <w:u w:val="single"/>
          </w:rPr>
          <w:t>https://www.universalmusic.com/brenda-lees-iconic-rockin-around-the-christmas-tree-released-in-spanish-for-the-first-time-with-help-from-soundlabs-ais-responsibly-trained-micdrop-ai-tech/</w:t>
        </w:r>
      </w:hyperlink>
      <w:r>
        <w:t xml:space="preserve"> - Provides details on the use of SoundLabs AI's MicDrop technology and the collaboration between Universal Music Group and SoundLabs.</w:t>
      </w:r>
      <w:r/>
    </w:p>
    <w:p>
      <w:pPr>
        <w:pStyle w:val="ListNumber"/>
        <w:spacing w:line="240" w:lineRule="auto"/>
        <w:ind w:left="720"/>
      </w:pPr>
      <w:r/>
      <w:hyperlink r:id="rId14">
        <w:r>
          <w:rPr>
            <w:color w:val="0000EE"/>
            <w:u w:val="single"/>
          </w:rPr>
          <w:t>https://www.rollingstone.com/music/music-news/brenda-lee-rockin-around-christmas-tree-ai-spanish-1235140044/</w:t>
        </w:r>
      </w:hyperlink>
      <w:r>
        <w:t xml:space="preserve"> - Supports the release of the Spanish version and the role of AI in creating it, as well as Brenda Lee's reaction to the new version.</w:t>
      </w:r>
      <w:r/>
    </w:p>
    <w:p>
      <w:pPr>
        <w:pStyle w:val="ListNumber"/>
        <w:spacing w:line="240" w:lineRule="auto"/>
        <w:ind w:left="720"/>
      </w:pPr>
      <w:r/>
      <w:hyperlink r:id="rId10">
        <w:r>
          <w:rPr>
            <w:color w:val="0000EE"/>
            <w:u w:val="single"/>
          </w:rPr>
          <w:t>https://www.goodmorningamerica.com/culture/story/brenda-lee-rockin-around-the-christmas-tree-spanish-ai-listen-115149216</w:t>
        </w:r>
      </w:hyperlink>
      <w:r>
        <w:t xml:space="preserve"> - Corroborates that the song was released on a Friday and marks a significant milestone in using AI for a commercial track.</w:t>
      </w:r>
      <w:r/>
    </w:p>
    <w:p>
      <w:pPr>
        <w:pStyle w:val="ListNumber"/>
        <w:spacing w:line="240" w:lineRule="auto"/>
        <w:ind w:left="720"/>
      </w:pPr>
      <w:r/>
      <w:hyperlink r:id="rId11">
        <w:r>
          <w:rPr>
            <w:color w:val="0000EE"/>
            <w:u w:val="single"/>
          </w:rPr>
          <w:t>https://abcnews.go.com/GMA/Culture/brenda-lee-rockin-around-the-christmas-tree-spanish-ai-listen/story?id=115149216</w:t>
        </w:r>
      </w:hyperlink>
      <w:r>
        <w:t xml:space="preserve"> - Supports the collaboration between Universal Music Group and SoundLabs, including the benefits of language transcription for artists.</w:t>
      </w:r>
      <w:r/>
    </w:p>
    <w:p>
      <w:pPr>
        <w:pStyle w:val="ListNumber"/>
        <w:spacing w:line="240" w:lineRule="auto"/>
        <w:ind w:left="720"/>
      </w:pPr>
      <w:r/>
      <w:hyperlink r:id="rId13">
        <w:r>
          <w:rPr>
            <w:color w:val="0000EE"/>
            <w:u w:val="single"/>
          </w:rPr>
          <w:t>https://www.universalmusic.com/brenda-lees-iconic-rockin-around-the-christmas-tree-released-in-spanish-for-the-first-time-with-help-from-soundlabs-ais-responsibly-trained-micdrop-ai-tech/</w:t>
        </w:r>
      </w:hyperlink>
      <w:r>
        <w:t xml:space="preserve"> - Details the involvement of Aureo Baqueiro in the lyrical adaptation and the use of Leyla Hoyle's vocals as a base for the AI technology.</w:t>
      </w:r>
      <w:r/>
    </w:p>
    <w:p>
      <w:pPr>
        <w:pStyle w:val="ListNumber"/>
        <w:spacing w:line="240" w:lineRule="auto"/>
        <w:ind w:left="720"/>
      </w:pPr>
      <w:r/>
      <w:hyperlink r:id="rId14">
        <w:r>
          <w:rPr>
            <w:color w:val="0000EE"/>
            <w:u w:val="single"/>
          </w:rPr>
          <w:t>https://www.rollingstone.com/music/music-news/brenda-lee-rockin-around-christmas-tree-ai-spanish-1235140044/</w:t>
        </w:r>
      </w:hyperlink>
      <w:r>
        <w:t xml:space="preserve"> - Corroborates the concerns within the music industry regarding AI technology, including copyright infringements and the unauthorized use of artist likenesses.</w:t>
      </w:r>
      <w:r/>
    </w:p>
    <w:p>
      <w:pPr>
        <w:pStyle w:val="ListNumber"/>
        <w:spacing w:line="240" w:lineRule="auto"/>
        <w:ind w:left="720"/>
      </w:pPr>
      <w:r/>
      <w:hyperlink r:id="rId10">
        <w:r>
          <w:rPr>
            <w:color w:val="0000EE"/>
            <w:u w:val="single"/>
          </w:rPr>
          <w:t>https://www.goodmorningamerica.com/culture/story/brenda-lee-rockin-around-the-christmas-tree-spanish-ai-listen-115149216</w:t>
        </w:r>
      </w:hyperlink>
      <w:r>
        <w:t xml:space="preserve"> - Supports Brenda Lee's approval and her long-standing wish to record the song in Spanish.</w:t>
      </w:r>
      <w:r/>
    </w:p>
    <w:p>
      <w:pPr>
        <w:pStyle w:val="ListNumber"/>
        <w:spacing w:line="240" w:lineRule="auto"/>
        <w:ind w:left="720"/>
      </w:pPr>
      <w:r/>
      <w:hyperlink r:id="rId11">
        <w:r>
          <w:rPr>
            <w:color w:val="0000EE"/>
            <w:u w:val="single"/>
          </w:rPr>
          <w:t>https://abcnews.go.com/GMA/Culture/brenda-lee-rockin-around-the-christmas-tree-spanish-ai-listen/story?id=115149216</w:t>
        </w:r>
      </w:hyperlink>
      <w:r>
        <w:t xml:space="preserve"> - Corroborates the potential future initiatives and the interest from artists in replicating successful songs into additional languages using AI technology.</w:t>
      </w:r>
      <w:r/>
    </w:p>
    <w:p>
      <w:pPr>
        <w:pStyle w:val="ListNumber"/>
        <w:spacing w:line="240" w:lineRule="auto"/>
        <w:ind w:left="720"/>
      </w:pPr>
      <w:r/>
      <w:hyperlink r:id="rId14">
        <w:r>
          <w:rPr>
            <w:color w:val="0000EE"/>
            <w:u w:val="single"/>
          </w:rPr>
          <w:t>https://www.rollingstone.com/music/music-news/brenda-lee-rockin-around-christmas-tree-ai-spanish-1235140044/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oodmorningamerica.com/culture/story/brenda-lee-rockin-around-the-christmas-tree-spanish-ai-listen-115149216" TargetMode="External"/><Relationship Id="rId11" Type="http://schemas.openxmlformats.org/officeDocument/2006/relationships/hyperlink" Target="https://abcnews.go.com/GMA/Culture/brenda-lee-rockin-around-the-christmas-tree-spanish-ai-listen/story?id=115149216" TargetMode="External"/><Relationship Id="rId12" Type="http://schemas.openxmlformats.org/officeDocument/2006/relationships/hyperlink" Target="https://www.reuters.com/technology/artificial-intelligence/universal-music-release-ai-powered-spanish-version-brenda-lees-hit-song-2024-10-25/" TargetMode="External"/><Relationship Id="rId13" Type="http://schemas.openxmlformats.org/officeDocument/2006/relationships/hyperlink" Target="https://www.universalmusic.com/brenda-lees-iconic-rockin-around-the-christmas-tree-released-in-spanish-for-the-first-time-with-help-from-soundlabs-ais-responsibly-trained-micdrop-ai-tech/" TargetMode="External"/><Relationship Id="rId14" Type="http://schemas.openxmlformats.org/officeDocument/2006/relationships/hyperlink" Target="https://www.rollingstone.com/music/music-news/brenda-lee-rockin-around-christmas-tree-ai-spanish-123514004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