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Upcoming webinar to address challenges in nanometrology for manufacturing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National Nanotechnology Coordination Office (NNCO) has announced an upcoming webinar that continues the series associated with the National Nanotechnology Initiative (NNI). This series delves into the intricacies of nanometrology and addresses the associated metrological challenges and advancements, especially as they pertain to various industries. The scheduled webinar, titled “Nanometrology for Continuous and Automated Manufacturing,” is anticipated to take place on 1st November 2024.</w:t>
      </w:r>
      <w:r/>
    </w:p>
    <w:p>
      <w:r/>
      <w:r>
        <w:t>This particular session aims to tackle measurement and analysis challenges within the field of nanotechnology, focusing on issues exacerbated by computational limitations and the handling of extensive data sets. Key topics are set to include:</w:t>
      </w:r>
      <w:r/>
    </w:p>
    <w:p>
      <w:r/>
      <w:r>
        <w:t>1. Four-Dimensional (4D)-Scanning Transmission Electron Microscopy (STEM): This segment will shed light on the implications of big data when using 4D-STEM and explore potential solutions to manage these challenges effectively.</w:t>
      </w:r>
      <w:r/>
    </w:p>
    <w:p>
      <w:r/>
      <w:r>
        <w:t>2. The Development of a Spatiotemporally-Resolved Digital Twin Tool: This topic will cover the advancement of digital twin technology, emphasizing its ability to enhance precision and effectiveness in nanotechnological applications by simulating detailed, time-specific data.</w:t>
      </w:r>
      <w:r/>
    </w:p>
    <w:p>
      <w:r/>
      <w:r>
        <w:t>3. Joint Automated Repository for Various Integrated Simulations (JARVIS) Database: Discussions will enhance understanding of the JARVIS database's role, which encompasses a suite of tools designed to optimise integrated simulations within nanotechnology research and development.</w:t>
      </w:r>
      <w:r/>
    </w:p>
    <w:p>
      <w:r/>
      <w:r>
        <w:t>The event will feature distinguished speakers from notable institutions, including Colin Ophus from Stanford University, Subramanian Sankaranarayanan from the Center for Nanoscale Materials at Argonne National Laboratory, and Kamal Choudhary from the National Institute of Standards and Technology. These experts bring a wealth of knowledge and will provide insights into how current challenges are being addressed and overcome in nanometrology.</w:t>
      </w:r>
      <w:r/>
    </w:p>
    <w:p>
      <w:r/>
      <w:r>
        <w:t>The series of webinars hosted by the NNI this year have been diligently recorded and are accessible on the NNI's website for those interested in catching up on previous discussions. By facilitating these webinars, the NNCO continues to support advances in nanotechnology, promoting shared knowledge and addressing critical technological hurdles. This initiative provides a platform for leading experts to engage with the community, helping to shape the future landscape of nanometrology and its applications across various sectors including food, agriculture, environmental sciences, and the field of electronics.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https://www.nano.gov/PublicWebinars</w:t>
        </w:r>
      </w:hyperlink>
      <w:r>
        <w:t xml:space="preserve"> - This link corroborates the announcement of the upcoming webinar on 'Nanometrology Involving Big Data, AI, and Modeling' and the series associated with the National Nanotechnology Initiative (NNI).</w:t>
      </w:r>
      <w:r/>
    </w:p>
    <w:p>
      <w:pPr>
        <w:pStyle w:val="ListNumber"/>
        <w:spacing w:line="240" w:lineRule="auto"/>
        <w:ind w:left="720"/>
      </w:pPr>
      <w:r/>
      <w:hyperlink r:id="rId11">
        <w:r>
          <w:rPr>
            <w:color w:val="0000EE"/>
            <w:u w:val="single"/>
          </w:rPr>
          <w:t>https://www.lawbc.com/registration-opens-for-nni-webinar-on-nanometrology-involving-big-data-ai-and-modeling/</w:t>
        </w:r>
      </w:hyperlink>
      <w:r>
        <w:t xml:space="preserve"> - This link provides details about the registration and the specific webinar titled 'Nanometrology for Continuous and Automated Manufacturing' scheduled for November 1, 2024.</w:t>
      </w:r>
      <w:r/>
    </w:p>
    <w:p>
      <w:pPr>
        <w:pStyle w:val="ListNumber"/>
        <w:spacing w:line="240" w:lineRule="auto"/>
        <w:ind w:left="720"/>
      </w:pPr>
      <w:r/>
      <w:hyperlink r:id="rId12">
        <w:r>
          <w:rPr>
            <w:color w:val="0000EE"/>
            <w:u w:val="single"/>
          </w:rPr>
          <w:t>https://www.nano.gov/get-involved/research-community/meetings-and-events</w:t>
        </w:r>
      </w:hyperlink>
      <w:r>
        <w:t xml:space="preserve"> - This link lists the upcoming meetings and events, including the 'Nanometrology Involving Big Data, AI, and Modeling Webinar' on November 1, 2024, and supports the broader context of NNI-sponsored events.</w:t>
      </w:r>
      <w:r/>
    </w:p>
    <w:p>
      <w:pPr>
        <w:pStyle w:val="ListNumber"/>
        <w:spacing w:line="240" w:lineRule="auto"/>
        <w:ind w:left="720"/>
      </w:pPr>
      <w:r/>
      <w:hyperlink r:id="rId13">
        <w:r>
          <w:rPr>
            <w:color w:val="0000EE"/>
            <w:u w:val="single"/>
          </w:rPr>
          <w:t>https://nnci.net/nnci-events</w:t>
        </w:r>
      </w:hyperlink>
      <w:r>
        <w:t xml:space="preserve"> - This link provides information on various webinars and events related to nanotechnology, including those hosted by the NNCI, which aligns with the broader initiative of promoting shared knowledge in nanotechnology.</w:t>
      </w:r>
      <w:r/>
    </w:p>
    <w:p>
      <w:pPr>
        <w:pStyle w:val="ListNumber"/>
        <w:spacing w:line="240" w:lineRule="auto"/>
        <w:ind w:left="720"/>
      </w:pPr>
      <w:r/>
      <w:hyperlink r:id="rId10">
        <w:r>
          <w:rPr>
            <w:color w:val="0000EE"/>
            <w:u w:val="single"/>
          </w:rPr>
          <w:t>https://www.nano.gov/PublicWebinars</w:t>
        </w:r>
      </w:hyperlink>
      <w:r>
        <w:t xml:space="preserve"> - This link supports the availability of recorded webinars from the NNI series, allowing interested parties to catch up on previous discussions.</w:t>
      </w:r>
      <w:r/>
    </w:p>
    <w:p>
      <w:pPr>
        <w:pStyle w:val="ListNumber"/>
        <w:spacing w:line="240" w:lineRule="auto"/>
        <w:ind w:left="720"/>
      </w:pPr>
      <w:r/>
      <w:hyperlink r:id="rId14">
        <w:r>
          <w:rPr>
            <w:color w:val="0000EE"/>
            <w:u w:val="single"/>
          </w:rPr>
          <w:t>https://serc.carleton.edu/msu_nanotech/National_Nano_Coordination_Office.html</w:t>
        </w:r>
      </w:hyperlink>
      <w:r>
        <w:t xml:space="preserve"> - This link explains the role of the National Nanotechnology Coordination Office (NNCO) in supporting the NNI and facilitating public engagement and technical support, which includes hosting webinars.</w:t>
      </w:r>
      <w:r/>
    </w:p>
    <w:p>
      <w:pPr>
        <w:pStyle w:val="ListNumber"/>
        <w:spacing w:line="240" w:lineRule="auto"/>
        <w:ind w:left="720"/>
      </w:pPr>
      <w:r/>
      <w:hyperlink r:id="rId10">
        <w:r>
          <w:rPr>
            <w:color w:val="0000EE"/>
            <w:u w:val="single"/>
          </w:rPr>
          <w:t>https://www.nano.gov/PublicWebinars</w:t>
        </w:r>
      </w:hyperlink>
      <w:r>
        <w:t xml:space="preserve"> - This link details the various topics covered in the NNI webinars, including nanometrology, which is relevant to the discussion on measurement and analysis challenges in nanotechnology.</w:t>
      </w:r>
      <w:r/>
    </w:p>
    <w:p>
      <w:pPr>
        <w:pStyle w:val="ListNumber"/>
        <w:spacing w:line="240" w:lineRule="auto"/>
        <w:ind w:left="720"/>
      </w:pPr>
      <w:r/>
      <w:hyperlink r:id="rId12">
        <w:r>
          <w:rPr>
            <w:color w:val="0000EE"/>
            <w:u w:val="single"/>
          </w:rPr>
          <w:t>https://www.nano.gov/get-involved/research-community/meetings-and-events</w:t>
        </w:r>
      </w:hyperlink>
      <w:r>
        <w:t xml:space="preserve"> - This link highlights the involvement of experts from notable institutions in NNI-sponsored events, which supports the mention of distinguished speakers in the webinar.</w:t>
      </w:r>
      <w:r/>
    </w:p>
    <w:p>
      <w:pPr>
        <w:pStyle w:val="ListNumber"/>
        <w:spacing w:line="240" w:lineRule="auto"/>
        <w:ind w:left="720"/>
      </w:pPr>
      <w:r/>
      <w:hyperlink r:id="rId14">
        <w:r>
          <w:rPr>
            <w:color w:val="0000EE"/>
            <w:u w:val="single"/>
          </w:rPr>
          <w:t>https://serc.carleton.edu/msu_nanotech/National_Nano_Coordination_Office.html</w:t>
        </w:r>
      </w:hyperlink>
      <w:r>
        <w:t xml:space="preserve"> - This link explains the broader initiative of the NNI in promoting advances in nanotechnology across various sectors, including food, agriculture, environmental sciences, and electronics.</w:t>
      </w:r>
      <w:r/>
    </w:p>
    <w:p>
      <w:pPr>
        <w:pStyle w:val="ListNumber"/>
        <w:spacing w:line="240" w:lineRule="auto"/>
        <w:ind w:left="720"/>
      </w:pPr>
      <w:r/>
      <w:hyperlink r:id="rId10">
        <w:r>
          <w:rPr>
            <w:color w:val="0000EE"/>
            <w:u w:val="single"/>
          </w:rPr>
          <w:t>https://www.nano.gov/PublicWebinars</w:t>
        </w:r>
      </w:hyperlink>
      <w:r>
        <w:t xml:space="preserve"> - This link provides examples of past webinars that have addressed critical technological hurdles, such as those in environmental, health, and safety implications of nanomaterials.</w:t>
      </w:r>
      <w:r/>
    </w:p>
    <w:p>
      <w:pPr>
        <w:pStyle w:val="ListNumber"/>
        <w:spacing w:line="240" w:lineRule="auto"/>
        <w:ind w:left="720"/>
      </w:pPr>
      <w:r/>
      <w:hyperlink r:id="rId12">
        <w:r>
          <w:rPr>
            <w:color w:val="0000EE"/>
            <w:u w:val="single"/>
          </w:rPr>
          <w:t>https://www.nano.gov/get-involved/research-community/meetings-and-events</w:t>
        </w:r>
      </w:hyperlink>
      <w:r>
        <w:t xml:space="preserve"> - This link supports the ongoing effort by the NNI to host meetings and workshops that involve experts from industry, academia, and the Federal Government, aligning with the community engagement aspect mentioned.</w:t>
      </w:r>
      <w:r/>
    </w:p>
    <w:p>
      <w:pPr>
        <w:pStyle w:val="ListNumber"/>
        <w:spacing w:line="240" w:lineRule="auto"/>
        <w:ind w:left="720"/>
      </w:pPr>
      <w:r/>
      <w:hyperlink r:id="rId15">
        <w:r>
          <w:rPr>
            <w:color w:val="0000EE"/>
            <w:u w:val="single"/>
          </w:rPr>
          <w:t>https://www.jdsupra.com/legalnews/registration-opens-for-nni-webinar-on-1317938/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ano.gov/PublicWebinars" TargetMode="External"/><Relationship Id="rId11" Type="http://schemas.openxmlformats.org/officeDocument/2006/relationships/hyperlink" Target="https://www.lawbc.com/registration-opens-for-nni-webinar-on-nanometrology-involving-big-data-ai-and-modeling/" TargetMode="External"/><Relationship Id="rId12" Type="http://schemas.openxmlformats.org/officeDocument/2006/relationships/hyperlink" Target="https://www.nano.gov/get-involved/research-community/meetings-and-events" TargetMode="External"/><Relationship Id="rId13" Type="http://schemas.openxmlformats.org/officeDocument/2006/relationships/hyperlink" Target="https://nnci.net/nnci-events" TargetMode="External"/><Relationship Id="rId14" Type="http://schemas.openxmlformats.org/officeDocument/2006/relationships/hyperlink" Target="https://serc.carleton.edu/msu_nanotech/National_Nano_Coordination_Office.html" TargetMode="External"/><Relationship Id="rId15" Type="http://schemas.openxmlformats.org/officeDocument/2006/relationships/hyperlink" Target="https://www.jdsupra.com/legalnews/registration-opens-for-nni-webinar-on-131793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