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Vice President Harris addresses AI safety concerns at global summit in London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Title: Vice President Harris Addresses AI Safety Concerns at Global Summit in London</w:t>
      </w:r>
      <w:r/>
    </w:p>
    <w:p>
      <w:r/>
      <w:r>
        <w:t>London, 2022 — Vice President Kamala Harris delivered a speech focusing on the safety and regulatory aspects of artificial intelligence (AI) at the Global Summit on AI Safety. Harris's remarks underscored the dual potential of AI to yield significant benefits and pose considerable risks. Her speech in London highlighted the necessity for governmental oversight to mitigate the impact of AI-enabled misinformation and its implications for global democracies.</w:t>
      </w:r>
      <w:r/>
    </w:p>
    <w:p>
      <w:r/>
      <w:r>
        <w:t>In her address, Harris articulated concerns about the role of AI in blurring the lines between fact and fiction, warning of the existential threat this poses to democratic societies. She called for comprehensive governmental regulation to ensure AI development remains secure and equitable, with benefits distributed across diverse sectors of society. The Vice President stressed the importance of governments assuming responsibility in overseeing AI developments, advocating for measures that uphold human rights and advance dignity.</w:t>
      </w:r>
      <w:r/>
    </w:p>
    <w:p>
      <w:r/>
      <w:r>
        <w:t>The summit gathered global leaders in policymakers, technology experts, and stakeholders, aiming to foster dialogue on AI safety and ethics. Harris's speech signified a clear stance by the Biden-Harris administration on the issue, aligning with initiatives outlined in their executive order on AI regulation. The administration's "Blueprint for an AI Bill of Rights" reflects an intent to guide AI advancement in ways that support racial equity, environmental sustainability, and an inclusive clean energy economy.</w:t>
      </w:r>
      <w:r/>
    </w:p>
    <w:p>
      <w:r/>
      <w:r>
        <w:t>This approach, however, raises questions reminiscent of historical responses to emerging technologies. Critics argue that excessive preemptive regulations, driven by safety and equity concerns, might stifle innovation and technological evolution. They cite historical examples such as early aviation and automotive technologies, suggesting that overly cautious regulatory frameworks could impede technological progress.</w:t>
      </w:r>
      <w:r/>
    </w:p>
    <w:p>
      <w:r/>
      <w:r>
        <w:t>Vice President Harris's emphasis on AI ethics and regulation aligns with broader themes of safety and equity prevalent in modern governance discussions. The administration contends that AI must be developed through a collaborative framework, integrating perspectives from various stakeholders, including workers, educators, and employers. This inclusive approach aims to ensure that AI technologies contribute positively to societal goals and minimise potential negative impacts.</w:t>
      </w:r>
      <w:r/>
    </w:p>
    <w:p>
      <w:r/>
      <w:r>
        <w:t>As the discourse surrounding AI's role in society continues to evolve, Harris's address in London serves as a significant milestone in shaping international perspectives on the balance between technological advancement and regulatory oversight. The summit underscored the pressing need for a global conversation on how societies can harness AI's benefits while safeguarding against its risks.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https://ny1.com/nyc/all-boroughs/news/2023/11/01/vp-harris-delivers-remarks-on-ai-in-the-u-k--where-she-is-attending-summit</w:t>
        </w:r>
      </w:hyperlink>
      <w:r>
        <w:t xml:space="preserve"> - Corroborates Vice President Harris's speech at the Global Summit on AI Safety in London, highlighting the dual potential of AI and the need for governmental oversight.</w:t>
      </w:r>
      <w:r/>
    </w:p>
    <w:p>
      <w:pPr>
        <w:pStyle w:val="ListNumber"/>
        <w:spacing w:line="240" w:lineRule="auto"/>
        <w:ind w:left="720"/>
      </w:pPr>
      <w:r/>
      <w:hyperlink r:id="rId11">
        <w:r>
          <w:rPr>
            <w:color w:val="0000EE"/>
            <w:u w:val="single"/>
          </w:rPr>
          <w:t>https://www.youtube.com/watch?v=-PKfIis1rqU</w:t>
        </w:r>
      </w:hyperlink>
      <w:r>
        <w:t xml:space="preserve"> - Provides the full speech by Vice President Harris, detailing concerns about AI-enabled misinformation and the existential threat to democratic societies.</w:t>
      </w:r>
      <w:r/>
    </w:p>
    <w:p>
      <w:pPr>
        <w:pStyle w:val="ListNumber"/>
        <w:spacing w:line="240" w:lineRule="auto"/>
        <w:ind w:left="720"/>
      </w:pPr>
      <w:r/>
      <w:hyperlink r:id="rId12">
        <w:r>
          <w:rPr>
            <w:color w:val="0000EE"/>
            <w:u w:val="single"/>
          </w:rPr>
          <w:t>https://www.whitehouse.gov/briefing-room/statements-releases/2023/11/01/fact-sheet-vice-president-harris-announces-new-u-s-initiatives-to-advance-the-safe-and-responsible-use-of-artificial-intelligence/</w:t>
        </w:r>
      </w:hyperlink>
      <w:r>
        <w:t xml:space="preserve"> - Details the new U.S. initiatives announced by Vice President Harris to advance the safe and responsible use of AI, including the establishment of the United States AI Safety Institute.</w:t>
      </w:r>
      <w:r/>
    </w:p>
    <w:p>
      <w:pPr>
        <w:pStyle w:val="ListNumber"/>
        <w:spacing w:line="240" w:lineRule="auto"/>
        <w:ind w:left="720"/>
      </w:pPr>
      <w:r/>
      <w:hyperlink r:id="rId13">
        <w:r>
          <w:rPr>
            <w:color w:val="0000EE"/>
            <w:u w:val="single"/>
          </w:rPr>
          <w:t>https://www.upi.com/Top_News/World-News/2023/11/01/kamala-harris-AI-London/1991698832896/</w:t>
        </w:r>
      </w:hyperlink>
      <w:r>
        <w:t xml:space="preserve"> - Reports on Vice President Harris's call for immediate measures to address short-term AI threats such as misinformation and racial discrimination.</w:t>
      </w:r>
      <w:r/>
    </w:p>
    <w:p>
      <w:pPr>
        <w:pStyle w:val="ListNumber"/>
        <w:spacing w:line="240" w:lineRule="auto"/>
        <w:ind w:left="720"/>
      </w:pPr>
      <w:r/>
      <w:hyperlink r:id="rId14">
        <w:r>
          <w:rPr>
            <w:color w:val="0000EE"/>
            <w:u w:val="single"/>
          </w:rPr>
          <w:t>https://www.whitehouse.gov/briefing-room/speeches-remarks/2023/11/01/remarks-by-vice-president-harris-on-the-future-of-artificial-intelligence-london-united-kingdom/</w:t>
        </w:r>
      </w:hyperlink>
      <w:r>
        <w:t xml:space="preserve"> - Provides the official transcript of Vice President Harris's remarks, emphasizing the need for comprehensive governmental regulation and the importance of upholding human rights.</w:t>
      </w:r>
      <w:r/>
    </w:p>
    <w:p>
      <w:pPr>
        <w:pStyle w:val="ListNumber"/>
        <w:spacing w:line="240" w:lineRule="auto"/>
        <w:ind w:left="720"/>
      </w:pPr>
      <w:r/>
      <w:hyperlink r:id="rId10">
        <w:r>
          <w:rPr>
            <w:color w:val="0000EE"/>
            <w:u w:val="single"/>
          </w:rPr>
          <w:t>https://ny1.com/nyc/all-boroughs/news/2023/11/01/vp-harris-delivers-remarks-on-ai-in-the-u-k--where-she-is-attending-summit</w:t>
        </w:r>
      </w:hyperlink>
      <w:r>
        <w:t xml:space="preserve"> - Discusses the Biden-Harris administration's 'Blueprint for an AI Bill of Rights' and its focus on racial equity, environmental sustainability, and an inclusive clean energy economy.</w:t>
      </w:r>
      <w:r/>
    </w:p>
    <w:p>
      <w:pPr>
        <w:pStyle w:val="ListNumber"/>
        <w:spacing w:line="240" w:lineRule="auto"/>
        <w:ind w:left="720"/>
      </w:pPr>
      <w:r/>
      <w:hyperlink r:id="rId12">
        <w:r>
          <w:rPr>
            <w:color w:val="0000EE"/>
            <w:u w:val="single"/>
          </w:rPr>
          <w:t>https://www.whitehouse.gov/briefing-room/statements-releases/2023/11/01/fact-sheet-vice-president-harris-announces-new-u-s-initiatives-to-advance-the-safe-and-responsible-use-of-artificial-intelligence/</w:t>
        </w:r>
      </w:hyperlink>
      <w:r>
        <w:t xml:space="preserve"> - Explains the administration's approach to developing AI through a collaborative framework, integrating perspectives from various stakeholders.</w:t>
      </w:r>
      <w:r/>
    </w:p>
    <w:p>
      <w:pPr>
        <w:pStyle w:val="ListNumber"/>
        <w:spacing w:line="240" w:lineRule="auto"/>
        <w:ind w:left="720"/>
      </w:pPr>
      <w:r/>
      <w:hyperlink r:id="rId13">
        <w:r>
          <w:rPr>
            <w:color w:val="0000EE"/>
            <w:u w:val="single"/>
          </w:rPr>
          <w:t>https://www.upi.com/Top_News/World-News/2023/11/01/kamala-harris-AI-London/1991698832896/</w:t>
        </w:r>
      </w:hyperlink>
      <w:r>
        <w:t xml:space="preserve"> - Highlights the global nature of the summit and the need for a global conversation on balancing technological advancement with regulatory oversight.</w:t>
      </w:r>
      <w:r/>
    </w:p>
    <w:p>
      <w:pPr>
        <w:pStyle w:val="ListNumber"/>
        <w:spacing w:line="240" w:lineRule="auto"/>
        <w:ind w:left="720"/>
      </w:pPr>
      <w:r/>
      <w:hyperlink r:id="rId14">
        <w:r>
          <w:rPr>
            <w:color w:val="0000EE"/>
            <w:u w:val="single"/>
          </w:rPr>
          <w:t>https://www.whitehouse.gov/briefing-room/speeches-remarks/2023/11/01/remarks-by-vice-president-harris-on-the-future-of-artificial-intelligence-london-united-kingdom/</w:t>
        </w:r>
      </w:hyperlink>
      <w:r>
        <w:t xml:space="preserve"> - Details the specific measures announced by the administration, such as establishing a national safety reporting program and requiring AI safety testing submissions.</w:t>
      </w:r>
      <w:r/>
    </w:p>
    <w:p>
      <w:pPr>
        <w:pStyle w:val="ListNumber"/>
        <w:spacing w:line="240" w:lineRule="auto"/>
        <w:ind w:left="720"/>
      </w:pPr>
      <w:r/>
      <w:hyperlink r:id="rId10">
        <w:r>
          <w:rPr>
            <w:color w:val="0000EE"/>
            <w:u w:val="single"/>
          </w:rPr>
          <w:t>https://ny1.com/nyc/all-boroughs/news/2023/11/01/vp-harris-delivers-remarks-on-ai-in-the-u-k--where-she-is-attending-summit</w:t>
        </w:r>
      </w:hyperlink>
      <w:r>
        <w:t xml:space="preserve"> - Mentions the historical context and potential risks of over-regulation, comparing it to early responses to aviation and automotive technologies.</w:t>
      </w:r>
      <w:r/>
    </w:p>
    <w:p>
      <w:pPr>
        <w:pStyle w:val="ListNumber"/>
        <w:spacing w:line="240" w:lineRule="auto"/>
        <w:ind w:left="720"/>
      </w:pPr>
      <w:r/>
      <w:hyperlink r:id="rId12">
        <w:r>
          <w:rPr>
            <w:color w:val="0000EE"/>
            <w:u w:val="single"/>
          </w:rPr>
          <w:t>https://www.whitehouse.gov/briefing-room/statements-releases/2023/11/01/fact-sheet-vice-president-harris-announces-new-u-s-initiatives-to-advance-the-safe-and-responsible-use-of-artificial-intelligence/</w:t>
        </w:r>
      </w:hyperlink>
      <w:r>
        <w:t xml:space="preserve"> - Outlines the philanthropic commitments and the formation of a funders network to coordinate new philanthropic giving to advance AI safety and public interest.</w:t>
      </w:r>
      <w:r/>
    </w:p>
    <w:p>
      <w:pPr>
        <w:pStyle w:val="ListNumber"/>
        <w:spacing w:line="240" w:lineRule="auto"/>
        <w:ind w:left="720"/>
      </w:pPr>
      <w:r/>
      <w:hyperlink r:id="rId15">
        <w:r>
          <w:rPr>
            <w:color w:val="0000EE"/>
            <w:u w:val="single"/>
          </w:rPr>
          <w:t>https://www.washingtonpost.com/opinions/2024/10/25/biden-harris-artificial-intelligence-regulation/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y1.com/nyc/all-boroughs/news/2023/11/01/vp-harris-delivers-remarks-on-ai-in-the-u-k--where-she-is-attending-summit" TargetMode="External"/><Relationship Id="rId11" Type="http://schemas.openxmlformats.org/officeDocument/2006/relationships/hyperlink" Target="https://www.youtube.com/watch?v=-PKfIis1rqU" TargetMode="External"/><Relationship Id="rId12" Type="http://schemas.openxmlformats.org/officeDocument/2006/relationships/hyperlink" Target="https://www.whitehouse.gov/briefing-room/statements-releases/2023/11/01/fact-sheet-vice-president-harris-announces-new-u-s-initiatives-to-advance-the-safe-and-responsible-use-of-artificial-intelligence/" TargetMode="External"/><Relationship Id="rId13" Type="http://schemas.openxmlformats.org/officeDocument/2006/relationships/hyperlink" Target="https://www.upi.com/Top_News/World-News/2023/11/01/kamala-harris-AI-London/1991698832896/" TargetMode="External"/><Relationship Id="rId14" Type="http://schemas.openxmlformats.org/officeDocument/2006/relationships/hyperlink" Target="https://www.whitehouse.gov/briefing-room/speeches-remarks/2023/11/01/remarks-by-vice-president-harris-on-the-future-of-artificial-intelligence-london-united-kingdom/" TargetMode="External"/><Relationship Id="rId15" Type="http://schemas.openxmlformats.org/officeDocument/2006/relationships/hyperlink" Target="https://www.washingtonpost.com/opinions/2024/10/25/biden-harris-artificial-intelligence-regul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