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Vidnoz revolutionising digital media with advanced AI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Vidnoz Revolutionising Digital Media with Advanced AI Features</w:t>
      </w:r>
      <w:r/>
    </w:p>
    <w:p>
      <w:r/>
      <w:r>
        <w:t>Recent advancements in artificial intelligence have brought significant transformations in various fields, notably in education and entertainment. Vidnoz emerges as a pivotal platform capitalising on these advancements, offering a suite of AI-driven tools including text-to-video, text-to-speech, and a sophisticated voice transformer. These features provide a versatile toolkit for content creators and businesses aiming to enhance their digital media production.</w:t>
      </w:r>
      <w:r/>
    </w:p>
    <w:p>
      <w:r/>
      <w:r>
        <w:t>One of Vidnoz's standout features is its AI Voice Transformer. This technology allows users to modify their audio in real-time, offering an array of vocal samples and tones. The application serves diverse purposes ranging from creative content development to privacy protection. The ability to adjust pitch, apply unique effects, or mimic iconic voices opens up boundless creative opportunities. This can be particularly advantageous for creators on platforms like YouTube and TikTok, where distinctive content is crucial for audience engagement. Additionally, businesses can utilise AI voice transformers for promotional materials, thereby ensuring their messages reach the target audience effectively.</w:t>
      </w:r>
      <w:r/>
    </w:p>
    <w:p>
      <w:r/>
      <w:r>
        <w:t>Another remarkable feature is Vidnoz's text-to-video AI capability. With minimal effort, users can transform written content into captivating videos. This function automates the integration of suitable images, graphics, and background sounds to craft engaging stories from simple text entries. This is especially beneficial for educators and businesses seeking to improve engagement and retention. By presenting content in a dynamic format, the text-to-video tool aids in creating professional-quality videos quickly, even for those without advanced video editing skills, aligning well with studies highlighting the increased attention retention of video content compared to static material.</w:t>
      </w:r>
      <w:r/>
    </w:p>
    <w:p>
      <w:r/>
      <w:r>
        <w:t>Complimenting these tools is Vidnoz’s robust text-to-speech (TTS) AI system. This technology converts written text into spoken words, delivering a natural-sounding audio output suitable for use in podcasts, presentations, and video clips. The TTS system supports a vast array of languages and accents, catering to a global audience. This inclusivity is particularly beneficial in educational contexts, where it can increase accessibility for students with diverse needs by transforming written material into audio formats. Businesses can also leverage this technology for enhanced customer service experiences, integrating TTS in interactive voice response systems or providing audio tutorials.</w:t>
      </w:r>
      <w:r/>
    </w:p>
    <w:p>
      <w:r/>
      <w:r>
        <w:t>Overall, Vidnoz's suite of AI features presents a comprehensive toolset for transforming digital content creation and presentation. By harnessing the capabilities of AI in voice transformation, video creation, and speech synthesis, Vidnoz is poised to reshape how educators, businesses, and content creators engage with their audiences across digital platforms.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https://www.entrepreneur.com/en-ae/technology/how-vidnoz-ai-is-redefining-the-future-of-talking-video/481770</w:t>
        </w:r>
      </w:hyperlink>
      <w:r>
        <w:t xml:space="preserve"> - Corroborates Vidnoz AI's features such as AI voice transformers, text-to-video capabilities, and text-to-speech systems, as well as its extensive library of avatars, voices, and templates.</w:t>
      </w:r>
      <w:r/>
    </w:p>
    <w:p>
      <w:pPr>
        <w:pStyle w:val="ListNumber"/>
        <w:spacing w:line="240" w:lineRule="auto"/>
        <w:ind w:left="720"/>
      </w:pPr>
      <w:r/>
      <w:hyperlink r:id="rId11">
        <w:r>
          <w:rPr>
            <w:color w:val="0000EE"/>
            <w:u w:val="single"/>
          </w:rPr>
          <w:t>https://www.vidnoz.com/about.html</w:t>
        </w:r>
      </w:hyperlink>
      <w:r>
        <w:t xml:space="preserve"> - Provides information on Vidnoz's history, mission, and the development of its AI-driven products, including the AI voice transformer and text-to-video capabilities.</w:t>
      </w:r>
      <w:r/>
    </w:p>
    <w:p>
      <w:pPr>
        <w:pStyle w:val="ListNumber"/>
        <w:spacing w:line="240" w:lineRule="auto"/>
        <w:ind w:left="720"/>
      </w:pPr>
      <w:r/>
      <w:hyperlink r:id="rId12">
        <w:r>
          <w:rPr>
            <w:color w:val="0000EE"/>
            <w:u w:val="single"/>
          </w:rPr>
          <w:t>https://geekvibesnation.com/vidnoz-ai-review-the-best-free-ai-video-generator-for-everyone/</w:t>
        </w:r>
      </w:hyperlink>
      <w:r>
        <w:t xml:space="preserve"> - Details Vidnoz AI's key features, including fast and free video creation, extensive libraries of avatars and voices, and customizable templates, which align with the text-to-video and voice transformation capabilities.</w:t>
      </w:r>
      <w:r/>
    </w:p>
    <w:p>
      <w:pPr>
        <w:pStyle w:val="ListNumber"/>
        <w:spacing w:line="240" w:lineRule="auto"/>
        <w:ind w:left="720"/>
      </w:pPr>
      <w:r/>
      <w:hyperlink r:id="rId13">
        <w:r>
          <w:rPr>
            <w:color w:val="0000EE"/>
            <w:u w:val="single"/>
          </w:rPr>
          <w:t>https://www.talkandroid.com/492275-vidnoz-ai-revolutionizes-video-production-with-avatars-and-voiceovers/</w:t>
        </w:r>
      </w:hyperlink>
      <w:r>
        <w:t xml:space="preserve"> - Highlights Vidnoz AI's use of advanced avatars and voiceover technology, as well as its ready-made templates, which support the claims about text-to-video and voice transformation features.</w:t>
      </w:r>
      <w:r/>
    </w:p>
    <w:p>
      <w:pPr>
        <w:pStyle w:val="ListNumber"/>
        <w:spacing w:line="240" w:lineRule="auto"/>
        <w:ind w:left="720"/>
      </w:pPr>
      <w:r/>
      <w:hyperlink r:id="rId10">
        <w:r>
          <w:rPr>
            <w:color w:val="0000EE"/>
            <w:u w:val="single"/>
          </w:rPr>
          <w:t>https://www.entrepreneur.com/en-ae/technology/how-vidnoz-ai-is-redefining-the-future-of-talking-video/481770</w:t>
        </w:r>
      </w:hyperlink>
      <w:r>
        <w:t xml:space="preserve"> - Explains the integration of AI-driven features like avatars, voiceovers, and script assistants, which are crucial for the text-to-video and voice transformation processes.</w:t>
      </w:r>
      <w:r/>
    </w:p>
    <w:p>
      <w:pPr>
        <w:pStyle w:val="ListNumber"/>
        <w:spacing w:line="240" w:lineRule="auto"/>
        <w:ind w:left="720"/>
      </w:pPr>
      <w:r/>
      <w:hyperlink r:id="rId12">
        <w:r>
          <w:rPr>
            <w:color w:val="0000EE"/>
            <w:u w:val="single"/>
          </w:rPr>
          <w:t>https://geekvibesnation.com/vidnoz-ai-review-the-best-free-ai-video-generator-for-everyone/</w:t>
        </w:r>
      </w:hyperlink>
      <w:r>
        <w:t xml:space="preserve"> - Discusses the real-time collaboration feature and the user-friendly interface, which are important for content creators and businesses using Vidnoz AI for various digital media productions.</w:t>
      </w:r>
      <w:r/>
    </w:p>
    <w:p>
      <w:pPr>
        <w:pStyle w:val="ListNumber"/>
        <w:spacing w:line="240" w:lineRule="auto"/>
        <w:ind w:left="720"/>
      </w:pPr>
      <w:r/>
      <w:hyperlink r:id="rId13">
        <w:r>
          <w:rPr>
            <w:color w:val="0000EE"/>
            <w:u w:val="single"/>
          </w:rPr>
          <w:t>https://www.talkandroid.com/492275-vidnoz-ai-revolutionizes-video-production-with-avatars-and-voiceovers/</w:t>
        </w:r>
      </w:hyperlink>
      <w:r>
        <w:t xml:space="preserve"> - Mentions the commercial use of Vidnoz AI videos, including their application in marketing campaigns and educational content, which aligns with the benefits of text-to-video and voice transformation.</w:t>
      </w:r>
      <w:r/>
    </w:p>
    <w:p>
      <w:pPr>
        <w:pStyle w:val="ListNumber"/>
        <w:spacing w:line="240" w:lineRule="auto"/>
        <w:ind w:left="720"/>
      </w:pPr>
      <w:r/>
      <w:hyperlink r:id="rId11">
        <w:r>
          <w:rPr>
            <w:color w:val="0000EE"/>
            <w:u w:val="single"/>
          </w:rPr>
          <w:t>https://www.vidnoz.com/about.html</w:t>
        </w:r>
      </w:hyperlink>
      <w:r>
        <w:t xml:space="preserve"> - Describes Vidnoz's commitment to accessibility and its focus on market trends, which supports the idea of transforming digital content creation and presentation using AI.</w:t>
      </w:r>
      <w:r/>
    </w:p>
    <w:p>
      <w:pPr>
        <w:pStyle w:val="ListNumber"/>
        <w:spacing w:line="240" w:lineRule="auto"/>
        <w:ind w:left="720"/>
      </w:pPr>
      <w:r/>
      <w:hyperlink r:id="rId12">
        <w:r>
          <w:rPr>
            <w:color w:val="0000EE"/>
            <w:u w:val="single"/>
          </w:rPr>
          <w:t>https://geekvibesnation.com/vidnoz-ai-review-the-best-free-ai-video-generator-for-everyone/</w:t>
        </w:r>
      </w:hyperlink>
      <w:r>
        <w:t xml:space="preserve"> - Details the Avatar Lite feature, which allows users to create a digital twin that speaks in their own voice, enhancing the personal touch in video content.</w:t>
      </w:r>
      <w:r/>
    </w:p>
    <w:p>
      <w:pPr>
        <w:pStyle w:val="ListNumber"/>
        <w:spacing w:line="240" w:lineRule="auto"/>
        <w:ind w:left="720"/>
      </w:pPr>
      <w:r/>
      <w:hyperlink r:id="rId13">
        <w:r>
          <w:rPr>
            <w:color w:val="0000EE"/>
            <w:u w:val="single"/>
          </w:rPr>
          <w:t>https://www.talkandroid.com/492275-vidnoz-ai-revolutionizes-video-production-with-avatars-and-voiceovers/</w:t>
        </w:r>
      </w:hyperlink>
      <w:r>
        <w:t xml:space="preserve"> - Highlights the extensive template library and the support for multiple languages, which are essential for the text-to-video and text-to-speech features.</w:t>
      </w:r>
      <w:r/>
    </w:p>
    <w:p>
      <w:pPr>
        <w:pStyle w:val="ListNumber"/>
        <w:spacing w:line="240" w:lineRule="auto"/>
        <w:ind w:left="720"/>
      </w:pPr>
      <w:r/>
      <w:hyperlink r:id="rId10">
        <w:r>
          <w:rPr>
            <w:color w:val="0000EE"/>
            <w:u w:val="single"/>
          </w:rPr>
          <w:t>https://www.entrepreneur.com/en-ae/technology/how-vidnoz-ai-is-redefining-the-future-of-talking-video/481770</w:t>
        </w:r>
      </w:hyperlink>
      <w:r>
        <w:t xml:space="preserve"> - Explains the multi-platform publishing feature, which allows users to export videos directly to popular platforms like YouTube, TikTok, Facebook, and LinkedIn, supporting the broader use of Vidnoz AI's features.</w:t>
      </w:r>
      <w:r/>
    </w:p>
    <w:p>
      <w:pPr>
        <w:pStyle w:val="ListNumber"/>
        <w:spacing w:line="240" w:lineRule="auto"/>
        <w:ind w:left="720"/>
      </w:pPr>
      <w:r/>
      <w:hyperlink r:id="rId14">
        <w:r>
          <w:rPr>
            <w:color w:val="0000EE"/>
            <w:u w:val="single"/>
          </w:rPr>
          <w:t>https://www.newsuk1.com/2024/10/exploring-vidnoz-ai-voice-changer-text.html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trepreneur.com/en-ae/technology/how-vidnoz-ai-is-redefining-the-future-of-talking-video/481770" TargetMode="External"/><Relationship Id="rId11" Type="http://schemas.openxmlformats.org/officeDocument/2006/relationships/hyperlink" Target="https://www.vidnoz.com/about.html" TargetMode="External"/><Relationship Id="rId12" Type="http://schemas.openxmlformats.org/officeDocument/2006/relationships/hyperlink" Target="https://geekvibesnation.com/vidnoz-ai-review-the-best-free-ai-video-generator-for-everyone/" TargetMode="External"/><Relationship Id="rId13" Type="http://schemas.openxmlformats.org/officeDocument/2006/relationships/hyperlink" Target="https://www.talkandroid.com/492275-vidnoz-ai-revolutionizes-video-production-with-avatars-and-voiceovers/" TargetMode="External"/><Relationship Id="rId14" Type="http://schemas.openxmlformats.org/officeDocument/2006/relationships/hyperlink" Target="https://www.newsuk1.com/2024/10/exploring-vidnoz-ai-voice-changer-text.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