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White House unveils new AI policy for national security and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White House Unveils New AI Policy for National Security and Intelligence</w:t>
      </w:r>
      <w:r/>
    </w:p>
    <w:p>
      <w:r/>
      <w:r>
        <w:t>The White House has introduced a new memorandum on 24th October outlining regulations for the use of artificial intelligence (AI) by the United States national security and intelligence sectors. This move seeks to strike a balance between harnessing the potential of AI technology and mitigating the risks it may pose, in addition to enhancing America's standing against competitors like China.</w:t>
      </w:r>
      <w:r/>
    </w:p>
    <w:p>
      <w:r/>
      <w:r>
        <w:rPr>
          <w:b/>
        </w:rPr>
        <w:t>A Strategic Priority on Monitoring Competitors</w:t>
      </w:r>
      <w:r/>
    </w:p>
    <w:p>
      <w:r/>
      <w:r>
        <w:t>National Security Advisor Jake Sullivan, speaking at the National Defense University in Washington, elaborated on the newly implemented policy, describing it as a pioneering strategy for the United States. It aims to leverage AI capabilities while managing associated risks to bolster national security. According to a White House briefing document, the memorandum promotes the use of AI but sets clear limitations. These include a prohibition against using AI to improperly oppress civil liberties protected by the US Constitution, such as freedom of speech and legal counsel, or to make crucial decisions regarding nuclear weapons and military operations.</w:t>
      </w:r>
      <w:r/>
    </w:p>
    <w:p>
      <w:r/>
      <w:r>
        <w:rPr>
          <w:b/>
        </w:rPr>
        <w:t>Counterintelligence Operations and AI Development Encouraged</w:t>
      </w:r>
      <w:r/>
    </w:p>
    <w:p>
      <w:r/>
      <w:r>
        <w:t>The memorandum gives top priority to monitoring actions by American competitors in the AI domain, instructing government agencies to provide AI developers with timely cybersecurity and counterintelligence information to safeguard AI integrity. It calls for enhancing the security of the national computer chip supply chain as the US advances its next-generation government supercomputers and other cutting-edge technologies. Furthermore, intelligence agencies are instructed to prioritise protecting American industries from foreign espionage and to support the development of new AI systems, ensuring the US can compete with China and other nations dedicated to mastering AI technologies.</w:t>
      </w:r>
      <w:r/>
    </w:p>
    <w:p>
      <w:r/>
      <w:r>
        <w:rPr>
          <w:b/>
        </w:rPr>
        <w:t>Preventing the Misuse of Advanced AI</w:t>
      </w:r>
      <w:r/>
    </w:p>
    <w:p>
      <w:r/>
      <w:r>
        <w:t>According to a report by the South China Morning Post, a senior official from the Biden administration emphasised in a media briefing on 23rd October that the guidelines in the memorandum are intended to ensure national security agencies can access the latest and most powerful AI technologies. This involves directing national security intelligence departments to employ systems that uphold American values, promoting responsible AI usage while minimising potential misuse. Failure to adopt AI in a manner consistent with US values could expose the country to "strategic surprises" from competitors like China, the official noted.</w:t>
      </w:r>
      <w:r/>
    </w:p>
    <w:p>
      <w:r/>
      <w:r>
        <w:t>The memorandum underscores the importance of maintaining export controls to shield the US from adversaries and addresses concerns about sensitive data being sold to competitors. The document lays out "clear rules of the road" to overcome adversaries in the AI race and mitigate the threats posed by their use of AI.</w:t>
      </w:r>
      <w:r/>
    </w:p>
    <w:p>
      <w:r/>
      <w:r>
        <w:rPr>
          <w:b/>
        </w:rPr>
        <w:t>AI's Transformative Potential and Associated Risks</w:t>
      </w:r>
      <w:r/>
    </w:p>
    <w:p>
      <w:r/>
      <w:r>
        <w:t>AI has recently surged to prominence, praised for its potential transformative effects across numerous sectors, including military, national security, and intelligence. However, the use of this technology by governments presents risks, such as its potential for mass surveillance, cyberattacks, or deployment in lethal autonomous systems. The concept of autonomous drones capable of independently eliminating targets remains a significant concern in military applications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https://www.washingtonpost.com/technology/2024/10/24/white-house-ai-nation-security-memo/</w:t>
        </w:r>
      </w:hyperlink>
      <w:r>
        <w:t xml:space="preserve"> - This article supports the introduction of the new memorandum on AI for national security and intelligence, highlighting the White House's efforts to balance the potential of AI with its risks.</w:t>
      </w:r>
      <w:r/>
    </w:p>
    <w:p>
      <w:pPr>
        <w:pStyle w:val="ListNumber"/>
        <w:spacing w:line="240" w:lineRule="auto"/>
        <w:ind w:left="720"/>
      </w:pPr>
      <w:r/>
      <w:hyperlink r:id="rId11">
        <w:r>
          <w:rPr>
            <w:color w:val="0000EE"/>
            <w:u w:val="single"/>
          </w:rPr>
          <w:t>https://www.csis.org/analysis/biden-administrations-national-security-memorandum-ai-explained</w:t>
        </w:r>
      </w:hyperlink>
      <w:r>
        <w:t xml:space="preserve"> - This source explains the strategic priority on monitoring competitors, the emphasis on counterintelligence operations, and the measures to prevent the misuse of advanced AI.</w:t>
      </w:r>
      <w:r/>
    </w:p>
    <w:p>
      <w:pPr>
        <w:pStyle w:val="ListNumber"/>
        <w:spacing w:line="240" w:lineRule="auto"/>
        <w:ind w:left="720"/>
      </w:pPr>
      <w:r/>
      <w:hyperlink r:id="rId11">
        <w:r>
          <w:rPr>
            <w:color w:val="0000EE"/>
            <w:u w:val="single"/>
          </w:rPr>
          <w:t>https://www.csis.org/analysis/biden-administrations-national-security-memorandum-ai-explained</w:t>
        </w:r>
      </w:hyperlink>
      <w:r>
        <w:t xml:space="preserve"> - This article details the memorandum's focus on protecting American industries from foreign espionage and ensuring the US can compete with other nations in AI development.</w:t>
      </w:r>
      <w:r/>
    </w:p>
    <w:p>
      <w:pPr>
        <w:pStyle w:val="ListNumber"/>
        <w:spacing w:line="240" w:lineRule="auto"/>
        <w:ind w:left="720"/>
      </w:pPr>
      <w:r/>
      <w:hyperlink r:id="rId12">
        <w:r>
          <w:rPr>
            <w:color w:val="0000EE"/>
            <w:u w:val="single"/>
          </w:rPr>
          <w:t>https://www.whitehouse.gov/briefing-room/statements-releases/2024/10/24/fact-sheet-biden-harris-administration-outlines-coordinated-approach-to-harness-power-of-ai-for-u-s-national-security/</w:t>
        </w:r>
      </w:hyperlink>
      <w:r>
        <w:t xml:space="preserve"> - This fact sheet from the White House outlines the key aspects of the memorandum, including the promotion of safe, secure, and trustworthy AI, and the importance of international governance and cooperation.</w:t>
      </w:r>
      <w:r/>
    </w:p>
    <w:p>
      <w:pPr>
        <w:pStyle w:val="ListNumber"/>
        <w:spacing w:line="240" w:lineRule="auto"/>
        <w:ind w:left="720"/>
      </w:pPr>
      <w:r/>
      <w:hyperlink r:id="rId12">
        <w:r>
          <w:rPr>
            <w:color w:val="0000EE"/>
            <w:u w:val="single"/>
          </w:rPr>
          <w:t>https://www.whitehouse.gov/briefing-room/statements-releases/2024/10/24/fact-sheet-biden-harris-administration-outlines-coordinated-approach-to-harness-power-of-ai-for-u-s-national-security/</w:t>
        </w:r>
      </w:hyperlink>
      <w:r>
        <w:t xml:space="preserve"> - This source provides details on the measures to enhance the security of the national computer chip supply chain and the development of next-generation government supercomputers.</w:t>
      </w:r>
      <w:r/>
    </w:p>
    <w:p>
      <w:pPr>
        <w:pStyle w:val="ListNumber"/>
        <w:spacing w:line="240" w:lineRule="auto"/>
        <w:ind w:left="720"/>
      </w:pPr>
      <w:r/>
      <w:hyperlink r:id="rId13">
        <w:r>
          <w:rPr>
            <w:color w:val="0000EE"/>
            <w:u w:val="single"/>
          </w:rPr>
          <w:t>https://defensescoop.com/2024/10/24/national-security-memorandum-artificial-intelligence-dod-odni/</w:t>
        </w:r>
      </w:hyperlink>
      <w:r>
        <w:t xml:space="preserve"> - This article discusses National Security Advisor Jake Sullivan's remarks on the new policy, emphasizing the need to leverage AI while managing associated risks and ensuring AI usage aligns with democratic values.</w:t>
      </w:r>
      <w:r/>
    </w:p>
    <w:p>
      <w:pPr>
        <w:pStyle w:val="ListNumber"/>
        <w:spacing w:line="240" w:lineRule="auto"/>
        <w:ind w:left="720"/>
      </w:pPr>
      <w:r/>
      <w:hyperlink r:id="rId13">
        <w:r>
          <w:rPr>
            <w:color w:val="0000EE"/>
            <w:u w:val="single"/>
          </w:rPr>
          <w:t>https://defensescoop.com/2024/10/24/national-security-memorandum-artificial-intelligence-dod-odni/</w:t>
        </w:r>
      </w:hyperlink>
      <w:r>
        <w:t xml:space="preserve"> - This source highlights the concerns about the misuse of AI, such as risks to physical safety, privacy, and the potential for deliberate manipulation and misuse by adversaries.</w:t>
      </w:r>
      <w:r/>
    </w:p>
    <w:p>
      <w:pPr>
        <w:pStyle w:val="ListNumber"/>
        <w:spacing w:line="240" w:lineRule="auto"/>
        <w:ind w:left="720"/>
      </w:pPr>
      <w:r/>
      <w:hyperlink r:id="rId14">
        <w:r>
          <w:rPr>
            <w:color w:val="0000EE"/>
            <w:u w:val="single"/>
          </w:rPr>
          <w:t>https://www.whitehouse.gov/briefing-room/speeches-remarks/2024/10/24/remarks-by-apnsa-jake-sullivan-on-ai-and-national-security/</w:t>
        </w:r>
      </w:hyperlink>
      <w:r>
        <w:t xml:space="preserve"> - This speech by Jake Sullivan underscores the importance of responsible AI usage, the need to protect American values, and the risks of not adopting AI in a manner consistent with US values.</w:t>
      </w:r>
      <w:r/>
    </w:p>
    <w:p>
      <w:pPr>
        <w:pStyle w:val="ListNumber"/>
        <w:spacing w:line="240" w:lineRule="auto"/>
        <w:ind w:left="720"/>
      </w:pPr>
      <w:r/>
      <w:hyperlink r:id="rId14">
        <w:r>
          <w:rPr>
            <w:color w:val="0000EE"/>
            <w:u w:val="single"/>
          </w:rPr>
          <w:t>https://www.whitehouse.gov/briefing-room/speeches-remarks/2024/10/24/remarks-by-apnsa-jake-sullivan-on-ai-and-national-security/</w:t>
        </w:r>
      </w:hyperlink>
      <w:r>
        <w:t xml:space="preserve"> - This source emphasizes the strategic competition in the AI domain and the need for the US to develop new capabilities and doctrine to ensure AI works in favor of US interests and values.</w:t>
      </w:r>
      <w:r/>
    </w:p>
    <w:p>
      <w:pPr>
        <w:pStyle w:val="ListNumber"/>
        <w:spacing w:line="240" w:lineRule="auto"/>
        <w:ind w:left="720"/>
      </w:pPr>
      <w:r/>
      <w:hyperlink r:id="rId11">
        <w:r>
          <w:rPr>
            <w:color w:val="0000EE"/>
            <w:u w:val="single"/>
          </w:rPr>
          <w:t>https://www.csis.org/analysis/biden-administrations-national-security-memorandum-ai-explained</w:t>
        </w:r>
      </w:hyperlink>
      <w:r>
        <w:t xml:space="preserve"> - This article explains the memorandum's focus on preventing the misuse of advanced AI, including the prohibition against using AI to oppress civil liberties and make crucial decisions on nuclear weapons and military operations.</w:t>
      </w:r>
      <w:r/>
    </w:p>
    <w:p>
      <w:pPr>
        <w:pStyle w:val="ListNumber"/>
        <w:spacing w:line="240" w:lineRule="auto"/>
        <w:ind w:left="720"/>
      </w:pPr>
      <w:r/>
      <w:hyperlink r:id="rId12">
        <w:r>
          <w:rPr>
            <w:color w:val="0000EE"/>
            <w:u w:val="single"/>
          </w:rPr>
          <w:t>https://www.whitehouse.gov/briefing-room/statements-releases/2024/10/24/fact-sheet-biden-harris-administration-outlines-coordinated-approach-to-harness-power-of-ai-for-u-s-national-security/</w:t>
        </w:r>
      </w:hyperlink>
      <w:r>
        <w:t xml:space="preserve"> - This fact sheet details the 'clear rules of the road' to overcome adversaries in the AI race and mitigate the threats posed by their use of AI, including maintaining export controls.</w:t>
      </w:r>
      <w:r/>
    </w:p>
    <w:p>
      <w:pPr>
        <w:pStyle w:val="ListNumber"/>
        <w:spacing w:line="240" w:lineRule="auto"/>
        <w:ind w:left="720"/>
      </w:pPr>
      <w:r/>
      <w:hyperlink r:id="rId15">
        <w:r>
          <w:rPr>
            <w:color w:val="0000EE"/>
            <w:u w:val="single"/>
          </w:rPr>
          <w:t>https://taiwandaily.net/%E5%8D%B3%E6%99%82%E6%96%B0%E8%81%9E/43970/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post.com/technology/2024/10/24/white-house-ai-nation-security-memo/" TargetMode="External"/><Relationship Id="rId11" Type="http://schemas.openxmlformats.org/officeDocument/2006/relationships/hyperlink" Target="https://www.csis.org/analysis/biden-administrations-national-security-memorandum-ai-explained" TargetMode="External"/><Relationship Id="rId12" Type="http://schemas.openxmlformats.org/officeDocument/2006/relationships/hyperlink" Target="https://www.whitehouse.gov/briefing-room/statements-releases/2024/10/24/fact-sheet-biden-harris-administration-outlines-coordinated-approach-to-harness-power-of-ai-for-u-s-national-security/" TargetMode="External"/><Relationship Id="rId13" Type="http://schemas.openxmlformats.org/officeDocument/2006/relationships/hyperlink" Target="https://defensescoop.com/2024/10/24/national-security-memorandum-artificial-intelligence-dod-odni/" TargetMode="External"/><Relationship Id="rId14" Type="http://schemas.openxmlformats.org/officeDocument/2006/relationships/hyperlink" Target="https://www.whitehouse.gov/briefing-room/speeches-remarks/2024/10/24/remarks-by-apnsa-jake-sullivan-on-ai-and-national-security/" TargetMode="External"/><Relationship Id="rId15" Type="http://schemas.openxmlformats.org/officeDocument/2006/relationships/hyperlink" Target="https://taiwandaily.net/%E5%8D%B3%E6%99%82%E6%96%B0%E8%81%9E/439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