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Woman's AI attempt turns her into a bald man from Wallace &amp; Gromit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light-hearted incident that has recently captured the internet's attention, a woman named Bonnie decided to use artificial intelligence (AI) technology to transform her Facebook profile picture into a character from the beloved clay animation series Wallace &amp; Gromit. The whimsical exercise, intended as a bit of fun, took an unexpected turn and became an amusing viral sensation.</w:t>
      </w:r>
      <w:r/>
    </w:p>
    <w:p>
      <w:r/>
      <w:r>
        <w:t>Bonnie's original profile picture featured her wearing a deep purple dress, her blonde hair neatly parted down the middle. She stood next to a redhead friend dressed in a green outfit and high heels. The AI tool she employed was tasked with converting this image into characters reminiscent of the iconic stop-motion series.</w:t>
      </w:r>
      <w:r/>
    </w:p>
    <w:p>
      <w:r/>
      <w:r>
        <w:t>Upon receiving the results, Bonnie was amused to find herself transformed into a character quite different from her expectations. While her friend was rendered as a female in the familiar style of Wallace &amp; Gromit characters, Bonnie's transformation was more surprising — she was depicted as a bald man. This unexpected outcome prompted Bonnie to share her AI journey on social media, humorously captioning her post with: "Just made my FB profile pic into a Wallace &amp; Gromit character. Devastated to say the least x."</w:t>
      </w:r>
      <w:r/>
    </w:p>
    <w:p>
      <w:r/>
      <w:r>
        <w:t>The post quickly gained popularity, drawing widespread amusement from other users. Within a week, Bonnie's images had gone viral on a Facebook meme page, amassing over 6,900 likes. Commenters were quick to share their mirth, with one noting, "This is brilliant, it made me laugh so much," while another remarked, "Looks good Lol, I love it!" A diversity of reactions continued to pour in, with another user jesting, "Ya shouldn't laugh... but God almighty," and a fourth asserting, "They did the girl in the purple dirty."</w:t>
      </w:r>
      <w:r/>
    </w:p>
    <w:p>
      <w:r/>
      <w:r>
        <w:t>This amusing encounter with AI occurs against the backdrop of much anticipation among Wallace &amp; Gromit fans, as the iconic series is set to enjoy a resurgence. BBC recently announced an upcoming film titled 'Vengeance Most Fowl,' which is scheduled for release this Christmas. This new 70-minute feature will see the return of the notorious supervillain Feathers McGraw, much to the delight of fans worldwide.</w:t>
      </w:r>
      <w:r/>
    </w:p>
    <w:p>
      <w:r/>
      <w:r>
        <w:t>The AI mishap and the forthcoming Wallace &amp; Gromit film both highlight the persistent cultural impact of this endearing franchise, known for its quirky, inventive storytelling and distinctive animation style. While AI continues to find its way into various creative and practical applications, Bonnie's playful transformation underscores both its unpredictability and its potential to entertain.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https://uk.news.yahoo.com/used-ai-change-myself-wallace-100730047.html</w:t>
        </w:r>
      </w:hyperlink>
      <w:r>
        <w:t xml:space="preserve"> - Corroborates Bonnie's use of AI to transform her Facebook profile picture into a Wallace &amp; Gromit character and the unexpected outcome where she was depicted as a bald man.</w:t>
      </w:r>
      <w:r/>
    </w:p>
    <w:p>
      <w:pPr>
        <w:pStyle w:val="ListNumber"/>
        <w:spacing w:line="240" w:lineRule="auto"/>
        <w:ind w:left="720"/>
      </w:pPr>
      <w:r/>
      <w:hyperlink r:id="rId10">
        <w:r>
          <w:rPr>
            <w:color w:val="0000EE"/>
            <w:u w:val="single"/>
          </w:rPr>
          <w:t>https://uk.news.yahoo.com/used-ai-change-myself-wallace-100730047.html</w:t>
        </w:r>
      </w:hyperlink>
      <w:r>
        <w:t xml:space="preserve"> - Details Bonnie's original profile picture and her friend's transformation into a female Wallace &amp; Gromit character.</w:t>
      </w:r>
      <w:r/>
    </w:p>
    <w:p>
      <w:pPr>
        <w:pStyle w:val="ListNumber"/>
        <w:spacing w:line="240" w:lineRule="auto"/>
        <w:ind w:left="720"/>
      </w:pPr>
      <w:r/>
      <w:hyperlink r:id="rId11">
        <w:r>
          <w:rPr>
            <w:color w:val="0000EE"/>
            <w:u w:val="single"/>
          </w:rPr>
          <w:t>https://news.nestia.com/detail_share/13000370</w:t>
        </w:r>
      </w:hyperlink>
      <w:r>
        <w:t xml:space="preserve"> - Confirms that Bonnie's friend was turned into a female Wallace &amp; Gromit character, while Bonnie herself was morphed into a bald man.</w:t>
      </w:r>
      <w:r/>
    </w:p>
    <w:p>
      <w:pPr>
        <w:pStyle w:val="ListNumber"/>
        <w:spacing w:line="240" w:lineRule="auto"/>
        <w:ind w:left="720"/>
      </w:pPr>
      <w:r/>
      <w:hyperlink r:id="rId12">
        <w:r>
          <w:rPr>
            <w:color w:val="0000EE"/>
            <w:u w:val="single"/>
          </w:rPr>
          <w:t>https://www.newsminimalist.com/articles/womans-ai-transformation-into-wallace-and-gromit-character-sparks-laughter-online-c90db51b</w:t>
        </w:r>
      </w:hyperlink>
      <w:r>
        <w:t xml:space="preserve"> - Supports the information that Bonnie used AI to transform her profile picture and shared the results on social media, which became a viral sensation.</w:t>
      </w:r>
      <w:r/>
    </w:p>
    <w:p>
      <w:pPr>
        <w:pStyle w:val="ListNumber"/>
        <w:spacing w:line="240" w:lineRule="auto"/>
        <w:ind w:left="720"/>
      </w:pPr>
      <w:r/>
      <w:hyperlink r:id="rId10">
        <w:r>
          <w:rPr>
            <w:color w:val="0000EE"/>
            <w:u w:val="single"/>
          </w:rPr>
          <w:t>https://uk.news.yahoo.com/used-ai-change-myself-wallace-100730047.html</w:t>
        </w:r>
      </w:hyperlink>
      <w:r>
        <w:t xml:space="preserve"> - Provides details on Bonnie's post going viral on a Facebook meme page and accumulating over 6,900 likes.</w:t>
      </w:r>
      <w:r/>
    </w:p>
    <w:p>
      <w:pPr>
        <w:pStyle w:val="ListNumber"/>
        <w:spacing w:line="240" w:lineRule="auto"/>
        <w:ind w:left="720"/>
      </w:pPr>
      <w:r/>
      <w:hyperlink r:id="rId10">
        <w:r>
          <w:rPr>
            <w:color w:val="0000EE"/>
            <w:u w:val="single"/>
          </w:rPr>
          <w:t>https://uk.news.yahoo.com/used-ai-change-myself-wallace-100730047.html</w:t>
        </w:r>
      </w:hyperlink>
      <w:r>
        <w:t xml:space="preserve"> - Includes comments from users who found humor in Bonnie's AI transformation, such as 'This is brilliant, it made me laugh so much' and 'Looks good Lol, I love it!'</w:t>
      </w:r>
      <w:r/>
    </w:p>
    <w:p>
      <w:pPr>
        <w:pStyle w:val="ListNumber"/>
        <w:spacing w:line="240" w:lineRule="auto"/>
        <w:ind w:left="720"/>
      </w:pPr>
      <w:r/>
      <w:hyperlink r:id="rId11">
        <w:r>
          <w:rPr>
            <w:color w:val="0000EE"/>
            <w:u w:val="single"/>
          </w:rPr>
          <w:t>https://news.nestia.com/detail_share/13000370</w:t>
        </w:r>
      </w:hyperlink>
      <w:r>
        <w:t xml:space="preserve"> - Mentions the diverse reactions from users, including humorous comments about the transformation.</w:t>
      </w:r>
      <w:r/>
    </w:p>
    <w:p>
      <w:pPr>
        <w:pStyle w:val="ListNumber"/>
        <w:spacing w:line="240" w:lineRule="auto"/>
        <w:ind w:left="720"/>
      </w:pPr>
      <w:r/>
      <w:hyperlink r:id="rId10">
        <w:r>
          <w:rPr>
            <w:color w:val="0000EE"/>
            <w:u w:val="single"/>
          </w:rPr>
          <w:t>https://uk.news.yahoo.com/used-ai-change-myself-wallace-100730047.html</w:t>
        </w:r>
      </w:hyperlink>
      <w:r>
        <w:t xml:space="preserve"> - Discusses the upcoming Wallace &amp; Gromit film titled 'Vengeance Most Fowl' and its release this Christmas.</w:t>
      </w:r>
      <w:r/>
    </w:p>
    <w:p>
      <w:pPr>
        <w:pStyle w:val="ListNumber"/>
        <w:spacing w:line="240" w:lineRule="auto"/>
        <w:ind w:left="720"/>
      </w:pPr>
      <w:r/>
      <w:hyperlink r:id="rId12">
        <w:r>
          <w:rPr>
            <w:color w:val="0000EE"/>
            <w:u w:val="single"/>
          </w:rPr>
          <w:t>https://www.newsminimalist.com/articles/womans-ai-transformation-into-wallace-and-gromit-character-sparks-laughter-online-c90db51b</w:t>
        </w:r>
      </w:hyperlink>
      <w:r>
        <w:t xml:space="preserve"> - Highlights the anticipation among Wallace &amp; Gromit fans for the new film and the return of the supervillain Feathers McGraw.</w:t>
      </w:r>
      <w:r/>
    </w:p>
    <w:p>
      <w:pPr>
        <w:pStyle w:val="ListNumber"/>
        <w:spacing w:line="240" w:lineRule="auto"/>
        <w:ind w:left="720"/>
      </w:pPr>
      <w:r/>
      <w:hyperlink r:id="rId10">
        <w:r>
          <w:rPr>
            <w:color w:val="0000EE"/>
            <w:u w:val="single"/>
          </w:rPr>
          <w:t>https://uk.news.yahoo.com/used-ai-change-myself-wallace-100730047.html</w:t>
        </w:r>
      </w:hyperlink>
      <w:r>
        <w:t xml:space="preserve"> - Explains the cultural impact of the Wallace &amp; Gromit franchise and its quirky, inventive storytelling and distinctive animation style.</w:t>
      </w:r>
      <w:r/>
    </w:p>
    <w:p>
      <w:pPr>
        <w:pStyle w:val="ListNumber"/>
        <w:spacing w:line="240" w:lineRule="auto"/>
        <w:ind w:left="720"/>
      </w:pPr>
      <w:r/>
      <w:hyperlink r:id="rId12">
        <w:r>
          <w:rPr>
            <w:color w:val="0000EE"/>
            <w:u w:val="single"/>
          </w:rPr>
          <w:t>https://www.newsminimalist.com/articles/womans-ai-transformation-into-wallace-and-gromit-character-sparks-laughter-online-c90db51b</w:t>
        </w:r>
      </w:hyperlink>
      <w:r>
        <w:t xml:space="preserve"> - Underscores the unpredictability and entertainment potential of AI as seen in Bonnie's playful transformation.</w:t>
      </w:r>
      <w:r/>
    </w:p>
    <w:p>
      <w:pPr>
        <w:pStyle w:val="ListNumber"/>
        <w:spacing w:line="240" w:lineRule="auto"/>
        <w:ind w:left="720"/>
      </w:pPr>
      <w:r/>
      <w:hyperlink r:id="rId13">
        <w:r>
          <w:rPr>
            <w:color w:val="0000EE"/>
            <w:u w:val="single"/>
          </w:rPr>
          <w:t>https://www.mirror.co.uk/news/weird-news/woman-stitches-ai-turns-unfortunate-33960412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used-ai-change-myself-wallace-100730047.html" TargetMode="External"/><Relationship Id="rId11" Type="http://schemas.openxmlformats.org/officeDocument/2006/relationships/hyperlink" Target="https://news.nestia.com/detail_share/13000370" TargetMode="External"/><Relationship Id="rId12" Type="http://schemas.openxmlformats.org/officeDocument/2006/relationships/hyperlink" Target="https://www.newsminimalist.com/articles/womans-ai-transformation-into-wallace-and-gromit-character-sparks-laughter-online-c90db51b" TargetMode="External"/><Relationship Id="rId13" Type="http://schemas.openxmlformats.org/officeDocument/2006/relationships/hyperlink" Target="https://www.mirror.co.uk/news/weird-news/woman-stitches-ai-turns-unfortunate-33960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