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Yahoo News partners with McAfee to combat deepfake threats in political campaigns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aimed at countering the surge of deepfakes in political campaigns and media, Yahoo News has announced the integration of deepfake detection technology from cybersecurity firm McAfee. This strategic partnership is designed to preemptively address the potential misuse of artificial intelligence-generated images, particularly in the context of political influence.</w:t>
      </w:r>
      <w:r/>
    </w:p>
    <w:p>
      <w:r/>
      <w:r>
        <w:t>Deepfakes, which are AI-generated impersonations or manipulated images, have emerged as a notable concern in the 2024 U.S. presidential campaign. These digital fabrications have become more prevalent, with one deepfake gaining significant attention after it was retweeted by billionaire Elon Musk, accumulating more than 143 million views. This incident highlights the rapidly increasing reach and potential impact of such misleading content.</w:t>
      </w:r>
      <w:r/>
    </w:p>
    <w:p>
      <w:r/>
      <w:r>
        <w:t>The integration by Yahoo News signifies a proactive approach in an era where the manipulation of media through AI is both achievable and accessible. Matt Sanchez, president and general manager of Yahoo Home Ecosystem, underscored this strategic move. He stated that while deepfake images have not yet become a significant issue for Yahoo News, the partnership with McAfee allows the company to be prepared for potential challenges in maintaining the integrity of their published content.</w:t>
      </w:r>
      <w:r/>
    </w:p>
    <w:p>
      <w:r/>
      <w:r>
        <w:t>The process involves McAfee's advanced AI-powered detection tool that scrutinises images for signs of manipulation. This tool is expected to enhance Yahoo News’s ability to swiftly and accurately identify deepfake images, an essential capability as AI continues to evolve and produce increasingly convincing fakes. McAfee’s CTO, Steve Grobman, pointed out that this initiative was an extension of their work on deepfake detection products for consumers, and the application within Yahoo News represents a valuable application of this technology on a larger scale.</w:t>
      </w:r>
      <w:r/>
    </w:p>
    <w:p>
      <w:r/>
      <w:r>
        <w:t>The implementation of such technology comes amid a broader concern about AI's potential to distort political discourse. Researchers at Clemson University, for example, have discovered a campaign on the social media platform X, where AI-generated comments have been disseminated through over 680 bot accounts supporting figures such as former President Trump and various Republican candidates. This network has produced over 130,000 comments since March, indicating the vast scale at which AI can be used to influence public opinion.</w:t>
      </w:r>
      <w:r/>
    </w:p>
    <w:p>
      <w:r/>
      <w:r>
        <w:t>Despite these advances in detection and mitigation, challenges remain. Daniel Kang, an assistant professor of computer science at the University of Illinois Urbana-Champaign, points out that current AI detection technologies have limitations. While these technologies offer a significant measure of protection against many forms of deepfakes, they might still fall short against highly motivated and well-resourced attackers, such as those possibly backed by state resources.</w:t>
      </w:r>
      <w:r/>
    </w:p>
    <w:p>
      <w:r/>
      <w:r>
        <w:t>Moreover, the debate over deepfakes is also intersecting with legal frameworks. A California law aimed at labelling AI-generated content in political ads as manipulated was recently blocked by a federal judge on First Amendment grounds, reflecting the complex legal landscape these technologies operate within.</w:t>
      </w:r>
      <w:r/>
    </w:p>
    <w:p>
      <w:r/>
      <w:r>
        <w:t>The collaboration between Yahoo News and McAfee reflects a growing trend across industries to implement technological solutions in response to the increased proliferation of deepfake content. However, experts like Nicos Vekiarides, CEO of the fraud-prevention company Attestiv, emphasize that this is an ongoing "arms race" between deepfake creators and those attempting to detect them.</w:t>
      </w:r>
      <w:r/>
    </w:p>
    <w:p>
      <w:r/>
      <w:r>
        <w:t>As digital landscapes continue to evolve, the fight against digital deception remains a significant priority for organisations and nations alike, underlining the necessity for ongoing technological advancement and vigilance in media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https://finance.yahoo.com/news/mcafee-introduces-ai-powered-deepfake-120000266.html</w:t>
        </w:r>
      </w:hyperlink>
      <w:r>
        <w:t xml:space="preserve"> - This article corroborates the integration of McAfee's deepfake detection technology into Yahoo News' content quality process and the strategic partnership to address AI-generated image misuse.</w:t>
      </w:r>
      <w:r/>
    </w:p>
    <w:p>
      <w:pPr>
        <w:pStyle w:val="ListNumber"/>
        <w:spacing w:line="240" w:lineRule="auto"/>
        <w:ind w:left="720"/>
      </w:pPr>
      <w:r/>
      <w:hyperlink r:id="rId10">
        <w:r>
          <w:rPr>
            <w:color w:val="0000EE"/>
            <w:u w:val="single"/>
          </w:rPr>
          <w:t>https://finance.yahoo.com/news/mcafee-introduces-ai-powered-deepfake-120000266.html</w:t>
        </w:r>
      </w:hyperlink>
      <w:r>
        <w:t xml:space="preserve"> - It explains the process involving McAfee's AI-powered detection tool and the importance of maintaining content integrity on Yahoo News.</w:t>
      </w:r>
      <w:r/>
    </w:p>
    <w:p>
      <w:pPr>
        <w:pStyle w:val="ListNumber"/>
        <w:spacing w:line="240" w:lineRule="auto"/>
        <w:ind w:left="720"/>
      </w:pPr>
      <w:r/>
      <w:hyperlink r:id="rId11">
        <w:r>
          <w:rPr>
            <w:color w:val="0000EE"/>
            <w:u w:val="single"/>
          </w:rPr>
          <w:t>https://variety.com/2024/tv/news/yahoo-news-mcafee-deepfakes-1236187127/</w:t>
        </w:r>
      </w:hyperlink>
      <w:r>
        <w:t xml:space="preserve"> - This article supports the integration of McAfee's technology to identify and flag AI-generated or modified images for Yahoo News' editorial review.</w:t>
      </w:r>
      <w:r/>
    </w:p>
    <w:p>
      <w:pPr>
        <w:pStyle w:val="ListNumber"/>
        <w:spacing w:line="240" w:lineRule="auto"/>
        <w:ind w:left="720"/>
      </w:pPr>
      <w:r/>
      <w:hyperlink r:id="rId12">
        <w:r>
          <w:rPr>
            <w:color w:val="0000EE"/>
            <w:u w:val="single"/>
          </w:rPr>
          <w:t>https://www.yahoo.com/news/keep-deepfakes-infiltrating-yahoo-news-120012284.html</w:t>
        </w:r>
      </w:hyperlink>
      <w:r>
        <w:t xml:space="preserve"> - It highlights Yahoo News' efforts to defend against AI-generated images using McAfee's deepfake detection technology.</w:t>
      </w:r>
      <w:r/>
    </w:p>
    <w:p>
      <w:pPr>
        <w:pStyle w:val="ListNumber"/>
        <w:spacing w:line="240" w:lineRule="auto"/>
        <w:ind w:left="720"/>
      </w:pPr>
      <w:r/>
      <w:hyperlink r:id="rId13">
        <w:r>
          <w:rPr>
            <w:color w:val="0000EE"/>
            <w:u w:val="single"/>
          </w:rPr>
          <w:t>https://betanews.com/2024/10/23/mcafee-ai-deepfake-detection-yahoo-news/</w:t>
        </w:r>
      </w:hyperlink>
      <w:r>
        <w:t xml:space="preserve"> - This article details the partnership and the role of McAfee's deepfake image detection tool in enhancing Yahoo News' content quality.</w:t>
      </w:r>
      <w:r/>
    </w:p>
    <w:p>
      <w:pPr>
        <w:pStyle w:val="ListNumber"/>
        <w:spacing w:line="240" w:lineRule="auto"/>
        <w:ind w:left="720"/>
      </w:pPr>
      <w:r/>
      <w:hyperlink r:id="rId10">
        <w:r>
          <w:rPr>
            <w:color w:val="0000EE"/>
            <w:u w:val="single"/>
          </w:rPr>
          <w:t>https://finance.yahoo.com/news/mcafee-introduces-ai-powered-deepfake-120000266.html</w:t>
        </w:r>
      </w:hyperlink>
      <w:r>
        <w:t xml:space="preserve"> - It quotes Matt Sanchez and Steve Grobman, emphasizing the proactive approach and the significance of the technology in maintaining content integrity.</w:t>
      </w:r>
      <w:r/>
    </w:p>
    <w:p>
      <w:pPr>
        <w:pStyle w:val="ListNumber"/>
        <w:spacing w:line="240" w:lineRule="auto"/>
        <w:ind w:left="720"/>
      </w:pPr>
      <w:r/>
      <w:hyperlink r:id="rId10">
        <w:r>
          <w:rPr>
            <w:color w:val="0000EE"/>
            <w:u w:val="single"/>
          </w:rPr>
          <w:t>https://finance.yahoo.com/news/mcafee-introduces-ai-powered-deepfake-120000266.html</w:t>
        </w:r>
      </w:hyperlink>
      <w:r>
        <w:t xml:space="preserve"> - The article discusses the broader context of AI's potential to distort political discourse and the importance of trust in news sources.</w:t>
      </w:r>
      <w:r/>
    </w:p>
    <w:p>
      <w:pPr>
        <w:pStyle w:val="ListNumber"/>
        <w:spacing w:line="240" w:lineRule="auto"/>
        <w:ind w:left="720"/>
      </w:pPr>
      <w:r/>
      <w:hyperlink r:id="rId11">
        <w:r>
          <w:rPr>
            <w:color w:val="0000EE"/>
            <w:u w:val="single"/>
          </w:rPr>
          <w:t>https://variety.com/2024/tv/news/yahoo-news-mcafee-deepfakes-1236187127/</w:t>
        </w:r>
      </w:hyperlink>
      <w:r>
        <w:t xml:space="preserve"> - It supports the notion that the integration is part of a larger trend to implement technological solutions against deepfake content.</w:t>
      </w:r>
      <w:r/>
    </w:p>
    <w:p>
      <w:pPr>
        <w:pStyle w:val="ListNumber"/>
        <w:spacing w:line="240" w:lineRule="auto"/>
        <w:ind w:left="720"/>
      </w:pPr>
      <w:r/>
      <w:hyperlink r:id="rId12">
        <w:r>
          <w:rPr>
            <w:color w:val="0000EE"/>
            <w:u w:val="single"/>
          </w:rPr>
          <w:t>https://www.yahoo.com/news/keep-deepfakes-infiltrating-yahoo-news-120012284.html</w:t>
        </w:r>
      </w:hyperlink>
      <w:r>
        <w:t xml:space="preserve"> - This article underscores the challenges and limitations of current AI detection technologies against highly motivated attackers.</w:t>
      </w:r>
      <w:r/>
    </w:p>
    <w:p>
      <w:pPr>
        <w:pStyle w:val="ListNumber"/>
        <w:spacing w:line="240" w:lineRule="auto"/>
        <w:ind w:left="720"/>
      </w:pPr>
      <w:r/>
      <w:hyperlink r:id="rId13">
        <w:r>
          <w:rPr>
            <w:color w:val="0000EE"/>
            <w:u w:val="single"/>
          </w:rPr>
          <w:t>https://betanews.com/2024/10/23/mcafee-ai-deepfake-detection-yahoo-news/</w:t>
        </w:r>
      </w:hyperlink>
      <w:r>
        <w:t xml:space="preserve"> - It mentions the ongoing 'arms race' between deepfake creators and those attempting to detect them, highlighting the need for ongoing technological advancement.</w:t>
      </w:r>
      <w:r/>
    </w:p>
    <w:p>
      <w:pPr>
        <w:pStyle w:val="ListNumber"/>
        <w:spacing w:line="240" w:lineRule="auto"/>
        <w:ind w:left="720"/>
      </w:pPr>
      <w:r/>
      <w:hyperlink r:id="rId10">
        <w:r>
          <w:rPr>
            <w:color w:val="0000EE"/>
            <w:u w:val="single"/>
          </w:rPr>
          <w:t>https://finance.yahoo.com/news/mcafee-introduces-ai-powered-deepfake-120000266.html</w:t>
        </w:r>
      </w:hyperlink>
      <w:r>
        <w:t xml:space="preserve"> - The article emphasizes the necessity for vigilance in media integrity as digital landscapes continue to evolve.</w:t>
      </w:r>
      <w:r/>
    </w:p>
    <w:p>
      <w:pPr>
        <w:pStyle w:val="ListNumber"/>
        <w:spacing w:line="240" w:lineRule="auto"/>
        <w:ind w:left="720"/>
      </w:pPr>
      <w:r/>
      <w:hyperlink r:id="rId14">
        <w:r>
          <w:rPr>
            <w:color w:val="0000EE"/>
            <w:u w:val="single"/>
          </w:rPr>
          <w:t>https://www.latimes.com/business/technology/story/2024-10-23/yahoo-news-deepfake-prevention-mcafee-technology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mcafee-introduces-ai-powered-deepfake-120000266.html" TargetMode="External"/><Relationship Id="rId11" Type="http://schemas.openxmlformats.org/officeDocument/2006/relationships/hyperlink" Target="https://variety.com/2024/tv/news/yahoo-news-mcafee-deepfakes-1236187127/" TargetMode="External"/><Relationship Id="rId12" Type="http://schemas.openxmlformats.org/officeDocument/2006/relationships/hyperlink" Target="https://www.yahoo.com/news/keep-deepfakes-infiltrating-yahoo-news-120012284.html" TargetMode="External"/><Relationship Id="rId13" Type="http://schemas.openxmlformats.org/officeDocument/2006/relationships/hyperlink" Target="https://betanews.com/2024/10/23/mcafee-ai-deepfake-detection-yahoo-news/" TargetMode="External"/><Relationship Id="rId14" Type="http://schemas.openxmlformats.org/officeDocument/2006/relationships/hyperlink" Target="https://www.latimes.com/business/technology/story/2024-10-23/yahoo-news-deepfake-prevention-mcafee-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