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Ogura wins Moto2 World Championship at Thai Grand Prix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thrilling climax at the Thai Grand Prix, Ai Ogura secured the Moto2 World Championship title, marking a momentous occasion in the motorsport arena. The race took place at the Chang International Circuit in Buriram, Thailand, adding to the event's prestige and excitement. The temperature on the track matched the heated competition of the race, with fans and observers worldwide riveted by the action.</w:t>
      </w:r>
      <w:r/>
    </w:p>
    <w:p>
      <w:r/>
      <w:r>
        <w:t>Ogura's decisive run to the championship came through a well-fought second-place finish, which proved sufficient to clinch the title with two remaining races in the season. Although he finished behind Arón Canet from the Fantic Racing/Kalex team, Ogura amassed enough points to ensure he could not be surpassed in the standings. His success broke several significant streaks in Moto2 racing: Ogura is the first Japanese rider to win the championship since 2009 and the first to achieve this feat on a non-Kalex bike since 2012, as he races on a Boscoscuro machine for the MT Helmets-MSi team.</w:t>
      </w:r>
      <w:r/>
    </w:p>
    <w:p>
      <w:r/>
      <w:r>
        <w:t>The young rider's success at the Thai GP adds to his growing reputation in the world of motorcycle racing. Ogura has demonstrated consistent performance throughout the season, showcasing his talent and tenacity on the circuit. This achievement also sets the stage for his anticipated move to the premier class, MotoGP, in 2025, where he aims to further his racing career.</w:t>
      </w:r>
      <w:r/>
    </w:p>
    <w:p>
      <w:r/>
      <w:r>
        <w:t>In an interview with the event's official broadcast, Ai Ogura was visibly elated as he reflected on his journey to the championship. Expressing sincere gratitude for the teams and individuals who supported him along the way, Ogura said, "I have no words, it’s just unbelievable. What was going through my mind were all the faces I work with: my current team, of course, but from the [Asian Talent] Cup, and Moto3. I can’t thank everyone enough. I just feel amazing, and I have no words. I’m really happy."</w:t>
      </w:r>
      <w:r/>
    </w:p>
    <w:p>
      <w:r/>
      <w:r>
        <w:t>His words underscore the collaborative nature of motorcycle racing, where teamwork, dedication, and perseverance are crucial components of achieving success. Ogura's victory is not only a personal milestone but also a significant achievement for Japanese motorsport, revitalising the presence of Japanese riders at the pinnacle of the racing world.</w:t>
      </w:r>
      <w:r/>
    </w:p>
    <w:p>
      <w:r/>
      <w:r>
        <w:t>With a championship under his belt and a promising future ahead, Ai Ogura's journey is one to watch as he progresses into MotoGP, promising more exhilarating performances on the global stage. As the season winds down, fans of Moto2 and motorsport enthusiasts alike will celebrate his triumph and eagerly anticipate his activities and progression in the international racing circuit.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https://bikesportnews.com/motogp/i-have-got-no-words-but-i-am-really-happy-ogura-is-crowned-moto2-world-champion-in-thailand/</w:t>
        </w:r>
      </w:hyperlink>
      <w:r>
        <w:t xml:space="preserve"> - Ai Ogura's reaction and feelings after winning the Moto2 World Championship.</w:t>
      </w:r>
      <w:r/>
    </w:p>
    <w:p>
      <w:pPr>
        <w:pStyle w:val="ListNumber"/>
        <w:spacing w:line="240" w:lineRule="auto"/>
        <w:ind w:left="720"/>
      </w:pPr>
      <w:r/>
      <w:hyperlink r:id="rId11">
        <w:r>
          <w:rPr>
            <w:color w:val="0000EE"/>
            <w:u w:val="single"/>
          </w:rPr>
          <w:t>https://www.motogp.com/en/news/2024/10/27/ai-ogura-world-champion-profile/511340</w:t>
        </w:r>
      </w:hyperlink>
      <w:r>
        <w:t xml:space="preserve"> - Ai Ogura's championship win at the Thai Grand Prix and his overall career journey.</w:t>
      </w:r>
      <w:r/>
    </w:p>
    <w:p>
      <w:pPr>
        <w:pStyle w:val="ListNumber"/>
        <w:spacing w:line="240" w:lineRule="auto"/>
        <w:ind w:left="720"/>
      </w:pPr>
      <w:r/>
      <w:hyperlink r:id="rId11">
        <w:r>
          <w:rPr>
            <w:color w:val="0000EE"/>
            <w:u w:val="single"/>
          </w:rPr>
          <w:t>https://www.motogp.com/en/news/2024/10/27/ai-ogura-world-champion-profile/511340</w:t>
        </w:r>
      </w:hyperlink>
      <w:r>
        <w:t xml:space="preserve"> - Ogura's achievement as the first Japanese rider to win the championship since 2009 and the first on a non-Kalex bike since 2012.</w:t>
      </w:r>
      <w:r/>
    </w:p>
    <w:p>
      <w:pPr>
        <w:pStyle w:val="ListNumber"/>
        <w:spacing w:line="240" w:lineRule="auto"/>
        <w:ind w:left="720"/>
      </w:pPr>
      <w:r/>
      <w:hyperlink r:id="rId12">
        <w:r>
          <w:rPr>
            <w:color w:val="0000EE"/>
            <w:u w:val="single"/>
          </w:rPr>
          <w:t>https://en.wikipedia.org/wiki/Ai_Ogura</w:t>
        </w:r>
      </w:hyperlink>
      <w:r>
        <w:t xml:space="preserve"> - Ai Ogura's career history, including his progression from the Idemitsu Asia Talent Cup to Moto2 and his upcoming move to MotoGP.</w:t>
      </w:r>
      <w:r/>
    </w:p>
    <w:p>
      <w:pPr>
        <w:pStyle w:val="ListNumber"/>
        <w:spacing w:line="240" w:lineRule="auto"/>
        <w:ind w:left="720"/>
      </w:pPr>
      <w:r/>
      <w:hyperlink r:id="rId13">
        <w:r>
          <w:rPr>
            <w:color w:val="0000EE"/>
            <w:u w:val="single"/>
          </w:rPr>
          <w:t>https://www.motogp.com/en/riders/ai-ogura/244b6f51-ac33-40ee-876d-9401dc9d1346</w:t>
        </w:r>
      </w:hyperlink>
      <w:r>
        <w:t xml:space="preserve"> - Details about Ai Ogura's career, including his performance in the 2022 and 2023 seasons and his switch to MT Helmets – MSi in 2024.</w:t>
      </w:r>
      <w:r/>
    </w:p>
    <w:p>
      <w:pPr>
        <w:pStyle w:val="ListNumber"/>
        <w:spacing w:line="240" w:lineRule="auto"/>
        <w:ind w:left="720"/>
      </w:pPr>
      <w:r/>
      <w:hyperlink r:id="rId11">
        <w:r>
          <w:rPr>
            <w:color w:val="0000EE"/>
            <w:u w:val="single"/>
          </w:rPr>
          <w:t>https://www.motogp.com/en/news/2024/10/27/ai-ogura-world-champion-profile/511340</w:t>
        </w:r>
      </w:hyperlink>
      <w:r>
        <w:t xml:space="preserve"> - Ogura's decisive second-place finish at the Thai Grand Prix and its significance in securing the championship title.</w:t>
      </w:r>
      <w:r/>
    </w:p>
    <w:p>
      <w:pPr>
        <w:pStyle w:val="ListNumber"/>
        <w:spacing w:line="240" w:lineRule="auto"/>
        <w:ind w:left="720"/>
      </w:pPr>
      <w:r/>
      <w:hyperlink r:id="rId12">
        <w:r>
          <w:rPr>
            <w:color w:val="0000EE"/>
            <w:u w:val="single"/>
          </w:rPr>
          <w:t>https://en.wikipedia.org/wiki/Ai_Ogura</w:t>
        </w:r>
      </w:hyperlink>
      <w:r>
        <w:t xml:space="preserve"> - Ai Ogura's performance throughout the 2024 season, including his wins and podiums that led to the championship.</w:t>
      </w:r>
      <w:r/>
    </w:p>
    <w:p>
      <w:pPr>
        <w:pStyle w:val="ListNumber"/>
        <w:spacing w:line="240" w:lineRule="auto"/>
        <w:ind w:left="720"/>
      </w:pPr>
      <w:r/>
      <w:hyperlink r:id="rId13">
        <w:r>
          <w:rPr>
            <w:color w:val="0000EE"/>
            <w:u w:val="single"/>
          </w:rPr>
          <w:t>https://www.motogp.com/en/riders/ai-ogura/244b6f51-ac33-40ee-876d-9401dc9d1346</w:t>
        </w:r>
      </w:hyperlink>
      <w:r>
        <w:t xml:space="preserve"> - Ogura's upcoming move to MotoGP in 2025 with Trackhouse Racing.</w:t>
      </w:r>
      <w:r/>
    </w:p>
    <w:p>
      <w:pPr>
        <w:pStyle w:val="ListNumber"/>
        <w:spacing w:line="240" w:lineRule="auto"/>
        <w:ind w:left="720"/>
      </w:pPr>
      <w:r/>
      <w:hyperlink r:id="rId11">
        <w:r>
          <w:rPr>
            <w:color w:val="0000EE"/>
            <w:u w:val="single"/>
          </w:rPr>
          <w:t>https://www.motogp.com/en/news/2024/10/27/ai-ogura-world-champion-profile/511340</w:t>
        </w:r>
      </w:hyperlink>
      <w:r>
        <w:t xml:space="preserve"> - The significance of Ogura's win for Japanese motorsport and his reflection on the support he received throughout his career.</w:t>
      </w:r>
      <w:r/>
    </w:p>
    <w:p>
      <w:pPr>
        <w:pStyle w:val="ListNumber"/>
        <w:spacing w:line="240" w:lineRule="auto"/>
        <w:ind w:left="720"/>
      </w:pPr>
      <w:r/>
      <w:hyperlink r:id="rId12">
        <w:r>
          <w:rPr>
            <w:color w:val="0000EE"/>
            <w:u w:val="single"/>
          </w:rPr>
          <w:t>https://en.wikipedia.org/wiki/Ai_Ogura</w:t>
        </w:r>
      </w:hyperlink>
      <w:r>
        <w:t xml:space="preserve"> - Ai Ogura's early career, including his participation in the Idemitsu Asia Talent Cup and the Red Bull MotoGP Rookies Cup.</w:t>
      </w:r>
      <w:r/>
    </w:p>
    <w:p>
      <w:pPr>
        <w:pStyle w:val="ListNumber"/>
        <w:spacing w:line="240" w:lineRule="auto"/>
        <w:ind w:left="720"/>
      </w:pPr>
      <w:r/>
      <w:hyperlink r:id="rId11">
        <w:r>
          <w:rPr>
            <w:color w:val="0000EE"/>
            <w:u w:val="single"/>
          </w:rPr>
          <w:t>https://www.motogp.com/en/news/2024/10/27/ai-ogura-world-champion-profile/511340</w:t>
        </w:r>
      </w:hyperlink>
      <w:r>
        <w:t xml:space="preserve"> - The collaborative nature of motorcycle racing highlighted by Ogura's gratitude towards his teams and supporters.</w:t>
      </w:r>
      <w:r/>
    </w:p>
    <w:p>
      <w:pPr>
        <w:pStyle w:val="ListNumber"/>
        <w:spacing w:line="240" w:lineRule="auto"/>
        <w:ind w:left="720"/>
      </w:pPr>
      <w:r/>
      <w:hyperlink r:id="rId14">
        <w:r>
          <w:rPr>
            <w:color w:val="0000EE"/>
            <w:u w:val="single"/>
          </w:rPr>
          <w:t>https://motorcyclesports.net/ai-oguras-first-reaction-to-the-title-i-have-no-words-its-just-unbelievable/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kesportnews.com/motogp/i-have-got-no-words-but-i-am-really-happy-ogura-is-crowned-moto2-world-champion-in-thailand/" TargetMode="External"/><Relationship Id="rId11" Type="http://schemas.openxmlformats.org/officeDocument/2006/relationships/hyperlink" Target="https://www.motogp.com/en/news/2024/10/27/ai-ogura-world-champion-profile/511340" TargetMode="External"/><Relationship Id="rId12" Type="http://schemas.openxmlformats.org/officeDocument/2006/relationships/hyperlink" Target="https://en.wikipedia.org/wiki/Ai_Ogura" TargetMode="External"/><Relationship Id="rId13" Type="http://schemas.openxmlformats.org/officeDocument/2006/relationships/hyperlink" Target="https://www.motogp.com/en/riders/ai-ogura/244b6f51-ac33-40ee-876d-9401dc9d1346" TargetMode="External"/><Relationship Id="rId14" Type="http://schemas.openxmlformats.org/officeDocument/2006/relationships/hyperlink" Target="https://motorcyclesports.net/ai-oguras-first-reaction-to-the-title-i-have-no-words-its-just-unbeliev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