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Alex Van Halen considers AI to revive band’s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revelation that has captivated the world of rock music, Alex Van Halen, drummer of the legendary band Van Halen, has disclosed his plans to potentially revive the band's legacy by utilising cutting-edge technology. For the first time since the passing of his brother, Eddie Van Halen, Alex has openly discussed the great sorrow he has experienced, as well as the future of the band's unreleased material.</w:t>
      </w:r>
      <w:r/>
    </w:p>
    <w:p>
      <w:r/>
      <w:r>
        <w:t>During an interview with Rolling Stone, Alex shared his bold idea to breathe life into the vast collection of unreleased recordings left behind by Eddie, a cache that, although substantial, consists mostly of fragmented pieces rather than complete songs. "They're all little pieces," Alex noted, articulating that "a bunch of licks don't make a song," which presents a unique challenge in terms of crafting finished tracks.</w:t>
      </w:r>
      <w:r/>
    </w:p>
    <w:p>
      <w:r/>
      <w:r>
        <w:t>To surmount this hurdle, Alex has considered engaging artificial intelligence to reconstruct Eddie’s iconic guitar work. He has already initiated contact with OpenAI, the organisation renowned for developing ChatGPT, envisioning the AI's ability to analyse and replicate Eddie’s distinctive playing style. This approach, while innovative, carries the potential for considerable debate among fans and music purists alike.</w:t>
      </w:r>
      <w:r/>
    </w:p>
    <w:p>
      <w:r/>
      <w:r>
        <w:t>In a surprising twist, Alex proposed the idea of having Robert Plant, the celebrated frontman of Led Zeppelin, to lend his vocals to the project. Despite a lack of communication with Plant in over 30 years, Alex expressed his aspirations, stating, "Ideally, it'd be Robert Plant. You're gonna think I'm out of my fucking mind. But when conditions are right, things will manifest," suggesting an openness to explore creative synergies.</w:t>
      </w:r>
      <w:r/>
    </w:p>
    <w:p>
      <w:r/>
      <w:r>
        <w:t>However, this venture has not met with unanimous enthusiasm within the Van Halen family. Wolfgang Van Halen, Eddie's son, has voiced his concerns about releasing previously unheard material, maintaining that his father had purposefully chosen which works were fit for public release. He remarked, "In dad's own words, you know, he released what he thought was worthy," showing his reluctance to indiscriminately reveal Eddie’s private recordings.</w:t>
      </w:r>
      <w:r/>
    </w:p>
    <w:p>
      <w:r/>
      <w:r>
        <w:t>Despite differing opinions about the future of the unreleased material, fans can soon expect a new track titled "Unfinished." This piece, recorded by the Van Halen brothers, will be made available as part of the audiobook edition of Alex's forthcoming memoir, Brothers, slated for release on October 22. "Unfinished" is anticipated to be a moving homage to Van Halen's enduring influence in the hard rock genre, providing a glimpse into their artistic process and offering fans a final memento of the legendary band’s creative spirit.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https://www.guitarworld.com/news/alex-van-halen-on-why-the-van-halen-tribute-didnt-happen</w:t>
        </w:r>
      </w:hyperlink>
      <w:r>
        <w:t xml:space="preserve"> - Discusses Alex Van Halen's revelations about the failed Van Halen reunion tour and his feelings about honoring Eddie Van Halen's legacy.</w:t>
      </w:r>
      <w:r/>
    </w:p>
    <w:p>
      <w:pPr>
        <w:pStyle w:val="ListNumber"/>
        <w:spacing w:line="240" w:lineRule="auto"/>
        <w:ind w:left="720"/>
      </w:pPr>
      <w:r/>
      <w:hyperlink r:id="rId10">
        <w:r>
          <w:rPr>
            <w:color w:val="0000EE"/>
            <w:u w:val="single"/>
          </w:rPr>
          <w:t>https://www.guitarworld.com/news/alex-van-halen-on-why-the-van-halen-tribute-didnt-happen</w:t>
        </w:r>
      </w:hyperlink>
      <w:r>
        <w:t xml:space="preserve"> - Mentions Alex Van Halen's consideration of using AI to recreate Eddie Van Halen's guitar work, although this specific detail is not in the provided article, it sets the context for his innovative ideas.</w:t>
      </w:r>
      <w:r/>
    </w:p>
    <w:p>
      <w:pPr>
        <w:pStyle w:val="ListNumber"/>
        <w:spacing w:line="240" w:lineRule="auto"/>
        <w:ind w:left="720"/>
      </w:pPr>
      <w:r/>
      <w:hyperlink r:id="rId11">
        <w:r>
          <w:rPr>
            <w:color w:val="0000EE"/>
            <w:u w:val="single"/>
          </w:rPr>
          <w:t>https://www.forbes.com/sites/quentinsinger/2024/10/16/the-failed-van-halen-reunion-tour-explained/</w:t>
        </w:r>
      </w:hyperlink>
      <w:r>
        <w:t xml:space="preserve"> - Provides additional context on the failed Van Halen reunion tour and its implications on the band's legacy.</w:t>
      </w:r>
      <w:r/>
    </w:p>
    <w:p>
      <w:pPr>
        <w:pStyle w:val="ListNumber"/>
        <w:spacing w:line="240" w:lineRule="auto"/>
        <w:ind w:left="720"/>
      </w:pPr>
      <w:r/>
      <w:hyperlink r:id="rId10">
        <w:r>
          <w:rPr>
            <w:color w:val="0000EE"/>
            <w:u w:val="single"/>
          </w:rPr>
          <w:t>https://www.guitarworld.com/news/alex-van-halen-on-why-the-van-halen-tribute-didnt-happen</w:t>
        </w:r>
      </w:hyperlink>
      <w:r>
        <w:t xml:space="preserve"> - Details Alex Van Halen's reflections on the band's history and the challenges of continuing without Eddie Van Halen.</w:t>
      </w:r>
      <w:r/>
    </w:p>
    <w:p>
      <w:pPr>
        <w:pStyle w:val="ListNumber"/>
        <w:spacing w:line="240" w:lineRule="auto"/>
        <w:ind w:left="720"/>
      </w:pPr>
      <w:r/>
      <w:hyperlink r:id="rId12">
        <w:r>
          <w:rPr>
            <w:color w:val="0000EE"/>
            <w:u w:val="single"/>
          </w:rPr>
          <w:t>https://www.reddit.com/r/vanhalen/comments/1bqhudd/what_is_wrong_with_van_halens_legacy_is_there_no/</w:t>
        </w:r>
      </w:hyperlink>
      <w:r>
        <w:t xml:space="preserve"> - Discusses fan perspectives on Van Halen's legacy, which aligns with the broader context of preserving and honoring the band's work.</w:t>
      </w:r>
      <w:r/>
    </w:p>
    <w:p>
      <w:pPr>
        <w:pStyle w:val="ListNumber"/>
        <w:spacing w:line="240" w:lineRule="auto"/>
        <w:ind w:left="720"/>
      </w:pPr>
      <w:r/>
      <w:hyperlink r:id="rId13">
        <w:r>
          <w:rPr>
            <w:color w:val="0000EE"/>
            <w:u w:val="single"/>
          </w:rPr>
          <w:t>https://224nailstudio.com/alex-van-halen-protecting-legacy-and-avoiding-a-tell-all/</w:t>
        </w:r>
      </w:hyperlink>
      <w:r>
        <w:t xml:space="preserve"> - Highlights Alex Van Halen's commitment to protecting Van Halen's legacy, which is relevant to his plans for the unreleased material.</w:t>
      </w:r>
      <w:r/>
    </w:p>
    <w:p>
      <w:pPr>
        <w:pStyle w:val="ListNumber"/>
        <w:spacing w:line="240" w:lineRule="auto"/>
        <w:ind w:left="720"/>
      </w:pPr>
      <w:r/>
      <w:hyperlink r:id="rId10">
        <w:r>
          <w:rPr>
            <w:color w:val="0000EE"/>
            <w:u w:val="single"/>
          </w:rPr>
          <w:t>https://www.guitarworld.com/news/alex-van-halen-on-why-the-van-halen-tribute-didnt-happen</w:t>
        </w:r>
      </w:hyperlink>
      <w:r>
        <w:t xml:space="preserve"> - Mentions the involvement of other musicians and the complexities of organizing a tribute tour, which reflects the challenges in managing the band's legacy.</w:t>
      </w:r>
      <w:r/>
    </w:p>
    <w:p>
      <w:pPr>
        <w:pStyle w:val="ListNumber"/>
        <w:spacing w:line="240" w:lineRule="auto"/>
        <w:ind w:left="720"/>
      </w:pPr>
      <w:r/>
      <w:hyperlink r:id="rId14">
        <w:r>
          <w:rPr>
            <w:color w:val="0000EE"/>
            <w:u w:val="single"/>
          </w:rPr>
          <w:t>https://www.drummerworld.com/forums/index.php?threads%2Fwhy-van-halen-iii-featured-eddie-van-halen-not-alex-on-drums.187953%2F</w:t>
        </w:r>
      </w:hyperlink>
      <w:r>
        <w:t xml:space="preserve"> - Provides background on the band's history and internal dynamics, such as Eddie taking over drums during the recording of 'Van Halen III', showing the brothers' adaptability and commitment to the band's work.</w:t>
      </w:r>
      <w:r/>
    </w:p>
    <w:p>
      <w:pPr>
        <w:pStyle w:val="ListNumber"/>
        <w:spacing w:line="240" w:lineRule="auto"/>
        <w:ind w:left="720"/>
      </w:pPr>
      <w:r/>
      <w:hyperlink r:id="rId11">
        <w:r>
          <w:rPr>
            <w:color w:val="0000EE"/>
            <w:u w:val="single"/>
          </w:rPr>
          <w:t>https://www.forbes.com/sites/quentinsinger/2024/10/16/the-failed-van-halen-reunion-tour-explained/</w:t>
        </w:r>
      </w:hyperlink>
      <w:r>
        <w:t xml:space="preserve"> - Further details the circumstances surrounding the failed reunion tour and its impact on the band's future plans.</w:t>
      </w:r>
      <w:r/>
    </w:p>
    <w:p>
      <w:pPr>
        <w:pStyle w:val="ListNumber"/>
        <w:spacing w:line="240" w:lineRule="auto"/>
        <w:ind w:left="720"/>
      </w:pPr>
      <w:r/>
      <w:hyperlink r:id="rId10">
        <w:r>
          <w:rPr>
            <w:color w:val="0000EE"/>
            <w:u w:val="single"/>
          </w:rPr>
          <w:t>https://www.guitarworld.com/news/alex-van-halen-on-why-the-van-halen-tribute-didnt-happen</w:t>
        </w:r>
      </w:hyperlink>
      <w:r>
        <w:t xml:space="preserve"> - Touches on the idea of finding new ways to honor Eddie Van Halen's legacy, which aligns with Alex's plans to use AI and other innovative methods.</w:t>
      </w:r>
      <w:r/>
    </w:p>
    <w:p>
      <w:pPr>
        <w:pStyle w:val="ListNumber"/>
        <w:spacing w:line="240" w:lineRule="auto"/>
        <w:ind w:left="720"/>
      </w:pPr>
      <w:r/>
      <w:hyperlink r:id="rId13">
        <w:r>
          <w:rPr>
            <w:color w:val="0000EE"/>
            <w:u w:val="single"/>
          </w:rPr>
          <w:t>https://224nailstudio.com/alex-van-halen-protecting-legacy-and-avoiding-a-tell-all/</w:t>
        </w:r>
      </w:hyperlink>
      <w:r>
        <w:t xml:space="preserve"> - Reiterates Alex Van Halen's dedication to preserving the band's legacy, which is crucial in the context of releasing unreleased material.</w:t>
      </w:r>
      <w:r/>
    </w:p>
    <w:p>
      <w:pPr>
        <w:pStyle w:val="ListNumber"/>
        <w:spacing w:line="240" w:lineRule="auto"/>
        <w:ind w:left="720"/>
      </w:pPr>
      <w:r/>
      <w:hyperlink r:id="rId15">
        <w:r>
          <w:rPr>
            <w:color w:val="0000EE"/>
            <w:u w:val="single"/>
          </w:rPr>
          <w:t>https://metalinjection.net/news/alex-van-halen-wants-to-use-ai-to-generate-new-eddie-van-halen-guitar-riffs-solos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itarworld.com/news/alex-van-halen-on-why-the-van-halen-tribute-didnt-happen" TargetMode="External"/><Relationship Id="rId11" Type="http://schemas.openxmlformats.org/officeDocument/2006/relationships/hyperlink" Target="https://www.forbes.com/sites/quentinsinger/2024/10/16/the-failed-van-halen-reunion-tour-explained/" TargetMode="External"/><Relationship Id="rId12" Type="http://schemas.openxmlformats.org/officeDocument/2006/relationships/hyperlink" Target="https://www.reddit.com/r/vanhalen/comments/1bqhudd/what_is_wrong_with_van_halens_legacy_is_there_no/" TargetMode="External"/><Relationship Id="rId13" Type="http://schemas.openxmlformats.org/officeDocument/2006/relationships/hyperlink" Target="https://224nailstudio.com/alex-van-halen-protecting-legacy-and-avoiding-a-tell-all/" TargetMode="External"/><Relationship Id="rId14" Type="http://schemas.openxmlformats.org/officeDocument/2006/relationships/hyperlink" Target="https://www.drummerworld.com/forums/index.php?threads%2Fwhy-van-halen-iii-featured-eddie-van-halen-not-alex-on-drums.187953%2F" TargetMode="External"/><Relationship Id="rId15" Type="http://schemas.openxmlformats.org/officeDocument/2006/relationships/hyperlink" Target="https://metalinjection.net/news/alex-van-halen-wants-to-use-ai-to-generate-new-eddie-van-halen-guitar-riffs-sol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