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launches AI chatbot Rufus to enhance shopping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launched a new artificial intelligence chatbot named Rufus, aiming to enhance the shopping experience for its users. Designed to operate within the Amazon ecosystem, Rufus offers assistance ranging from providing product information to helping with purchase decisions.</w:t>
      </w:r>
      <w:r/>
    </w:p>
    <w:p>
      <w:r/>
      <w:r>
        <w:t>Rufus functions similarly to other AI chatbots such as ChatGPT, drawing upon Amazon's extensive product catalogue, customer reviews, community Q&amp;As, and broader web data to generate responses. This means users can inquire about gifts or compare products directly within the interface. However, Amazon advises that while Rufus is built to generate original and helpful responses, it may occasionally provide incorrect information. As such, users are urged to verify critical details independently and refrain from sharing personal information with the bot.</w:t>
      </w:r>
      <w:r/>
    </w:p>
    <w:p>
      <w:r/>
      <w:r>
        <w:t>Rufus is accessible via the Amazon Shopping applications available on both Android and iOS devices. Users will find the Rufus icon, depicted as two blobs with a star, on the right-hand side of the navigation bar at the bottom of the app. For those using a desktop browser, the Rufus option is located on the left side of Amazon's website toolbar.</w:t>
      </w:r>
      <w:r/>
    </w:p>
    <w:p>
      <w:r/>
      <w:r>
        <w:t>Through the bot, users receive prompt suggestions which may be derived from their recent browsing history or purchases. Inquiries can range from specifics, like product dimensions or materials, to general shopping advice, such as identifying the ideal tool for a given task or understanding current popular trends. Rufus’s functionality extends to aiding with creative inquiries, such as recommending gifts or planning events, and it can keep track of users' conversational history to allow more personalized interactions.</w:t>
      </w:r>
      <w:r/>
    </w:p>
    <w:p>
      <w:r/>
      <w:r>
        <w:t>Moreover, Rufus offers practical assistance by providing updates on active orders or recalling past purchases. Depending on the nature of the inquiry, Rufus might directly answer or direct users to relevant sections of the Amazon site for more information.</w:t>
      </w:r>
      <w:r/>
    </w:p>
    <w:p>
      <w:r/>
      <w:r>
        <w:t>While the chatbot is in the early stages of development and still refining its accuracy, the introduction of Rufus marks an exciting step for Amazon’s integration of AI technology into its service offerings. The choice of the name "Rufus" pays homage to one of Amazon’s earliest team members, reflecting the company's historical roots within its innovative trajectory.</w:t>
      </w:r>
      <w:r/>
    </w:p>
    <w:p>
      <w:r/>
      <w:r>
        <w:t>This development positions Amazon as a participant in the expanding field of e-commerce-driven artificial intelligence, offering users a potentially enriched shopping experience enhanced by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https://www.aboutamazon.com/news/retail/amazon-rufus</w:t>
        </w:r>
      </w:hyperlink>
      <w:r>
        <w:t xml:space="preserve"> - Corroborates the launch of Rufus, its integration into the Amazon Shopping app, and its capabilities in providing product information, comparisons, and recommendations.</w:t>
      </w:r>
      <w:r/>
    </w:p>
    <w:p>
      <w:pPr>
        <w:pStyle w:val="ListNumber"/>
        <w:spacing w:line="240" w:lineRule="auto"/>
        <w:ind w:left="720"/>
      </w:pPr>
      <w:r/>
      <w:hyperlink r:id="rId11">
        <w:r>
          <w:rPr>
            <w:color w:val="0000EE"/>
            <w:u w:val="single"/>
          </w:rPr>
          <w:t>https://pacvue.com/blog/amazon-rufus-ai-what-the-new-amazon-ai-shopping-assistant-means-for-your-brand/</w:t>
        </w:r>
      </w:hyperlink>
      <w:r>
        <w:t xml:space="preserve"> - Supports the details on how Rufus uses generative AI, its training data, and its ability to answer various shopping-related questions and provide product comparisons.</w:t>
      </w:r>
      <w:r/>
    </w:p>
    <w:p>
      <w:pPr>
        <w:pStyle w:val="ListNumber"/>
        <w:spacing w:line="240" w:lineRule="auto"/>
        <w:ind w:left="720"/>
      </w:pPr>
      <w:r/>
      <w:hyperlink r:id="rId12">
        <w:r>
          <w:rPr>
            <w:color w:val="0000EE"/>
            <w:u w:val="single"/>
          </w:rPr>
          <w:t>https://www.forbes.com/sites/lesliekatz/2024/07/13/amazon-ai-shopping-assistant-rufus-answers-non-shopping-questions-too/</w:t>
        </w:r>
      </w:hyperlink>
      <w:r>
        <w:t xml:space="preserve"> - Confirms Rufus's ability to answer both shopping and non-shopping questions, and its availability to all U.S. customers ahead of Prime Day.</w:t>
      </w:r>
      <w:r/>
    </w:p>
    <w:p>
      <w:pPr>
        <w:pStyle w:val="ListNumber"/>
        <w:spacing w:line="240" w:lineRule="auto"/>
        <w:ind w:left="720"/>
      </w:pPr>
      <w:r/>
      <w:hyperlink r:id="rId13">
        <w:r>
          <w:rPr>
            <w:color w:val="0000EE"/>
            <w:u w:val="single"/>
          </w:rPr>
          <w:t>https://www.zdnet.com/article/amazons-ai-shopping-assistant-rufus-rolls-out-to-all-us-customers-in-time-for-prime-day/</w:t>
        </w:r>
      </w:hyperlink>
      <w:r>
        <w:t xml:space="preserve"> - Details Rufus's launch to all U.S. customers, its functionality similar to ChatGPT, and its integration into the Amazon Shopping app.</w:t>
      </w:r>
      <w:r/>
    </w:p>
    <w:p>
      <w:pPr>
        <w:pStyle w:val="ListNumber"/>
        <w:spacing w:line="240" w:lineRule="auto"/>
        <w:ind w:left="720"/>
      </w:pPr>
      <w:r/>
      <w:hyperlink r:id="rId14">
        <w:r>
          <w:rPr>
            <w:color w:val="0000EE"/>
            <w:u w:val="single"/>
          </w:rPr>
          <w:t>https://www.webfx.com/blog/marketing/amazon-rufus/</w:t>
        </w:r>
      </w:hyperlink>
      <w:r>
        <w:t xml:space="preserve"> - Explains how Rufus works, its optimization tips for product listings, and its ability to provide summaries of product reviews.</w:t>
      </w:r>
      <w:r/>
    </w:p>
    <w:p>
      <w:pPr>
        <w:pStyle w:val="ListNumber"/>
        <w:spacing w:line="240" w:lineRule="auto"/>
        <w:ind w:left="720"/>
      </w:pPr>
      <w:r/>
      <w:hyperlink r:id="rId10">
        <w:r>
          <w:rPr>
            <w:color w:val="0000EE"/>
            <w:u w:val="single"/>
          </w:rPr>
          <w:t>https://www.aboutamazon.com/news/retail/amazon-rufus</w:t>
        </w:r>
      </w:hyperlink>
      <w:r>
        <w:t xml:space="preserve"> - Provides information on Rufus's accessibility via the Amazon Shopping app on Android and iOS devices, and its location on the app's navigation bar.</w:t>
      </w:r>
      <w:r/>
    </w:p>
    <w:p>
      <w:pPr>
        <w:pStyle w:val="ListNumber"/>
        <w:spacing w:line="240" w:lineRule="auto"/>
        <w:ind w:left="720"/>
      </w:pPr>
      <w:r/>
      <w:hyperlink r:id="rId11">
        <w:r>
          <w:rPr>
            <w:color w:val="0000EE"/>
            <w:u w:val="single"/>
          </w:rPr>
          <w:t>https://pacvue.com/blog/amazon-rufus-ai-what-the-new-amazon-ai-shopping-assistant-means-for-your-brand/</w:t>
        </w:r>
      </w:hyperlink>
      <w:r>
        <w:t xml:space="preserve"> - Supports the aspect of Rufus providing updates on active orders and recalling past purchases, and its early stages of development.</w:t>
      </w:r>
      <w:r/>
    </w:p>
    <w:p>
      <w:pPr>
        <w:pStyle w:val="ListNumber"/>
        <w:spacing w:line="240" w:lineRule="auto"/>
        <w:ind w:left="720"/>
      </w:pPr>
      <w:r/>
      <w:hyperlink r:id="rId12">
        <w:r>
          <w:rPr>
            <w:color w:val="0000EE"/>
            <w:u w:val="single"/>
          </w:rPr>
          <w:t>https://www.forbes.com/sites/lesliekatz/2024/07/13/amazon-ai-shopping-assistant-rufus-answers-non-shopping-questions-too/</w:t>
        </w:r>
      </w:hyperlink>
      <w:r>
        <w:t xml:space="preserve"> - Corroborates Rufus's ability to aid with creative inquiries such as recommending gifts or planning events.</w:t>
      </w:r>
      <w:r/>
    </w:p>
    <w:p>
      <w:pPr>
        <w:pStyle w:val="ListNumber"/>
        <w:spacing w:line="240" w:lineRule="auto"/>
        <w:ind w:left="720"/>
      </w:pPr>
      <w:r/>
      <w:hyperlink r:id="rId13">
        <w:r>
          <w:rPr>
            <w:color w:val="0000EE"/>
            <w:u w:val="single"/>
          </w:rPr>
          <w:t>https://www.zdnet.com/article/amazons-ai-shopping-assistant-rufus-rolls-out-to-all-us-customers-in-time-for-prime-day/</w:t>
        </w:r>
      </w:hyperlink>
      <w:r>
        <w:t xml:space="preserve"> - Details how Rufus keeps track of users' conversational history for more personalized interactions.</w:t>
      </w:r>
      <w:r/>
    </w:p>
    <w:p>
      <w:pPr>
        <w:pStyle w:val="ListNumber"/>
        <w:spacing w:line="240" w:lineRule="auto"/>
        <w:ind w:left="720"/>
      </w:pPr>
      <w:r/>
      <w:hyperlink r:id="rId10">
        <w:r>
          <w:rPr>
            <w:color w:val="0000EE"/>
            <w:u w:val="single"/>
          </w:rPr>
          <w:t>https://www.aboutamazon.com/news/retail/amazon-rufus</w:t>
        </w:r>
      </w:hyperlink>
      <w:r>
        <w:t xml:space="preserve"> - Explains the historical context behind the name 'Rufus' and its significance to Amazon's early team members.</w:t>
      </w:r>
      <w:r/>
    </w:p>
    <w:p>
      <w:pPr>
        <w:pStyle w:val="ListNumber"/>
        <w:spacing w:line="240" w:lineRule="auto"/>
        <w:ind w:left="720"/>
      </w:pPr>
      <w:r/>
      <w:hyperlink r:id="rId11">
        <w:r>
          <w:rPr>
            <w:color w:val="0000EE"/>
            <w:u w:val="single"/>
          </w:rPr>
          <w:t>https://pacvue.com/blog/amazon-rufus-ai-what-the-new-amazon-ai-shopping-assistant-means-for-your-brand/</w:t>
        </w:r>
      </w:hyperlink>
      <w:r>
        <w:t xml:space="preserve"> - Supports the broader impact of Rufus on Amazon's integration of AI technology into its service offerings and its position in the e-commerce-driven AI field.</w:t>
      </w:r>
      <w:r/>
    </w:p>
    <w:p>
      <w:pPr>
        <w:pStyle w:val="ListNumber"/>
        <w:spacing w:line="240" w:lineRule="auto"/>
        <w:ind w:left="720"/>
      </w:pPr>
      <w:r/>
      <w:hyperlink r:id="rId15">
        <w:r>
          <w:rPr>
            <w:color w:val="0000EE"/>
            <w:u w:val="single"/>
          </w:rPr>
          <w:t>https://www.popsci.com/diy/how-to-use-rufus-ai-amazon/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outamazon.com/news/retail/amazon-rufus" TargetMode="External"/><Relationship Id="rId11" Type="http://schemas.openxmlformats.org/officeDocument/2006/relationships/hyperlink" Target="https://pacvue.com/blog/amazon-rufus-ai-what-the-new-amazon-ai-shopping-assistant-means-for-your-brand/" TargetMode="External"/><Relationship Id="rId12" Type="http://schemas.openxmlformats.org/officeDocument/2006/relationships/hyperlink" Target="https://www.forbes.com/sites/lesliekatz/2024/07/13/amazon-ai-shopping-assistant-rufus-answers-non-shopping-questions-too/" TargetMode="External"/><Relationship Id="rId13" Type="http://schemas.openxmlformats.org/officeDocument/2006/relationships/hyperlink" Target="https://www.zdnet.com/article/amazons-ai-shopping-assistant-rufus-rolls-out-to-all-us-customers-in-time-for-prime-day/" TargetMode="External"/><Relationship Id="rId14" Type="http://schemas.openxmlformats.org/officeDocument/2006/relationships/hyperlink" Target="https://www.webfx.com/blog/marketing/amazon-rufus/" TargetMode="External"/><Relationship Id="rId15" Type="http://schemas.openxmlformats.org/officeDocument/2006/relationships/hyperlink" Target="https://www.popsci.com/diy/how-to-use-rufus-ai-amaz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