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Anthropic's Claude 3.5 Sonnet: AI 'procrastination' sparks amusement and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Anthropic's Claude 3.5 Sonnet: AI 'Procrastination' Sparks Amusement and Concerns</w:t>
      </w:r>
      <w:r/>
    </w:p>
    <w:p>
      <w:r/>
      <w:r>
        <w:t>In a series of intriguing developments, Claude 3.5 Sonnet, the flagship AI model from Anthropic, has recently demonstrated that artificial intelligence isn't exempt from unexpected detours during task execution. As reported by the company, during a coding demonstration intended to showcase the capacities of their latest AI iteration, Claude encountered amusing diversions that led to mixed reactions.</w:t>
      </w:r>
      <w:r/>
    </w:p>
    <w:p>
      <w:r/>
      <w:r>
        <w:t>The event took place during a demonstration where developers aimed to illustrate the AI's capabilities. Instead of adhering to its task of writing code, Claude 3.5 Sonnet unexpectedly diverted to browsing through aesthetically pleasing images of Yellowstone National Park via Google. This unexpected shift was captured in a video shared by Anthropic, which highlighted the AI's unpredictable behaviour akin to what might be seen in a human employee losing focus.</w:t>
      </w:r>
      <w:r/>
    </w:p>
    <w:p>
      <w:r/>
      <w:r>
        <w:t>Compounding the situation, Claude inadvertently terminated a prolonged screen-recording session, resulting in the loss of all captured footage. This incident exemplifies the challenges in maintaining AI reliability, despite advancements in technology.</w:t>
      </w:r>
      <w:r/>
    </w:p>
    <w:p>
      <w:r/>
      <w:r>
        <w:t>Claude 3.5 Sonnet represents Anthropic's efforts in developing "AI agents," which are intended to autonomously perform productivity-focused tasks. This initiative places Anthropic amid a broader technological trend where companies, including giants like Microsoft, are enhancing their AI models to handle complex operations beyond traditional chatbots and virtual assistants.</w:t>
      </w:r>
      <w:r/>
    </w:p>
    <w:p>
      <w:r/>
      <w:r>
        <w:t>The unique proposition with Claude is its ability to operate a computer similarly to a human user. The AI can manipulate the desktop, interact with software, and utilise applications through mouse clicks and keystrokes. However, Anthropic acknowledges the model's current limitations, stating that while it is state-of-the-art, it is prone to errors and hallucinations. Moreover, there are still several routine computer tasks, such as dragging and zooming, that Claude cannot perform accurately.</w:t>
      </w:r>
      <w:r/>
    </w:p>
    <w:p>
      <w:r/>
      <w:r>
        <w:t>These examples of benign errors raise valid questions about safety and reliability, given the autonomy Claude possesses. Potential risks arise when considering scenarios where the AI might inadvertently access social media or, more critically, sensitive information, which highlights the necessity for robust safety measures. Anthropic has preemptively addressed these concerns by implementing systems to monitor and classify the AI’s activities, identifying and mitigating risks associated with spam, misinformation, or fraud.</w:t>
      </w:r>
      <w:r/>
    </w:p>
    <w:p>
      <w:r/>
      <w:r>
        <w:t>As the rollout of Claude 3.5 Sonnet continues and more users engage with its capabilities, further examples of its desktop interactions may emerge, potentially revealing more about both its utility and its limitations. These developments are indicative of the evolving field of AI as companies strive to make intelligent systems more versatile and human-like in their task execution while balancing potential risks with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https://www.anthropic.com/news/3-5-models-and-computer-use</w:t>
        </w:r>
      </w:hyperlink>
      <w:r>
        <w:t xml:space="preserve"> - Corroborates the introduction of Claude 3.5 Sonnet's computer use capabilities and its ability to interact with computer interfaces like a human.</w:t>
      </w:r>
      <w:r/>
    </w:p>
    <w:p>
      <w:pPr>
        <w:pStyle w:val="ListNumber"/>
        <w:spacing w:line="240" w:lineRule="auto"/>
        <w:ind w:left="720"/>
      </w:pPr>
      <w:r/>
      <w:hyperlink r:id="rId10">
        <w:r>
          <w:rPr>
            <w:color w:val="0000EE"/>
            <w:u w:val="single"/>
          </w:rPr>
          <w:t>https://www.anthropic.com/news/3-5-models-and-computer-use</w:t>
        </w:r>
      </w:hyperlink>
      <w:r>
        <w:t xml:space="preserve"> - Details the experimental nature of computer use, its limitations, and the safety measures implemented by Anthropic.</w:t>
      </w:r>
      <w:r/>
    </w:p>
    <w:p>
      <w:pPr>
        <w:pStyle w:val="ListNumber"/>
        <w:spacing w:line="240" w:lineRule="auto"/>
        <w:ind w:left="720"/>
      </w:pPr>
      <w:r/>
      <w:hyperlink r:id="rId11">
        <w:r>
          <w:rPr>
            <w:color w:val="0000EE"/>
            <w:u w:val="single"/>
          </w:rPr>
          <w:t>https://aws.amazon.com/blogs/aws/upgraded-claude-3-5-sonnet-from-anthropic-available-now-computer-use-public-beta-and-claude-3-5-haiku-coming-soon-in-amazon-bedrock/</w:t>
        </w:r>
      </w:hyperlink>
      <w:r>
        <w:t xml:space="preserve"> - Explains the integration of Claude 3.5 Sonnet's computer use in Amazon Bedrock and its capabilities in software development and automation.</w:t>
      </w:r>
      <w:r/>
    </w:p>
    <w:p>
      <w:pPr>
        <w:pStyle w:val="ListNumber"/>
        <w:spacing w:line="240" w:lineRule="auto"/>
        <w:ind w:left="720"/>
      </w:pPr>
      <w:r/>
      <w:hyperlink r:id="rId11">
        <w:r>
          <w:rPr>
            <w:color w:val="0000EE"/>
            <w:u w:val="single"/>
          </w:rPr>
          <w:t>https://aws.amazon.com/blogs/aws/upgraded-claude-3-5-sonnet-from-anthropic-available-now-computer-use-public-beta-and-claude-3-5-haiku-coming-soon-in-amazon-bedrock/</w:t>
        </w:r>
      </w:hyperlink>
      <w:r>
        <w:t xml:space="preserve"> - Highlights the performance benchmarks and improvements of Claude 3.5 Sonnet in coding and tool use tasks.</w:t>
      </w:r>
      <w:r/>
    </w:p>
    <w:p>
      <w:pPr>
        <w:pStyle w:val="ListNumber"/>
        <w:spacing w:line="240" w:lineRule="auto"/>
        <w:ind w:left="720"/>
      </w:pPr>
      <w:r/>
      <w:hyperlink r:id="rId12">
        <w:r>
          <w:rPr>
            <w:color w:val="0000EE"/>
            <w:u w:val="single"/>
          </w:rPr>
          <w:t>https://www.reddit.com/r/ClaudeAI/comments/1g9oj9g/claudes_just_like_us_and_during_anthropics/</w:t>
        </w:r>
      </w:hyperlink>
      <w:r>
        <w:t xml:space="preserve"> - Describes the incident where Claude 3.5 Sonnet took a break to browse Yellowstone pictures during a coding demonstration.</w:t>
      </w:r>
      <w:r/>
    </w:p>
    <w:p>
      <w:pPr>
        <w:pStyle w:val="ListNumber"/>
        <w:spacing w:line="240" w:lineRule="auto"/>
        <w:ind w:left="720"/>
      </w:pPr>
      <w:r/>
      <w:hyperlink r:id="rId12">
        <w:r>
          <w:rPr>
            <w:color w:val="0000EE"/>
            <w:u w:val="single"/>
          </w:rPr>
          <w:t>https://www.reddit.com/r/ClaudeAI/comments/1g9oj9g/claudes_just_like_us_and_during_anthropics/</w:t>
        </w:r>
      </w:hyperlink>
      <w:r>
        <w:t xml:space="preserve"> - Discusses the technical reasons behind Claude's unexpected behavior, such as prompt drift.</w:t>
      </w:r>
      <w:r/>
    </w:p>
    <w:p>
      <w:pPr>
        <w:pStyle w:val="ListNumber"/>
        <w:spacing w:line="240" w:lineRule="auto"/>
        <w:ind w:left="720"/>
      </w:pPr>
      <w:r/>
      <w:hyperlink r:id="rId13">
        <w:r>
          <w:rPr>
            <w:color w:val="0000EE"/>
            <w:u w:val="single"/>
          </w:rPr>
          <w:t>https://www.youtube.com/watch?v=xl9Du0R8ieA</w:t>
        </w:r>
      </w:hyperlink>
      <w:r>
        <w:t xml:space="preserve"> - Provides a video overview of the new updates in Claude 3.5 Sonnet, including its computer use capabilities and performance benchmarks.</w:t>
      </w:r>
      <w:r/>
    </w:p>
    <w:p>
      <w:pPr>
        <w:pStyle w:val="ListNumber"/>
        <w:spacing w:line="240" w:lineRule="auto"/>
        <w:ind w:left="720"/>
      </w:pPr>
      <w:r/>
      <w:hyperlink r:id="rId14">
        <w:r>
          <w:rPr>
            <w:color w:val="0000EE"/>
            <w:u w:val="single"/>
          </w:rPr>
          <w:t>https://futurism.com/the-byte/claude-ai-bored-demonstration</w:t>
        </w:r>
      </w:hyperlink>
      <w:r>
        <w:t xml:space="preserve"> - Details the incidents of Claude 3.5 Sonnet getting off track during coding demonstrations and browsing Yellowstone photos.</w:t>
      </w:r>
      <w:r/>
    </w:p>
    <w:p>
      <w:pPr>
        <w:pStyle w:val="ListNumber"/>
        <w:spacing w:line="240" w:lineRule="auto"/>
        <w:ind w:left="720"/>
      </w:pPr>
      <w:r/>
      <w:hyperlink r:id="rId14">
        <w:r>
          <w:rPr>
            <w:color w:val="0000EE"/>
            <w:u w:val="single"/>
          </w:rPr>
          <w:t>https://futurism.com/the-byte/claude-ai-bored-demonstration</w:t>
        </w:r>
      </w:hyperlink>
      <w:r>
        <w:t xml:space="preserve"> - Addresses the safety concerns and potential risks associated with Claude's autonomy and the measures taken by Anthropic to mitigate these risks.</w:t>
      </w:r>
      <w:r/>
    </w:p>
    <w:p>
      <w:pPr>
        <w:pStyle w:val="ListNumber"/>
        <w:spacing w:line="240" w:lineRule="auto"/>
        <w:ind w:left="720"/>
      </w:pPr>
      <w:r/>
      <w:hyperlink r:id="rId14">
        <w:r>
          <w:rPr>
            <w:color w:val="0000EE"/>
            <w:u w:val="single"/>
          </w:rPr>
          <w:t>https://futurism.com/the-byte/claude-ai-bored-demonstration</w:t>
        </w:r>
      </w:hyperlink>
      <w:r>
        <w:t xml:space="preserve"> - Places Claude 3.5 Sonnet within the broader context of AI development, including comparisons with other companies like Microsoft.</w:t>
      </w:r>
      <w:r/>
    </w:p>
    <w:p>
      <w:pPr>
        <w:pStyle w:val="ListNumber"/>
        <w:spacing w:line="240" w:lineRule="auto"/>
        <w:ind w:left="720"/>
      </w:pPr>
      <w:r/>
      <w:hyperlink r:id="rId11">
        <w:r>
          <w:rPr>
            <w:color w:val="0000EE"/>
            <w:u w:val="single"/>
          </w:rPr>
          <w:t>https://aws.amazon.com/blogs/aws/upgraded-claude-3-5-sonnet-from-anthropic-available-now-computer-use-public-beta-and-claude-3-5-haiku-coming-soon-in-amazon-bedrock/</w:t>
        </w:r>
      </w:hyperlink>
      <w:r>
        <w:t xml:space="preserve"> - Explains the practical use cases of Claude 3.5 Sonnet, such as automating software testing and back office tasks.</w:t>
      </w:r>
      <w:r/>
    </w:p>
    <w:p>
      <w:pPr>
        <w:pStyle w:val="ListNumber"/>
        <w:spacing w:line="240" w:lineRule="auto"/>
        <w:ind w:left="720"/>
      </w:pPr>
      <w:r/>
      <w:hyperlink r:id="rId14">
        <w:r>
          <w:rPr>
            <w:color w:val="0000EE"/>
            <w:u w:val="single"/>
          </w:rPr>
          <w:t>https://futurism.com/the-byte/claude-ai-bored-demonstration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nthropic.com/news/3-5-models-and-computer-use" TargetMode="External"/><Relationship Id="rId11" Type="http://schemas.openxmlformats.org/officeDocument/2006/relationships/hyperlink" Target="https://aws.amazon.com/blogs/aws/upgraded-claude-3-5-sonnet-from-anthropic-available-now-computer-use-public-beta-and-claude-3-5-haiku-coming-soon-in-amazon-bedrock/" TargetMode="External"/><Relationship Id="rId12" Type="http://schemas.openxmlformats.org/officeDocument/2006/relationships/hyperlink" Target="https://www.reddit.com/r/ClaudeAI/comments/1g9oj9g/claudes_just_like_us_and_during_anthropics/" TargetMode="External"/><Relationship Id="rId13" Type="http://schemas.openxmlformats.org/officeDocument/2006/relationships/hyperlink" Target="https://www.youtube.com/watch?v=xl9Du0R8ieA" TargetMode="External"/><Relationship Id="rId14" Type="http://schemas.openxmlformats.org/officeDocument/2006/relationships/hyperlink" Target="https://futurism.com/the-byte/claude-ai-bored-demonstr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