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rewards cybersecurity researchers with multi-million dollar incentives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Inc. is making headlines with its bold initiative to reward cybersecurity researchers with substantial financial incentives for probing its Private Cloud Compute system, a component of the recently launched Apple Intelligence technology. This venture underscores Apple’s ongoing commitment to ensuring the security and privacy of its users, as well as building public confidence in its systems.</w:t>
      </w:r>
      <w:r/>
    </w:p>
    <w:p>
      <w:r/>
      <w:r>
        <w:t>The announcement of these incentives came as Apple introduced their new AI server system at the Worldwide Developers Conference (WWDC) earlier this year. Apple Intelligence marks the company’s latest venture into the realm of artificial intelligence, with a pronounced focus on privacy and security features. Apple’s Private Cloud Compute, integral to this system, promises enhanced security measures for processing user data.</w:t>
      </w:r>
      <w:r/>
    </w:p>
    <w:p>
      <w:r/>
      <w:r>
        <w:t>Through this initiative, Apple is inviting security researchers to scrutinise the robustness of its AI server's security features. The tech giant is offering a bounty of up to $1 million for those who can successfully execute a hack that results in "arbitrary code execution with arbitrary entitlements" or gains "access to a user's request data or sensitive information about the user's requests outside the trust boundary." These terms refer to particularly severe security breaches where hackers can run any code with the permissions of a legitimate user or access confidential information, respectively.</w:t>
      </w:r>
      <w:r/>
    </w:p>
    <w:p>
      <w:r/>
      <w:r>
        <w:t>Apple has emphasized that opening its systems to external scrutiny is part of its strategy to establish a new standard for privacy in AI. As per a blog post by the company, Private Cloud Compute has been designed to facilitate "verifiable transparency," making it distinctly different from other server-based AI solutions that currently dominate the market. This approach is intended to ensure that both users and developers can trust the system's security promises.</w:t>
      </w:r>
      <w:r/>
    </w:p>
    <w:p>
      <w:r/>
      <w:r>
        <w:t>The initiative is seen as a proactive step by Apple to deter potential vulnerabilities before they can be exploited by malicious entities. By involving the global community of security experts, Apple hopes to identify and rectify any potential flaws, thereby further solidifying its stance on user privacy and data protection.</w:t>
      </w:r>
      <w:r/>
    </w:p>
    <w:p>
      <w:r/>
      <w:r>
        <w:t>Apple’s action follows a consistent history of the company pushing boundaries in privacy enhancements, contrasting it from its industry peers. Previous moves, such as its fight against hacking attempts on its controversial Butterfly keyboard, exemplify its dedication to consumer security and trust.</w:t>
      </w:r>
      <w:r/>
    </w:p>
    <w:p>
      <w:r/>
      <w:r>
        <w:t>In conclusion, Apple’s robust invitation to the global cybersecurity community reflects its proactive stance on safeguarding its systems. This groundbreaking bounty programme not only aims to secure Apple’s innovative AI technology but also seeks to redefine how tech companies can collaboratively advance security standards in the ever-evolving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https://security.apple.com/blog/private-cloud-compute/</w:t>
        </w:r>
      </w:hyperlink>
      <w:r>
        <w:t xml:space="preserve"> - This article explains the introduction of Private Cloud Compute, its security features, and how it extends Apple's device security to the cloud, ensuring user data privacy.</w:t>
      </w:r>
      <w:r/>
    </w:p>
    <w:p>
      <w:pPr>
        <w:pStyle w:val="ListNumber"/>
        <w:spacing w:line="240" w:lineRule="auto"/>
        <w:ind w:left="720"/>
      </w:pPr>
      <w:r/>
      <w:hyperlink r:id="rId11">
        <w:r>
          <w:rPr>
            <w:color w:val="0000EE"/>
            <w:u w:val="single"/>
          </w:rPr>
          <w:t>https://techcrunch.com/2024/10/24/apple-will-pay-security-researchers-up-to-1-million-to-hack-its-private-ai-cloud/</w:t>
        </w:r>
      </w:hyperlink>
      <w:r>
        <w:t xml:space="preserve"> - This article details Apple's bounty program for security researchers, offering up to $1 million for finding vulnerabilities in Private Cloud Compute.</w:t>
      </w:r>
      <w:r/>
    </w:p>
    <w:p>
      <w:pPr>
        <w:pStyle w:val="ListNumber"/>
        <w:spacing w:line="240" w:lineRule="auto"/>
        <w:ind w:left="720"/>
      </w:pPr>
      <w:r/>
      <w:hyperlink r:id="rId11">
        <w:r>
          <w:rPr>
            <w:color w:val="0000EE"/>
            <w:u w:val="single"/>
          </w:rPr>
          <w:t>https://techcrunch.com/2024/10/24/apple-will-pay-security-researchers-up-to-1-million-to-hack-its-private-ai-cloud/</w:t>
        </w:r>
      </w:hyperlink>
      <w:r>
        <w:t xml:space="preserve"> - It explains the specific terms and rewards for different types of security breaches, such as arbitrary code execution and access to user request data.</w:t>
      </w:r>
      <w:r/>
    </w:p>
    <w:p>
      <w:pPr>
        <w:pStyle w:val="ListNumber"/>
        <w:spacing w:line="240" w:lineRule="auto"/>
        <w:ind w:left="720"/>
      </w:pPr>
      <w:r/>
      <w:hyperlink r:id="rId12">
        <w:r>
          <w:rPr>
            <w:color w:val="0000EE"/>
            <w:u w:val="single"/>
          </w:rPr>
          <w:t>https://rhyno.io/blogs/cybersecurity-news/apple-opens-private-cloud-compute-for-security-research/</w:t>
        </w:r>
      </w:hyperlink>
      <w:r>
        <w:t xml:space="preserve"> - This article discusses Apple's expansion of its Security Bounty program to include Private Cloud Compute, offering rewards ranging from $50,000 to $1,000,000.</w:t>
      </w:r>
      <w:r/>
    </w:p>
    <w:p>
      <w:pPr>
        <w:pStyle w:val="ListNumber"/>
        <w:spacing w:line="240" w:lineRule="auto"/>
        <w:ind w:left="720"/>
      </w:pPr>
      <w:r/>
      <w:hyperlink r:id="rId10">
        <w:r>
          <w:rPr>
            <w:color w:val="0000EE"/>
            <w:u w:val="single"/>
          </w:rPr>
          <w:t>https://security.apple.com/blog/private-cloud-compute/</w:t>
        </w:r>
      </w:hyperlink>
      <w:r>
        <w:t xml:space="preserve"> - It highlights the design of Private Cloud Compute for 'verifiable transparency' and its distinction from other server-based AI solutions.</w:t>
      </w:r>
      <w:r/>
    </w:p>
    <w:p>
      <w:pPr>
        <w:pStyle w:val="ListNumber"/>
        <w:spacing w:line="240" w:lineRule="auto"/>
        <w:ind w:left="720"/>
      </w:pPr>
      <w:r/>
      <w:hyperlink r:id="rId10">
        <w:r>
          <w:rPr>
            <w:color w:val="0000EE"/>
            <w:u w:val="single"/>
          </w:rPr>
          <w:t>https://security.apple.com/blog/private-cloud-compute/</w:t>
        </w:r>
      </w:hyperlink>
      <w:r>
        <w:t xml:space="preserve"> - The article explains the robust security measures, including custom Apple silicon, Secure Enclave, and end-to-end encryption, to protect user data.</w:t>
      </w:r>
      <w:r/>
    </w:p>
    <w:p>
      <w:pPr>
        <w:pStyle w:val="ListNumber"/>
        <w:spacing w:line="240" w:lineRule="auto"/>
        <w:ind w:left="720"/>
      </w:pPr>
      <w:r/>
      <w:hyperlink r:id="rId11">
        <w:r>
          <w:rPr>
            <w:color w:val="0000EE"/>
            <w:u w:val="single"/>
          </w:rPr>
          <w:t>https://techcrunch.com/2024/10/24/apple-will-pay-security-researchers-up-to-1-million-to-hack-its-private-ai-cloud/</w:t>
        </w:r>
      </w:hyperlink>
      <w:r>
        <w:t xml:space="preserve"> - It mentions Apple's history of enhancing security, such as the special researcher-only iPhone designed for hacking, to improve device security.</w:t>
      </w:r>
      <w:r/>
    </w:p>
    <w:p>
      <w:pPr>
        <w:pStyle w:val="ListNumber"/>
        <w:spacing w:line="240" w:lineRule="auto"/>
        <w:ind w:left="720"/>
      </w:pPr>
      <w:r/>
      <w:hyperlink r:id="rId10">
        <w:r>
          <w:rPr>
            <w:color w:val="0000EE"/>
            <w:u w:val="single"/>
          </w:rPr>
          <w:t>https://security.apple.com/blog/private-cloud-compute/</w:t>
        </w:r>
      </w:hyperlink>
      <w:r>
        <w:t xml:space="preserve"> - The post details how Apple involves the global community of security experts to identify and rectify potential flaws in Private Cloud Compute.</w:t>
      </w:r>
      <w:r/>
    </w:p>
    <w:p>
      <w:pPr>
        <w:pStyle w:val="ListNumber"/>
        <w:spacing w:line="240" w:lineRule="auto"/>
        <w:ind w:left="720"/>
      </w:pPr>
      <w:r/>
      <w:hyperlink r:id="rId13">
        <w:r>
          <w:rPr>
            <w:color w:val="0000EE"/>
            <w:u w:val="single"/>
          </w:rPr>
          <w:t>https://www.forbes.com/sites/kateoflahertyuk/2024/10/25/apple-offers-1-million-to-hack-private-cloud-compute/</w:t>
        </w:r>
      </w:hyperlink>
      <w:r>
        <w:t xml:space="preserve"> - This article corroborates Apple's offer of up to $1 million for security researchers to find vulnerabilities in Private Cloud Compute.</w:t>
      </w:r>
      <w:r/>
    </w:p>
    <w:p>
      <w:pPr>
        <w:pStyle w:val="ListNumber"/>
        <w:spacing w:line="240" w:lineRule="auto"/>
        <w:ind w:left="720"/>
      </w:pPr>
      <w:r/>
      <w:hyperlink r:id="rId10">
        <w:r>
          <w:rPr>
            <w:color w:val="0000EE"/>
            <w:u w:val="single"/>
          </w:rPr>
          <w:t>https://security.apple.com/blog/private-cloud-compute/</w:t>
        </w:r>
      </w:hyperlink>
      <w:r>
        <w:t xml:space="preserve"> - It emphasizes Apple's commitment to user privacy and data protection through the design and security features of Private Cloud Compute.</w:t>
      </w:r>
      <w:r/>
    </w:p>
    <w:p>
      <w:pPr>
        <w:pStyle w:val="ListNumber"/>
        <w:spacing w:line="240" w:lineRule="auto"/>
        <w:ind w:left="720"/>
      </w:pPr>
      <w:r/>
      <w:hyperlink r:id="rId11">
        <w:r>
          <w:rPr>
            <w:color w:val="0000EE"/>
            <w:u w:val="single"/>
          </w:rPr>
          <w:t>https://techcrunch.com/2024/10/24/apple-will-pay-security-researchers-up-to-1-million-to-hack-its-private-ai-cloud/</w:t>
        </w:r>
      </w:hyperlink>
      <w:r>
        <w:t xml:space="preserve"> - The article highlights Apple's proactive approach to deter potential vulnerabilities by involving the global cybersecurity community.</w:t>
      </w:r>
      <w:r/>
    </w:p>
    <w:p>
      <w:pPr>
        <w:pStyle w:val="ListNumber"/>
        <w:spacing w:line="240" w:lineRule="auto"/>
        <w:ind w:left="720"/>
      </w:pPr>
      <w:r/>
      <w:hyperlink r:id="rId14">
        <w:r>
          <w:rPr>
            <w:color w:val="0000EE"/>
            <w:u w:val="single"/>
          </w:rPr>
          <w:t>https://www.creativebloq.com/tech/think-you-can-hack-apple-intelligence-the-company-might-give-you-usd1m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curity.apple.com/blog/private-cloud-compute/" TargetMode="External"/><Relationship Id="rId11" Type="http://schemas.openxmlformats.org/officeDocument/2006/relationships/hyperlink" Target="https://techcrunch.com/2024/10/24/apple-will-pay-security-researchers-up-to-1-million-to-hack-its-private-ai-cloud/" TargetMode="External"/><Relationship Id="rId12" Type="http://schemas.openxmlformats.org/officeDocument/2006/relationships/hyperlink" Target="https://rhyno.io/blogs/cybersecurity-news/apple-opens-private-cloud-compute-for-security-research/" TargetMode="External"/><Relationship Id="rId13" Type="http://schemas.openxmlformats.org/officeDocument/2006/relationships/hyperlink" Target="https://www.forbes.com/sites/kateoflahertyuk/2024/10/25/apple-offers-1-million-to-hack-private-cloud-compute/" TargetMode="External"/><Relationship Id="rId14" Type="http://schemas.openxmlformats.org/officeDocument/2006/relationships/hyperlink" Target="https://www.creativebloq.com/tech/think-you-can-hack-apple-intelligence-the-company-might-give-you-usd1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