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Crafting the perfect Jersey Shore wedding with AI insights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contemporary nod to beach-themed matrimonial celebrations, a recent analysis using artificial intelligence (AI) offers insights into crafting the quintessential Jersey Shore wedding. Leveraging the region's picturesque coastlines, AI suggests that the ideal ceremony embodies a relaxed and beachfront aesthetic.</w:t>
      </w:r>
      <w:r/>
    </w:p>
    <w:p>
      <w:r/>
      <w:r>
        <w:t>AI-driven tool ChatGPT provided a comprehensive guide on how to host a perfect Jersey Shore wedding, drawing attention to the coastal allure of the location. The AI narrative encapsulates an idyllic wedding setting that harmonises the seascape with celebratory elements, resonating with many who have tied the knot in this area.</w:t>
      </w:r>
      <w:r/>
    </w:p>
    <w:p>
      <w:r/>
      <w:r>
        <w:t>ChatGPT's vision places emphasis on selecting a beachfront venue, recommending locations such as Long Beach Island (LBI), Point Pleasant Beach, Cape May, or Asbury Park. Historical landmarks, such as the Absecon Lighthouse and Renault Winery, are also suggested; however, it's noted Renault Winery is not directly on the beachfront, a point that puzzled some who consulted the guide.</w:t>
      </w:r>
      <w:r/>
    </w:p>
    <w:p>
      <w:r/>
      <w:r>
        <w:t>For the ceremony, AI envisions couples exchanging vows amidst the auditory backdrop of waves, proposing a minimalist arch adorned with flowers or fabric and requisite seating arrangements for guests. Notably, the recommendation for a sunset wedding seems geographically misaligned—as New Jersey's ocean beaches face east, sunsets may not be visible over the water.</w:t>
      </w:r>
      <w:r/>
    </w:p>
    <w:p>
      <w:r/>
      <w:r>
        <w:t>ChatGPT also detailed recommendations for wedding receptions, advocating for outdoor celebrations with options such as tents, rooftop venues, or gardens equipped with ocean views. While the suggestion to incorporate ocean views in gardens raised eyebrows, the idea of concluding festivities with a beach bonfire, complete with s’mores, resonated with many.</w:t>
      </w:r>
      <w:r/>
    </w:p>
    <w:p>
      <w:r/>
      <w:r>
        <w:t>Decorative suggestions embrace a quintessential beach and nautical theme, with motifs including seashells, starfish, ropes, anchors, and rustic elements like wood signs and mason jar candles. The attire advice leans towards casual elegance, proposing the bride opt for sandals or barefoot comfort during the ceremony, and suggesting breathable fabrics for all attire, from bridesmaid dresses to groomsmen's suits.</w:t>
      </w:r>
      <w:r/>
    </w:p>
    <w:p>
      <w:r/>
      <w:r>
        <w:t>AI’s vision for wedding activities proposes incorporating beach games and activities, from cornhole to more ambitious undertakings like beach volleyball or paddleboarding—though the practicality of these during a wedding was questioned.</w:t>
      </w:r>
      <w:r/>
    </w:p>
    <w:p>
      <w:r/>
      <w:r>
        <w:t>Entertainment options curated by the AI include hiring a band or DJ to blend beach tunes with the couple’s favourites, culminating potentially with a fireworks display for a memorable send-off.</w:t>
      </w:r>
      <w:r/>
    </w:p>
    <w:p>
      <w:r/>
      <w:r>
        <w:t>The AI's walkthrough sincerely echoes the aspirations of many who find the Jersey Shore's charm perfectly suited for laid-back yet extraordinary weddings. As corroborated by recent newlyweds whose personal narratives align closely with this vision, the guide sparks appreciation for combining detail-oriented planning with the Shore’s natural beauty to craft a truly memorable nuptial event.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https://wobm.com/ai-jersey-shore-wedding/</w:t>
        </w:r>
      </w:hyperlink>
      <w:r>
        <w:t xml:space="preserve"> - Corroborates the AI-driven guide for a Jersey Shore wedding, emphasizing a beachfront venue and a relaxed, beachy aesthetic.</w:t>
      </w:r>
      <w:r/>
    </w:p>
    <w:p>
      <w:pPr>
        <w:pStyle w:val="ListNumber"/>
        <w:spacing w:line="240" w:lineRule="auto"/>
        <w:ind w:left="720"/>
      </w:pPr>
      <w:r/>
      <w:hyperlink r:id="rId10">
        <w:r>
          <w:rPr>
            <w:color w:val="0000EE"/>
            <w:u w:val="single"/>
          </w:rPr>
          <w:t>https://wobm.com/ai-jersey-shore-wedding/</w:t>
        </w:r>
      </w:hyperlink>
      <w:r>
        <w:t xml:space="preserve"> - Details the recommended venues such as LBI, Point Pleasant Beach, Cape May, or Asbury Park, and historical landmarks like the Absecon Lighthouse and Renault Winery.</w:t>
      </w:r>
      <w:r/>
    </w:p>
    <w:p>
      <w:pPr>
        <w:pStyle w:val="ListNumber"/>
        <w:spacing w:line="240" w:lineRule="auto"/>
        <w:ind w:left="720"/>
      </w:pPr>
      <w:r/>
      <w:hyperlink r:id="rId10">
        <w:r>
          <w:rPr>
            <w:color w:val="0000EE"/>
            <w:u w:val="single"/>
          </w:rPr>
          <w:t>https://wobm.com/ai-jersey-shore-wedding/</w:t>
        </w:r>
      </w:hyperlink>
      <w:r>
        <w:t xml:space="preserve"> - Describes the ceremony setup, including exchanging vows with the sound of waves, a minimalist arch, and seating arrangements for guests.</w:t>
      </w:r>
      <w:r/>
    </w:p>
    <w:p>
      <w:pPr>
        <w:pStyle w:val="ListNumber"/>
        <w:spacing w:line="240" w:lineRule="auto"/>
        <w:ind w:left="720"/>
      </w:pPr>
      <w:r/>
      <w:hyperlink r:id="rId10">
        <w:r>
          <w:rPr>
            <w:color w:val="0000EE"/>
            <w:u w:val="single"/>
          </w:rPr>
          <w:t>https://wobm.com/ai-jersey-shore-wedding/</w:t>
        </w:r>
      </w:hyperlink>
      <w:r>
        <w:t xml:space="preserve"> - Addresses the geographical misalignment of having a sunset wedding on New Jersey's ocean beaches.</w:t>
      </w:r>
      <w:r/>
    </w:p>
    <w:p>
      <w:pPr>
        <w:pStyle w:val="ListNumber"/>
        <w:spacing w:line="240" w:lineRule="auto"/>
        <w:ind w:left="720"/>
      </w:pPr>
      <w:r/>
      <w:hyperlink r:id="rId10">
        <w:r>
          <w:rPr>
            <w:color w:val="0000EE"/>
            <w:u w:val="single"/>
          </w:rPr>
          <w:t>https://wobm.com/ai-jersey-shore-wedding/</w:t>
        </w:r>
      </w:hyperlink>
      <w:r>
        <w:t xml:space="preserve"> - Outlines the recommendations for outdoor wedding receptions, including tents, rooftop venues, or gardens with ocean views, and concluding with a beach bonfire.</w:t>
      </w:r>
      <w:r/>
    </w:p>
    <w:p>
      <w:pPr>
        <w:pStyle w:val="ListNumber"/>
        <w:spacing w:line="240" w:lineRule="auto"/>
        <w:ind w:left="720"/>
      </w:pPr>
      <w:r/>
      <w:hyperlink r:id="rId10">
        <w:r>
          <w:rPr>
            <w:color w:val="0000EE"/>
            <w:u w:val="single"/>
          </w:rPr>
          <w:t>https://wobm.com/ai-jersey-shore-wedding/</w:t>
        </w:r>
      </w:hyperlink>
      <w:r>
        <w:t xml:space="preserve"> - Discusses the decorative suggestions, such as a beach and nautical theme with seashells, starfish, ropes, anchors, and rustic elements.</w:t>
      </w:r>
      <w:r/>
    </w:p>
    <w:p>
      <w:pPr>
        <w:pStyle w:val="ListNumber"/>
        <w:spacing w:line="240" w:lineRule="auto"/>
        <w:ind w:left="720"/>
      </w:pPr>
      <w:r/>
      <w:hyperlink r:id="rId10">
        <w:r>
          <w:rPr>
            <w:color w:val="0000EE"/>
            <w:u w:val="single"/>
          </w:rPr>
          <w:t>https://wobm.com/ai-jersey-shore-wedding/</w:t>
        </w:r>
      </w:hyperlink>
      <w:r>
        <w:t xml:space="preserve"> - Provides attire advice, suggesting casual elegance with sandals or barefoot comfort for the bride and breathable fabrics for all attire.</w:t>
      </w:r>
      <w:r/>
    </w:p>
    <w:p>
      <w:pPr>
        <w:pStyle w:val="ListNumber"/>
        <w:spacing w:line="240" w:lineRule="auto"/>
        <w:ind w:left="720"/>
      </w:pPr>
      <w:r/>
      <w:hyperlink r:id="rId10">
        <w:r>
          <w:rPr>
            <w:color w:val="0000EE"/>
            <w:u w:val="single"/>
          </w:rPr>
          <w:t>https://wobm.com/ai-jersey-shore-wedding/</w:t>
        </w:r>
      </w:hyperlink>
      <w:r>
        <w:t xml:space="preserve"> - Proposes wedding activities like beach games, beach volleyball, and paddleboarding, though questioning their practicality during a wedding.</w:t>
      </w:r>
      <w:r/>
    </w:p>
    <w:p>
      <w:pPr>
        <w:pStyle w:val="ListNumber"/>
        <w:spacing w:line="240" w:lineRule="auto"/>
        <w:ind w:left="720"/>
      </w:pPr>
      <w:r/>
      <w:hyperlink r:id="rId10">
        <w:r>
          <w:rPr>
            <w:color w:val="0000EE"/>
            <w:u w:val="single"/>
          </w:rPr>
          <w:t>https://wobm.com/ai-jersey-shore-wedding/</w:t>
        </w:r>
      </w:hyperlink>
      <w:r>
        <w:t xml:space="preserve"> - Suggests entertainment options, including hiring a band or DJ and a potential fireworks display for a memorable send-off.</w:t>
      </w:r>
      <w:r/>
    </w:p>
    <w:p>
      <w:pPr>
        <w:pStyle w:val="ListNumber"/>
        <w:spacing w:line="240" w:lineRule="auto"/>
        <w:ind w:left="720"/>
      </w:pPr>
      <w:r/>
      <w:hyperlink r:id="rId11">
        <w:r>
          <w:rPr>
            <w:color w:val="0000EE"/>
            <w:u w:val="single"/>
          </w:rPr>
          <w:t>https://chatgpt.com/g/g-OqzywQn5y-wedding-planning-guide</w:t>
        </w:r>
      </w:hyperlink>
      <w:r>
        <w:t xml:space="preserve"> - Supports the use of AI in wedding planning, including venue selection, budgeting, and timelines, aligning with the comprehensive guide provided by ChatGPT.</w:t>
      </w:r>
      <w:r/>
    </w:p>
    <w:p>
      <w:pPr>
        <w:pStyle w:val="ListNumber"/>
        <w:spacing w:line="240" w:lineRule="auto"/>
        <w:ind w:left="720"/>
      </w:pPr>
      <w:r/>
      <w:hyperlink r:id="rId12">
        <w:r>
          <w:rPr>
            <w:color w:val="0000EE"/>
            <w:u w:val="single"/>
          </w:rPr>
          <w:t>https://blog.hubspot.com/ai/ai-wedding-planning</w:t>
        </w:r>
      </w:hyperlink>
      <w:r>
        <w:t xml:space="preserve"> - Corroborates the effectiveness of AI in helping with wedding planning, including design inspiration and budgeting, even if it has limitations in certain areas.</w:t>
      </w:r>
      <w:r/>
    </w:p>
    <w:p>
      <w:pPr>
        <w:pStyle w:val="ListNumber"/>
        <w:spacing w:line="240" w:lineRule="auto"/>
        <w:ind w:left="720"/>
      </w:pPr>
      <w:r/>
      <w:hyperlink r:id="rId13">
        <w:r>
          <w:rPr>
            <w:color w:val="0000EE"/>
            <w:u w:val="single"/>
          </w:rPr>
          <w:t>https://nj1015.com/ixp/394/p/ai-jersey-shore-wedding/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obm.com/ai-jersey-shore-wedding/" TargetMode="External"/><Relationship Id="rId11" Type="http://schemas.openxmlformats.org/officeDocument/2006/relationships/hyperlink" Target="https://chatgpt.com/g/g-OqzywQn5y-wedding-planning-guide" TargetMode="External"/><Relationship Id="rId12" Type="http://schemas.openxmlformats.org/officeDocument/2006/relationships/hyperlink" Target="https://blog.hubspot.com/ai/ai-wedding-planning" TargetMode="External"/><Relationship Id="rId13" Type="http://schemas.openxmlformats.org/officeDocument/2006/relationships/hyperlink" Target="https://nj1015.com/ixp/394/p/ai-jersey-shore-wedd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