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develops AI-driven Project Jarvis for enhanced user interaction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is reportedly in the advanced stages of developing a new AI-driven concept named "Project Jarvis", which could see its preliminary unveiling as soon as December. This initiative represents Google's foray into the realm of large action models, a burgeoning aspect of artificial intelligence that focuses on executing comprehensive tasks on behalf of users, such as conducting research, making purchases, or reserving flights. The potentially groundbreaking development was reported by The Information, which cited insights from three individuals familiar with the project.</w:t>
      </w:r>
      <w:r/>
    </w:p>
    <w:p>
      <w:r/>
      <w:r>
        <w:t>Project Jarvis is said to be centred around a future variant of Google's AI technology, known as Gemini. Designed to operate exclusively within a web browser, the tool, at least initially, will be optimised specifically for use with Google's Chrome browser. Its main purpose is to streamline and automate routine, web-based tasks by analysing and interpreting on-screen content. This includes taking screenshots, executing clicks, and entering text. According to the latest updates, the current iteration of Project Jarvis takes a few seconds between actions, suggesting rapid progress towards adept, seamless interactions.</w:t>
      </w:r>
      <w:r/>
    </w:p>
    <w:p>
      <w:r/>
      <w:r>
        <w:t>This ambitious project places Google in direct competition with other tech giants in developing similar AI technologies. For instance, Microsoft is working on Copilot Vision, which is designed to facilitate interactive discussions with users about the web pages they are currently viewing. Similarly, Apple is reportedly advancing its own in-app intelligence, potentially allowing users to perform cross-application tasks in the near future.</w:t>
      </w:r>
      <w:r/>
    </w:p>
    <w:p>
      <w:r/>
      <w:r>
        <w:t>Meanwhile, other competitors in the tech arena are also making strides. Anthropic, for instance, has introduced a beta version of Claude, which, although described as "cumbersome and error-prone," signifies a step towards AI capable of autonomously navigating and utilizing a computer. OpenAI, another key player, is reported to be undertaking similar projects aimed at enhancing computer usability through intelligent automation.</w:t>
      </w:r>
      <w:r/>
    </w:p>
    <w:p>
      <w:r/>
      <w:r>
        <w:t>Google's Project Jarvis, once realized and launched, could redefine users' interaction with technology by simplifying complex tasks through AI-enhanced automation. The project’s impact will be keenly watched as it represents not only a potential leap in productivity tools but also intensifies the competitive landscape among leading technology developers.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https://www.theverge.com/2024/10/26/24280431/google-project-jarvis-ai-system-computer-using-agent</w:t>
        </w:r>
      </w:hyperlink>
      <w:r>
        <w:t xml:space="preserve"> - Reports on Google's development of Project Jarvis, an AI system designed to take over computers and manage tasks.</w:t>
      </w:r>
      <w:r/>
    </w:p>
    <w:p>
      <w:pPr>
        <w:pStyle w:val="ListNumber"/>
        <w:spacing w:line="240" w:lineRule="auto"/>
        <w:ind w:left="720"/>
      </w:pPr>
      <w:r/>
      <w:hyperlink r:id="rId11">
        <w:r>
          <w:rPr>
            <w:color w:val="0000EE"/>
            <w:u w:val="single"/>
          </w:rPr>
          <w:t>https://www.reuters.com/technology/artificial-intelligence/google-develop-ai-that-takes-over-computers-information-reports-2024-10-26/</w:t>
        </w:r>
      </w:hyperlink>
      <w:r>
        <w:t xml:space="preserve"> - Details Google's plans to develop AI that takes over computers, citing The Information's report.</w:t>
      </w:r>
      <w:r/>
    </w:p>
    <w:p>
      <w:pPr>
        <w:pStyle w:val="ListNumber"/>
        <w:spacing w:line="240" w:lineRule="auto"/>
        <w:ind w:left="720"/>
      </w:pPr>
      <w:r/>
      <w:hyperlink r:id="rId12">
        <w:r>
          <w:rPr>
            <w:color w:val="0000EE"/>
            <w:u w:val="single"/>
          </w:rPr>
          <w:t>https://www.riotimesonline.com/googles-a-i-assistant-set-to-take-control-of-your-computer/</w:t>
        </w:r>
      </w:hyperlink>
      <w:r>
        <w:t xml:space="preserve"> - Describes Project Jarvis as a major step in AI evolution, focusing on managing online tasks.</w:t>
      </w:r>
      <w:r/>
    </w:p>
    <w:p>
      <w:pPr>
        <w:pStyle w:val="ListNumber"/>
        <w:spacing w:line="240" w:lineRule="auto"/>
        <w:ind w:left="720"/>
      </w:pPr>
      <w:r/>
      <w:hyperlink r:id="rId13">
        <w:r>
          <w:rPr>
            <w:color w:val="0000EE"/>
            <w:u w:val="single"/>
          </w:rPr>
          <w:t>https://www.techedt.com/google-to-unveil-new-ai-tool-project-jarvis-for-managing-online-tasks</w:t>
        </w:r>
      </w:hyperlink>
      <w:r>
        <w:t xml:space="preserve"> - Mentions the upcoming unveiling of Project Jarvis for managing online tasks.</w:t>
      </w:r>
      <w:r/>
    </w:p>
    <w:p>
      <w:pPr>
        <w:pStyle w:val="ListNumber"/>
        <w:spacing w:line="240" w:lineRule="auto"/>
        <w:ind w:left="720"/>
      </w:pPr>
      <w:r/>
      <w:hyperlink r:id="rId14">
        <w:r>
          <w:rPr>
            <w:color w:val="0000EE"/>
            <w:u w:val="single"/>
          </w:rPr>
          <w:t>https://www.hindustantimes.com/business/google-to-develop-ai-that-takes-over-computers-code-named-project-jarvis-report-101730002041467.html</w:t>
        </w:r>
      </w:hyperlink>
      <w:r>
        <w:t xml:space="preserve"> - Reports on the potential December demonstration of Project Jarvis and its integration with the Gemini large language model.</w:t>
      </w:r>
      <w:r/>
    </w:p>
    <w:p>
      <w:pPr>
        <w:pStyle w:val="ListNumber"/>
        <w:spacing w:line="240" w:lineRule="auto"/>
        <w:ind w:left="720"/>
      </w:pPr>
      <w:r/>
      <w:hyperlink r:id="rId14">
        <w:r>
          <w:rPr>
            <w:color w:val="0000EE"/>
            <w:u w:val="single"/>
          </w:rPr>
          <w:t>https://www.hindustantimes.com/business/google-to-develop-ai-that-takes-over-computers-code-named-project-jarvis-report-101730002041467.html</w:t>
        </w:r>
      </w:hyperlink>
      <w:r>
        <w:t xml:space="preserve"> - Discusses the role of Project Jarvis in executing tasks such as research and shopping within a web browser.</w:t>
      </w:r>
      <w:r/>
    </w:p>
    <w:p>
      <w:pPr>
        <w:pStyle w:val="ListNumber"/>
        <w:spacing w:line="240" w:lineRule="auto"/>
        <w:ind w:left="720"/>
      </w:pPr>
      <w:r/>
      <w:hyperlink r:id="rId10">
        <w:r>
          <w:rPr>
            <w:color w:val="0000EE"/>
            <w:u w:val="single"/>
          </w:rPr>
          <w:t>https://www.theverge.com/2024/10/26/24280431/google-project-jarvis-ai-system-computer-using-agent</w:t>
        </w:r>
      </w:hyperlink>
      <w:r>
        <w:t xml:space="preserve"> - Explains how Project Jarvis operates within a web browser, specifically optimized for Google Chrome.</w:t>
      </w:r>
      <w:r/>
    </w:p>
    <w:p>
      <w:pPr>
        <w:pStyle w:val="ListNumber"/>
        <w:spacing w:line="240" w:lineRule="auto"/>
        <w:ind w:left="720"/>
      </w:pPr>
      <w:r/>
      <w:hyperlink r:id="rId11">
        <w:r>
          <w:rPr>
            <w:color w:val="0000EE"/>
            <w:u w:val="single"/>
          </w:rPr>
          <w:t>https://www.reuters.com/technology/artificial-intelligence/google-develop-ai-that-takes-over-computers-information-reports-2024-10-26/</w:t>
        </w:r>
      </w:hyperlink>
      <w:r>
        <w:t xml:space="preserve"> - Highlights the competitive landscape, including Microsoft's Copilot Vision and other AI initiatives.</w:t>
      </w:r>
      <w:r/>
    </w:p>
    <w:p>
      <w:pPr>
        <w:pStyle w:val="ListNumber"/>
        <w:spacing w:line="240" w:lineRule="auto"/>
        <w:ind w:left="720"/>
      </w:pPr>
      <w:r/>
      <w:hyperlink r:id="rId14">
        <w:r>
          <w:rPr>
            <w:color w:val="0000EE"/>
            <w:u w:val="single"/>
          </w:rPr>
          <w:t>https://www.hindustantimes.com/business/google-to-develop-ai-that-takes-over-computers-code-named-project-jarvis-report-101730002041467.html</w:t>
        </w:r>
      </w:hyperlink>
      <w:r>
        <w:t xml:space="preserve"> - Mentions Anthropic's Claude and OpenAI's projects aimed at enhancing computer usability through AI.</w:t>
      </w:r>
      <w:r/>
    </w:p>
    <w:p>
      <w:pPr>
        <w:pStyle w:val="ListNumber"/>
        <w:spacing w:line="240" w:lineRule="auto"/>
        <w:ind w:left="720"/>
      </w:pPr>
      <w:r/>
      <w:hyperlink r:id="rId12">
        <w:r>
          <w:rPr>
            <w:color w:val="0000EE"/>
            <w:u w:val="single"/>
          </w:rPr>
          <w:t>https://www.riotimesonline.com/googles-a-i-assistant-set-to-take-control-of-your-computer/</w:t>
        </w:r>
      </w:hyperlink>
      <w:r>
        <w:t xml:space="preserve"> - Discusses the potential impact of Project Jarvis on user interaction with technology and productivity tools.</w:t>
      </w:r>
      <w:r/>
    </w:p>
    <w:p>
      <w:pPr>
        <w:pStyle w:val="ListNumber"/>
        <w:spacing w:line="240" w:lineRule="auto"/>
        <w:ind w:left="720"/>
      </w:pPr>
      <w:r/>
      <w:hyperlink r:id="rId10">
        <w:r>
          <w:rPr>
            <w:color w:val="0000EE"/>
            <w:u w:val="single"/>
          </w:rPr>
          <w:t>https://www.theverge.com/2024/10/26/24280431/google-project-jarvis-ai-system-computer-using-agent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26/24280431/google-project-jarvis-ai-system-computer-using-agent" TargetMode="External"/><Relationship Id="rId11" Type="http://schemas.openxmlformats.org/officeDocument/2006/relationships/hyperlink" Target="https://www.reuters.com/technology/artificial-intelligence/google-develop-ai-that-takes-over-computers-information-reports-2024-10-26/" TargetMode="External"/><Relationship Id="rId12" Type="http://schemas.openxmlformats.org/officeDocument/2006/relationships/hyperlink" Target="https://www.riotimesonline.com/googles-a-i-assistant-set-to-take-control-of-your-computer/" TargetMode="External"/><Relationship Id="rId13" Type="http://schemas.openxmlformats.org/officeDocument/2006/relationships/hyperlink" Target="https://www.techedt.com/google-to-unveil-new-ai-tool-project-jarvis-for-managing-online-tasks" TargetMode="External"/><Relationship Id="rId14" Type="http://schemas.openxmlformats.org/officeDocument/2006/relationships/hyperlink" Target="https://www.hindustantimes.com/business/google-to-develop-ai-that-takes-over-computers-code-named-project-jarvis-report-10173000204146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