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latest ad celebrates Diwali with iPhone and Pixel friendship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light-hearted and creative twist, the latest ad from Google's #BestPhonesForever series, titled "Happy Diwali," explores the friendship between two of the world’s most popular smartphones: the iPhone and the Pixel. As the Hindu Festival of Lights, Diwali, approaches, the ad features the iPhone cheerfully greeting its Pixel counterpart, specifically the Pixel 9 Pro, with a "Happy Diwali" message. This festive greeting sets the stage for a series of playful interactions between the two devices.</w:t>
      </w:r>
      <w:r/>
    </w:p>
    <w:p>
      <w:r/>
      <w:r>
        <w:t>The ad cleverly uses stop-action animation to depict iPhone making a series of well-intentioned Diwali wishes for the Pixel. These wishes include hopes that Pixel will soon gain new artificial intelligence (AI) abilities such as having live conversations with Gemini, summarizing unread emails, and adding a person to group photos even if they were the photographer. However, in a humorous twist, each of these hoped-for capabilities are already part of the Pixel 9 Pro's feature set.</w:t>
      </w:r>
      <w:r/>
    </w:p>
    <w:p>
      <w:r/>
      <w:r>
        <w:t>The ad highlights Google’s advanced AI innovations by demonstrating that the Pixel 9 Pro can indeed perform all these tasks. One notable feature, whimsically referenced as "Add Me," allows the Pixel to include the photographer in a group photo by leaving space in the original image. The comedic moment reaches a peak as the iPhone, out of wishes, asks Pixel what its own Diwali wish might be. The Pixel warmly responds with, "I already got it. The World's Best Friend," pointing towards the amicable bond portrayed between the two devices. Following this interplay, Google extends Diwali greetings to everyone celebrating the festival.</w:t>
      </w:r>
      <w:r/>
    </w:p>
    <w:p>
      <w:pPr>
        <w:pStyle w:val="Heading1"/>
      </w:pPr>
      <w:r>
        <w:t>BestPhonesForever has garnered a substantial following online, appealing to both iPhone and Pixel enthusiasts. The series presents a friendly rivalry, often showcasing the Pixel's latest features while maintaining a humorous rapport with its Apple counterpart. These animations have become popular for their engaging storytelling and unique presentation style that draws viewers in with a narrative beyond technical specs.</w:t>
      </w:r>
      <w:r/>
    </w:p>
    <w:p>
      <w:r/>
      <w:r>
        <w:t>In previous episodes, audiences have seen the Pixel being introduced as more than just a smartphone, hinting at its versatility and potentially teasing future features that could blend mobile and tablet functionalities. Meanwhile, fans are left to anticipate future interactions between these tech titans, possibly involving new models or innovative features that push the boundaries of mobile technology.</w:t>
      </w:r>
      <w:r/>
    </w:p>
    <w:p>
      <w:r/>
      <w:r>
        <w:t>As Diwali approaches on October 31st, this ad stands as a tribute to not only the joyous festival but also to the playful spirit between these two iconic smartphone brands.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https://timesofindia.indiatimes.com/technology/tech-news/happy-diwali-pixel-watch-googles-new-ad-making-fun-of-best-friend-iphone/articleshow/114652413.cms</w:t>
        </w:r>
      </w:hyperlink>
      <w:r>
        <w:t xml:space="preserve"> - This article corroborates the details of Google's new ad, including its humorous contrast between the AI features of the Pixel and the iPhone, and the Diwali-themed exchange.</w:t>
      </w:r>
      <w:r/>
    </w:p>
    <w:p>
      <w:pPr>
        <w:pStyle w:val="ListNumber"/>
        <w:spacing w:line="240" w:lineRule="auto"/>
        <w:ind w:left="720"/>
      </w:pPr>
      <w:r/>
      <w:hyperlink r:id="rId11">
        <w:r>
          <w:rPr>
            <w:color w:val="0000EE"/>
            <w:u w:val="single"/>
          </w:rPr>
          <w:t>https://www.youtube.com/c/madebygoogle</w:t>
        </w:r>
      </w:hyperlink>
      <w:r>
        <w:t xml:space="preserve"> - This YouTube channel hosts the 'Made by Google' series, which includes the 'Happy Diwali' ad and other related content showcasing the Pixel 9 Pro's features.</w:t>
      </w:r>
      <w:r/>
    </w:p>
    <w:p>
      <w:pPr>
        <w:pStyle w:val="ListNumber"/>
        <w:spacing w:line="240" w:lineRule="auto"/>
        <w:ind w:left="720"/>
      </w:pPr>
      <w:r/>
      <w:hyperlink r:id="rId12">
        <w:r>
          <w:rPr>
            <w:color w:val="0000EE"/>
            <w:u w:val="single"/>
          </w:rPr>
          <w:t>https://www.youtube.com/watch?v=LPfMZWCNwls</w:t>
        </w:r>
      </w:hyperlink>
      <w:r>
        <w:t xml:space="preserve"> - This video is part of the '#BestPhonesForever' series and shows the Diwali-themed ad, highlighting the interaction between the iPhone and the Pixel 9 Pro.</w:t>
      </w:r>
      <w:r/>
    </w:p>
    <w:p>
      <w:pPr>
        <w:pStyle w:val="ListNumber"/>
        <w:spacing w:line="240" w:lineRule="auto"/>
        <w:ind w:left="720"/>
      </w:pPr>
      <w:r/>
      <w:hyperlink r:id="rId13">
        <w:r>
          <w:rPr>
            <w:color w:val="0000EE"/>
            <w:u w:val="single"/>
          </w:rPr>
          <w:t>https://www.youtube.com/watch?v=CP_DuIPRThQ</w:t>
        </w:r>
      </w:hyperlink>
      <w:r>
        <w:t xml:space="preserve"> - This video is another part of the '#BestPhonesForever' series, featuring the Diwali ad and other interactions between the iPhone and Pixel.</w:t>
      </w:r>
      <w:r/>
    </w:p>
    <w:p>
      <w:pPr>
        <w:pStyle w:val="ListNumber"/>
        <w:spacing w:line="240" w:lineRule="auto"/>
        <w:ind w:left="720"/>
      </w:pPr>
      <w:r/>
      <w:hyperlink r:id="rId14">
        <w:r>
          <w:rPr>
            <w:color w:val="0000EE"/>
            <w:u w:val="single"/>
          </w:rPr>
          <w:t>https://www.youtube.com/playlist?list=PLnKtcw5mIGUR-aMBz9AphxHzEH7Kt-azY</w:t>
        </w:r>
      </w:hyperlink>
      <w:r>
        <w:t xml:space="preserve"> - This playlist includes various videos from the '#BestPhonesForever' series, showcasing the friendly rivalry and feature comparisons between iPhone and Pixel.</w:t>
      </w:r>
      <w:r/>
    </w:p>
    <w:p>
      <w:pPr>
        <w:pStyle w:val="ListNumber"/>
        <w:spacing w:line="240" w:lineRule="auto"/>
        <w:ind w:left="720"/>
      </w:pPr>
      <w:r/>
      <w:hyperlink r:id="rId10">
        <w:r>
          <w:rPr>
            <w:color w:val="0000EE"/>
            <w:u w:val="single"/>
          </w:rPr>
          <w:t>https://timesofindia.indiatimes.com/technology/tech-news/happy-diwali-pixel-watch-googles-new-ad-making-fun-of-best-friend-iphone/articleshow/114652413.cms</w:t>
        </w:r>
      </w:hyperlink>
      <w:r>
        <w:t xml:space="preserve"> - This article mentions the specific AI features highlighted in the ad, such as live conversations with Gemini and adding a person to group photos.</w:t>
      </w:r>
      <w:r/>
    </w:p>
    <w:p>
      <w:pPr>
        <w:pStyle w:val="ListNumber"/>
        <w:spacing w:line="240" w:lineRule="auto"/>
        <w:ind w:left="720"/>
      </w:pPr>
      <w:r/>
      <w:hyperlink r:id="rId11">
        <w:r>
          <w:rPr>
            <w:color w:val="0000EE"/>
            <w:u w:val="single"/>
          </w:rPr>
          <w:t>https://www.youtube.com/c/madebygoogle</w:t>
        </w:r>
      </w:hyperlink>
      <w:r>
        <w:t xml:space="preserve"> - The channel features various ads and promotional content that demonstrate the Pixel's advanced AI innovations, including the 'Add Me' feature.</w:t>
      </w:r>
      <w:r/>
    </w:p>
    <w:p>
      <w:pPr>
        <w:pStyle w:val="ListNumber"/>
        <w:spacing w:line="240" w:lineRule="auto"/>
        <w:ind w:left="720"/>
      </w:pPr>
      <w:r/>
      <w:hyperlink r:id="rId12">
        <w:r>
          <w:rPr>
            <w:color w:val="0000EE"/>
            <w:u w:val="single"/>
          </w:rPr>
          <w:t>https://www.youtube.com/watch?v=LPfMZWCNwls</w:t>
        </w:r>
      </w:hyperlink>
      <w:r>
        <w:t xml:space="preserve"> - This video shows the comedic moment where the iPhone asks the Pixel about its Diwali wish, and the Pixel's response about having the 'World's Best Friend'.</w:t>
      </w:r>
      <w:r/>
    </w:p>
    <w:p>
      <w:pPr>
        <w:pStyle w:val="ListNumber"/>
        <w:spacing w:line="240" w:lineRule="auto"/>
        <w:ind w:left="720"/>
      </w:pPr>
      <w:r/>
      <w:hyperlink r:id="rId10">
        <w:r>
          <w:rPr>
            <w:color w:val="0000EE"/>
            <w:u w:val="single"/>
          </w:rPr>
          <w:t>https://timesofindia.indiatimes.com/technology/tech-news/happy-diwali-pixel-watch-googles-new-ad-making-fun-of-best-friend-iphone/articleshow/114652413.cms</w:t>
        </w:r>
      </w:hyperlink>
      <w:r>
        <w:t xml:space="preserve"> - The article discusses how the '#BestPhonesForever' series has garnered a substantial following online and its appeal to both iPhone and Pixel enthusiasts.</w:t>
      </w:r>
      <w:r/>
    </w:p>
    <w:p>
      <w:pPr>
        <w:pStyle w:val="ListNumber"/>
        <w:spacing w:line="240" w:lineRule="auto"/>
        <w:ind w:left="720"/>
      </w:pPr>
      <w:r/>
      <w:hyperlink r:id="rId14">
        <w:r>
          <w:rPr>
            <w:color w:val="0000EE"/>
            <w:u w:val="single"/>
          </w:rPr>
          <w:t>https://www.youtube.com/playlist?list=PLnKtcw5mIGUR-aMBz9AphxHzEH7Kt-azY</w:t>
        </w:r>
      </w:hyperlink>
      <w:r>
        <w:t xml:space="preserve"> - The playlist includes previous episodes that hint at the Pixel's versatility and potential future features blending mobile and tablet functionalities.</w:t>
      </w:r>
      <w:r/>
    </w:p>
    <w:p>
      <w:pPr>
        <w:pStyle w:val="ListNumber"/>
        <w:spacing w:line="240" w:lineRule="auto"/>
        <w:ind w:left="720"/>
      </w:pPr>
      <w:r/>
      <w:hyperlink r:id="rId11">
        <w:r>
          <w:rPr>
            <w:color w:val="0000EE"/>
            <w:u w:val="single"/>
          </w:rPr>
          <w:t>https://www.youtube.com/c/madebygoogle</w:t>
        </w:r>
      </w:hyperlink>
      <w:r>
        <w:t xml:space="preserve"> - The channel often features animations that showcase the Pixel's latest features in an engaging and humorous way, drawing viewers in with a narrative beyond technical specs.</w:t>
      </w:r>
      <w:r/>
    </w:p>
    <w:p>
      <w:pPr>
        <w:pStyle w:val="ListNumber"/>
        <w:spacing w:line="240" w:lineRule="auto"/>
        <w:ind w:left="720"/>
      </w:pPr>
      <w:r/>
      <w:hyperlink r:id="rId15">
        <w:r>
          <w:rPr>
            <w:color w:val="0000EE"/>
            <w:u w:val="single"/>
          </w:rPr>
          <w:t>https://www.phonearena.com/news/iphone-and-pixel-celebrate-diwali_id164144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imesofindia.indiatimes.com/technology/tech-news/happy-diwali-pixel-watch-googles-new-ad-making-fun-of-best-friend-iphone/articleshow/114652413.cms" TargetMode="External"/><Relationship Id="rId11" Type="http://schemas.openxmlformats.org/officeDocument/2006/relationships/hyperlink" Target="https://www.youtube.com/c/madebygoogle" TargetMode="External"/><Relationship Id="rId12" Type="http://schemas.openxmlformats.org/officeDocument/2006/relationships/hyperlink" Target="https://www.youtube.com/watch?v=LPfMZWCNwls" TargetMode="External"/><Relationship Id="rId13" Type="http://schemas.openxmlformats.org/officeDocument/2006/relationships/hyperlink" Target="https://www.youtube.com/watch?v=CP_DuIPRThQ" TargetMode="External"/><Relationship Id="rId14" Type="http://schemas.openxmlformats.org/officeDocument/2006/relationships/hyperlink" Target="https://www.youtube.com/playlist?list=PLnKtcw5mIGUR-aMBz9AphxHzEH7Kt-azY" TargetMode="External"/><Relationship Id="rId15" Type="http://schemas.openxmlformats.org/officeDocument/2006/relationships/hyperlink" Target="https://www.phonearena.com/news/iphone-and-pixel-celebrate-diwali_id16414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