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Salt Lake City police warn residents about sophisticated email scam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Salt Lake City, Utah – The Salt Lake City Police Department (SLCPD) has raised alarm over a sophisticated scam involving a counterfeit email that falsely portrays the department's Chief, Mike Brown. A resident of Woods Cross first alerted the authorities on this fraudulent activity, which initiated via an email purportedly from a pseudo SLCPD account.</w:t>
      </w:r>
      <w:r/>
    </w:p>
    <w:p>
      <w:r/>
      <w:r>
        <w:t>This deceitful communication contained a video message using footage from an earlier interview Chief Brown participated in with ABC4. The voice in this message claims to be from Chief Brown and delivers a worrying narrative to the email recipients. It alleges that a wire transfer to a Limited Liability Company (LLC) was declined due to an absent reference number and insists the targeted person owes nearly $100,000 to the federal government.</w:t>
      </w:r>
      <w:r/>
    </w:p>
    <w:p>
      <w:r/>
      <w:r>
        <w:t>According to a statement from the police, although the voice closely resembles that of Chief Brown, the message's authenticity falters under scrutiny. It displays unnatural speech patterns, unusual word emphasis, and an inconsistent tone. Moreover, the audio exhibits evident acoustic alterations from one sentence to another, pointing to spurious edits.</w:t>
      </w:r>
      <w:r/>
    </w:p>
    <w:p>
      <w:r/>
      <w:r>
        <w:t>The email account from which the message originated uses a Google account setup in the SLCPD's name, followed by a series of numbers. Genuine communications from the Salt Lake City government, including SLCPD, employ the official domain "slc.gov".</w:t>
      </w:r>
      <w:r/>
    </w:p>
    <w:p>
      <w:r/>
      <w:r>
        <w:t>The police department explained the tactic, known as 'voice cloning' or 'deep fakes', where scammers utilise publicly available videos and sound recordings to create realistic but deceitful audio clips and videos. These sophisticated scams frequently involve distress calls from individuals impersonating trusted figures or loved ones, urging immediate financial transfers via untraceable means like wire transfers or gift cards.</w:t>
      </w:r>
      <w:r/>
    </w:p>
    <w:p>
      <w:r/>
      <w:r>
        <w:t>In light of this incident, the SLCPD recommends that individuals who receive such pleas for money take critical steps to verify the authenticity of the call. It is advised not to comply immediately with the financial requests. Instead, recipients are encouraged to resist panic, ask personal questions that only the real individual would answer accurately, and contact the supposed caller through their known, legitimate phone number.</w:t>
      </w:r>
      <w:r/>
    </w:p>
    <w:p>
      <w:r/>
      <w:r>
        <w:t>Furthermore, the police department advises minimising the sharing of personal information on social media platforms to reduce vulnerability to such scams. Scammers often exploit this information to make their impersonations more believable.</w:t>
      </w:r>
      <w:r/>
    </w:p>
    <w:p>
      <w:r/>
      <w:r>
        <w:t>The investigation into this specific scam, especially the fraudulent video impersonating Chief Mike Brown, is actively ongoing. The SLCPD has requested anyone who receives a suspect communication involving a law enforcement agency to directly reach out to that agency for confirmation.</w:t>
      </w:r>
      <w:r/>
    </w:p>
    <w:p>
      <w:r/>
      <w:r>
        <w:t>This incident highlights the increasingly sophisticated techniques employed by scammers and the importance of vigilance and verification when dealing with unexpected communications claiming to be from trusted sources.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https://www.yahoo.com/news/salt-lake-city-police-warn-015923871.html</w:t>
        </w:r>
      </w:hyperlink>
      <w:r>
        <w:t xml:space="preserve"> - Corroborates the scam involving an email with AI-generated voice and video of Chief Mike Brown, and the warnings issued by the Salt Lake City Police Department.</w:t>
      </w:r>
      <w:r/>
    </w:p>
    <w:p>
      <w:pPr>
        <w:pStyle w:val="ListNumber"/>
        <w:spacing w:line="240" w:lineRule="auto"/>
        <w:ind w:left="720"/>
      </w:pPr>
      <w:r/>
      <w:hyperlink r:id="rId11">
        <w:r>
          <w:rPr>
            <w:color w:val="0000EE"/>
            <w:u w:val="single"/>
          </w:rPr>
          <w:t>https://gephardtdaily.com/local/slcpd-warns-of-scam-using-ai-generated-voice-imitating-chief-mike-brown/</w:t>
        </w:r>
      </w:hyperlink>
      <w:r>
        <w:t xml:space="preserve"> - Supports the information about the scam using AI-generated voice imitating Chief Mike Brown and the fake SLCPD email account.</w:t>
      </w:r>
      <w:r/>
    </w:p>
    <w:p>
      <w:pPr>
        <w:pStyle w:val="ListNumber"/>
        <w:spacing w:line="240" w:lineRule="auto"/>
        <w:ind w:left="720"/>
      </w:pPr>
      <w:r/>
      <w:hyperlink r:id="rId12">
        <w:r>
          <w:rPr>
            <w:color w:val="0000EE"/>
            <w:u w:val="single"/>
          </w:rPr>
          <w:t>https://twitter.com/slcpd/status/1849964020289225207</w:t>
        </w:r>
      </w:hyperlink>
      <w:r>
        <w:t xml:space="preserve"> - Confirms the receipt of an email from a fake SLCPD account by a community member in Woods Cross and the ongoing investigation.</w:t>
      </w:r>
      <w:r/>
    </w:p>
    <w:p>
      <w:pPr>
        <w:pStyle w:val="ListNumber"/>
        <w:spacing w:line="240" w:lineRule="auto"/>
        <w:ind w:left="720"/>
      </w:pPr>
      <w:r/>
      <w:hyperlink r:id="rId13">
        <w:r>
          <w:rPr>
            <w:color w:val="0000EE"/>
            <w:u w:val="single"/>
          </w:rPr>
          <w:t>https://www.youtube.com/watch?v=Gfam9O8Qiek</w:t>
        </w:r>
      </w:hyperlink>
      <w:r>
        <w:t xml:space="preserve"> - Provides details on the scam using Chief Mike Brown's image and voice, and the warnings from the Salt Lake City Police.</w:t>
      </w:r>
      <w:r/>
    </w:p>
    <w:p>
      <w:pPr>
        <w:pStyle w:val="ListNumber"/>
        <w:spacing w:line="240" w:lineRule="auto"/>
        <w:ind w:left="720"/>
      </w:pPr>
      <w:r/>
      <w:hyperlink r:id="rId14">
        <w:r>
          <w:rPr>
            <w:color w:val="0000EE"/>
            <w:u w:val="single"/>
          </w:rPr>
          <w:t>https://www.youtube.com/watch?v=HslIVqeYbfU</w:t>
        </w:r>
      </w:hyperlink>
      <w:r>
        <w:t xml:space="preserve"> - Supports the information about the video message using footage from an earlier interview with ABC4 and the police warnings on voice cloning.</w:t>
      </w:r>
      <w:r/>
    </w:p>
    <w:p>
      <w:pPr>
        <w:pStyle w:val="ListNumber"/>
        <w:spacing w:line="240" w:lineRule="auto"/>
        <w:ind w:left="720"/>
      </w:pPr>
      <w:r/>
      <w:hyperlink r:id="rId10">
        <w:r>
          <w:rPr>
            <w:color w:val="0000EE"/>
            <w:u w:val="single"/>
          </w:rPr>
          <w:t>https://www.yahoo.com/news/salt-lake-city-police-warn-015923871.html</w:t>
        </w:r>
      </w:hyperlink>
      <w:r>
        <w:t xml:space="preserve"> - Explains that genuine communications from SLCPD use the official domain 'slc.gov' and not Google accounts.</w:t>
      </w:r>
      <w:r/>
    </w:p>
    <w:p>
      <w:pPr>
        <w:pStyle w:val="ListNumber"/>
        <w:spacing w:line="240" w:lineRule="auto"/>
        <w:ind w:left="720"/>
      </w:pPr>
      <w:r/>
      <w:hyperlink r:id="rId11">
        <w:r>
          <w:rPr>
            <w:color w:val="0000EE"/>
            <w:u w:val="single"/>
          </w:rPr>
          <w:t>https://gephardtdaily.com/local/slcpd-warns-of-scam-using-ai-generated-voice-imitating-chief-mike-brown/</w:t>
        </w:r>
      </w:hyperlink>
      <w:r>
        <w:t xml:space="preserve"> - Describes the tactic of 'voice cloning' or 'deep fakes' used by scammers to create realistic audio clips and videos.</w:t>
      </w:r>
      <w:r/>
    </w:p>
    <w:p>
      <w:pPr>
        <w:pStyle w:val="ListNumber"/>
        <w:spacing w:line="240" w:lineRule="auto"/>
        <w:ind w:left="720"/>
      </w:pPr>
      <w:r/>
      <w:hyperlink r:id="rId12">
        <w:r>
          <w:rPr>
            <w:color w:val="0000EE"/>
            <w:u w:val="single"/>
          </w:rPr>
          <w:t>https://twitter.com/slcpd/status/1849964020289225207</w:t>
        </w:r>
      </w:hyperlink>
      <w:r>
        <w:t xml:space="preserve"> - Advises on verifying the authenticity of calls and not complying immediately with financial requests.</w:t>
      </w:r>
      <w:r/>
    </w:p>
    <w:p>
      <w:pPr>
        <w:pStyle w:val="ListNumber"/>
        <w:spacing w:line="240" w:lineRule="auto"/>
        <w:ind w:left="720"/>
      </w:pPr>
      <w:r/>
      <w:hyperlink r:id="rId13">
        <w:r>
          <w:rPr>
            <w:color w:val="0000EE"/>
            <w:u w:val="single"/>
          </w:rPr>
          <w:t>https://www.youtube.com/watch?v=Gfam9O8Qiek</w:t>
        </w:r>
      </w:hyperlink>
      <w:r>
        <w:t xml:space="preserve"> - Highlights the importance of not sharing personal information on social media to reduce vulnerability to scams.</w:t>
      </w:r>
      <w:r/>
    </w:p>
    <w:p>
      <w:pPr>
        <w:pStyle w:val="ListNumber"/>
        <w:spacing w:line="240" w:lineRule="auto"/>
        <w:ind w:left="720"/>
      </w:pPr>
      <w:r/>
      <w:hyperlink r:id="rId14">
        <w:r>
          <w:rPr>
            <w:color w:val="0000EE"/>
            <w:u w:val="single"/>
          </w:rPr>
          <w:t>https://www.youtube.com/watch?v=HslIVqeYbfU</w:t>
        </w:r>
      </w:hyperlink>
      <w:r>
        <w:t xml:space="preserve"> - Recommends asking personal questions and contacting the supposed caller through their known, legitimate phone number to verify authenticity.</w:t>
      </w:r>
      <w:r/>
    </w:p>
    <w:p>
      <w:pPr>
        <w:pStyle w:val="ListNumber"/>
        <w:spacing w:line="240" w:lineRule="auto"/>
        <w:ind w:left="720"/>
      </w:pPr>
      <w:r/>
      <w:hyperlink r:id="rId10">
        <w:r>
          <w:rPr>
            <w:color w:val="0000EE"/>
            <w:u w:val="single"/>
          </w:rPr>
          <w:t>https://www.yahoo.com/news/salt-lake-city-police-warn-015923871.html</w:t>
        </w:r>
      </w:hyperlink>
      <w:r>
        <w:t xml:space="preserve"> - Mentions the ongoing investigation into the scam and the request for anyone to report suspect communications to the relevant law enforcement agency.</w:t>
      </w:r>
      <w:r/>
    </w:p>
    <w:p>
      <w:pPr>
        <w:pStyle w:val="ListNumber"/>
        <w:spacing w:line="240" w:lineRule="auto"/>
        <w:ind w:left="720"/>
      </w:pPr>
      <w:r/>
      <w:hyperlink r:id="rId11">
        <w:r>
          <w:rPr>
            <w:color w:val="0000EE"/>
            <w:u w:val="single"/>
          </w:rPr>
          <w:t>https://gephardtdaily.com/local/slcpd-warns-of-scam-using-ai-generated-voice-imitating-chief-mike-brown/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news/salt-lake-city-police-warn-015923871.html" TargetMode="External"/><Relationship Id="rId11" Type="http://schemas.openxmlformats.org/officeDocument/2006/relationships/hyperlink" Target="https://gephardtdaily.com/local/slcpd-warns-of-scam-using-ai-generated-voice-imitating-chief-mike-brown/" TargetMode="External"/><Relationship Id="rId12" Type="http://schemas.openxmlformats.org/officeDocument/2006/relationships/hyperlink" Target="https://twitter.com/slcpd/status/1849964020289225207" TargetMode="External"/><Relationship Id="rId13" Type="http://schemas.openxmlformats.org/officeDocument/2006/relationships/hyperlink" Target="https://www.youtube.com/watch?v=Gfam9O8Qiek" TargetMode="External"/><Relationship Id="rId14" Type="http://schemas.openxmlformats.org/officeDocument/2006/relationships/hyperlink" Target="https://www.youtube.com/watch?v=HslIVqeYbf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