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Scammers use AI deepfake technology in property fraud attempt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startling new instance of technological misuse, scammers attempted to fraudulently acquire a property in Broward County, Florida, by deploying advanced artificial intelligence (AI) techniques. This audacious attempt involved AI-generated deepfake technology to impersonate the rightful owner of a vacant plot of land, nearly succeeding in duping a local title company responsible for ensuring the legal transfer of property ownership. </w:t>
      </w:r>
      <w:r/>
    </w:p>
    <w:p>
      <w:r/>
      <w:r>
        <w:t>Marty Kiar, a property appraiser for Broward County, revealed the intricate details of the scam. According to him, the scheme was initiated when a woman, purporting to own a vacant lot, contacted the title firm expressing her desire to sell. Despite initial skepticism, the firm eventually arranged a live video call to verify her identity. The individual who appeared on this call was not the true proprietor but rather an AI-generated version of a missing woman, brought to virtual life through deepfake technology.</w:t>
      </w:r>
      <w:r/>
    </w:p>
    <w:p>
      <w:r/>
      <w:r>
        <w:t>This incident underscores growing concerns amongst experts regarding the misuse of AI in creative and increasingly sophisticated fraudulent activities. Title fraud, while not unprecedented, is experiencing a significant technological transformation. As public property data, including transaction records and deeds, is readily accessible, the introduction of AI has streamlined the process for criminals. Tyler Adams, CEO of wire fraud prevention company CertifID, explains how AI efficiently ingests and synthesizes vast amounts of public data, facilitating more sophisticated levels of impersonation.</w:t>
      </w:r>
      <w:r/>
    </w:p>
    <w:p>
      <w:r/>
      <w:r>
        <w:t>AI technology's capabilities have enabled other forms of nefarious activity. Similar scams have seen the use of AI to create deepfaked voices, impersonating family members seeking ransom or even political figures influencing potential voters. A notable example involved AI mimicking President Joe Biden in robocalls, prompting the Federal Communications Commission to ban such unsolicited communications.</w:t>
      </w:r>
      <w:r/>
    </w:p>
    <w:p>
      <w:r/>
      <w:r>
        <w:t>Despite only documented instances being scarce, Kiar warns that AI-related property fraud cases could increase as criminals continue to leverage cutting-edge technology to outsmart systems. However, this is not the only area of concern. Other forms of AI fakery, such as illegitimate AI-generated product reviews, have already seen regulation attempts to curb their spread.</w:t>
      </w:r>
      <w:r/>
    </w:p>
    <w:p>
      <w:r/>
      <w:r>
        <w:t>The broader implications of these advancements in AI technology are still unfolding, with experts and authorities remaining vigilant as they adapt to and counteract evolving scams.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https://www.discoversouthflorida.com/blog/ai-used-in-new-real-estate-scam-in-south-florida/</w:t>
        </w:r>
      </w:hyperlink>
      <w:r>
        <w:t xml:space="preserve"> - Details the story of Udi Levi and how AI was used to impersonate the owner of a vacant lot in Hallandale Beach, highlighting the role of the title company in uncovering the scam.</w:t>
      </w:r>
      <w:r/>
    </w:p>
    <w:p>
      <w:pPr>
        <w:pStyle w:val="ListNumber"/>
        <w:spacing w:line="240" w:lineRule="auto"/>
        <w:ind w:left="720"/>
      </w:pPr>
      <w:r/>
      <w:hyperlink r:id="rId11">
        <w:r>
          <w:rPr>
            <w:color w:val="0000EE"/>
            <w:u w:val="single"/>
          </w:rPr>
          <w:t>https://www.youtube.com/watch?v=JnKxODn_Dv0</w:t>
        </w:r>
      </w:hyperlink>
      <w:r>
        <w:t xml:space="preserve"> - Describes the sophisticated scam involving AI deepfakes to fraudulently sell real estate in Hallandale Beach, including the involvement of a title company and the use of a missing woman's photo.</w:t>
      </w:r>
      <w:r/>
    </w:p>
    <w:p>
      <w:pPr>
        <w:pStyle w:val="ListNumber"/>
        <w:spacing w:line="240" w:lineRule="auto"/>
        <w:ind w:left="720"/>
      </w:pPr>
      <w:r/>
      <w:hyperlink r:id="rId12">
        <w:r>
          <w:rPr>
            <w:color w:val="0000EE"/>
            <w:u w:val="single"/>
          </w:rPr>
          <w:t>https://futurism.com/the-byte/scammers-steal-houses-ai</w:t>
        </w:r>
      </w:hyperlink>
      <w:r>
        <w:t xml:space="preserve"> - Explains how scammers used AI to try and swindle a property by impersonating a missing woman through deepfake technology, and discusses the broader implications of AI in fraud.</w:t>
      </w:r>
      <w:r/>
    </w:p>
    <w:p>
      <w:pPr>
        <w:pStyle w:val="ListNumber"/>
        <w:spacing w:line="240" w:lineRule="auto"/>
        <w:ind w:left="720"/>
      </w:pPr>
      <w:r/>
      <w:hyperlink r:id="rId13">
        <w:r>
          <w:rPr>
            <w:color w:val="0000EE"/>
            <w:u w:val="single"/>
          </w:rPr>
          <w:t>https://www.local10.com/news/local/2024/09/19/it-shocked-me-scammers-now-using-ai-deepfakes-to-fraudulently-sell-real-estate/</w:t>
        </w:r>
      </w:hyperlink>
      <w:r>
        <w:t xml:space="preserve"> - Provides details on the AI deepfake scam in Hallandale Beach, including the red flags noticed by the title company and the comments from Broward County Property Appraiser Marty Kiar.</w:t>
      </w:r>
      <w:r/>
    </w:p>
    <w:p>
      <w:pPr>
        <w:pStyle w:val="ListNumber"/>
        <w:spacing w:line="240" w:lineRule="auto"/>
        <w:ind w:left="720"/>
      </w:pPr>
      <w:r/>
      <w:hyperlink r:id="rId14">
        <w:r>
          <w:rPr>
            <w:color w:val="0000EE"/>
            <w:u w:val="single"/>
          </w:rPr>
          <w:t>https://wsvn.com/news/investigations/i-dont-think-any-property-is-safe-south-florida-man-says-he-almost-became-a-victim-to-ai-real-estate-fraud/</w:t>
        </w:r>
      </w:hyperlink>
      <w:r>
        <w:t xml:space="preserve"> - Outlines the experience of Udi Levi and the attempted AI-driven real estate scam, emphasizing the role of the title company in preventing the fraud.</w:t>
      </w:r>
      <w:r/>
    </w:p>
    <w:p>
      <w:pPr>
        <w:pStyle w:val="ListNumber"/>
        <w:spacing w:line="240" w:lineRule="auto"/>
        <w:ind w:left="720"/>
      </w:pPr>
      <w:r/>
      <w:hyperlink r:id="rId10">
        <w:r>
          <w:rPr>
            <w:color w:val="0000EE"/>
            <w:u w:val="single"/>
          </w:rPr>
          <w:t>https://www.discoversouthflorida.com/blog/ai-used-in-new-real-estate-scam-in-south-florida/</w:t>
        </w:r>
      </w:hyperlink>
      <w:r>
        <w:t xml:space="preserve"> - Discusses the misuse of AI in real estate fraud, including the use of public property data and the efficiency of AI in synthesizing this data for fraudulent purposes.</w:t>
      </w:r>
      <w:r/>
    </w:p>
    <w:p>
      <w:pPr>
        <w:pStyle w:val="ListNumber"/>
        <w:spacing w:line="240" w:lineRule="auto"/>
        <w:ind w:left="720"/>
      </w:pPr>
      <w:r/>
      <w:hyperlink r:id="rId12">
        <w:r>
          <w:rPr>
            <w:color w:val="0000EE"/>
            <w:u w:val="single"/>
          </w:rPr>
          <w:t>https://futurism.com/the-byte/scammers-steal-houses-ai</w:t>
        </w:r>
      </w:hyperlink>
      <w:r>
        <w:t xml:space="preserve"> - Explains how AI models ingest and synthesize public records to facilitate sophisticated impersonation in real estate scams, as per Tyler Adams, CEO of CertifID.</w:t>
      </w:r>
      <w:r/>
    </w:p>
    <w:p>
      <w:pPr>
        <w:pStyle w:val="ListNumber"/>
        <w:spacing w:line="240" w:lineRule="auto"/>
        <w:ind w:left="720"/>
      </w:pPr>
      <w:r/>
      <w:hyperlink r:id="rId13">
        <w:r>
          <w:rPr>
            <w:color w:val="0000EE"/>
            <w:u w:val="single"/>
          </w:rPr>
          <w:t>https://www.local10.com/news/local/2024/09/19/it-shocked-me-scammers-now-using-ai-deepfakes-to-fraudulently-sell-real-estate/</w:t>
        </w:r>
      </w:hyperlink>
      <w:r>
        <w:t xml:space="preserve"> - Highlights the concerns of Marty Kiar about the increasing sophistication of AI-related property fraud and the potential for more cases in the future.</w:t>
      </w:r>
      <w:r/>
    </w:p>
    <w:p>
      <w:pPr>
        <w:pStyle w:val="ListNumber"/>
        <w:spacing w:line="240" w:lineRule="auto"/>
        <w:ind w:left="720"/>
      </w:pPr>
      <w:r/>
      <w:hyperlink r:id="rId12">
        <w:r>
          <w:rPr>
            <w:color w:val="0000EE"/>
            <w:u w:val="single"/>
          </w:rPr>
          <w:t>https://futurism.com/the-byte/scammers-steal-houses-ai</w:t>
        </w:r>
      </w:hyperlink>
      <w:r>
        <w:t xml:space="preserve"> - Mentions other forms of AI fakery, such as deepfaked voices impersonating family members or political figures, and the regulatory actions taken against such activities.</w:t>
      </w:r>
      <w:r/>
    </w:p>
    <w:p>
      <w:pPr>
        <w:pStyle w:val="ListNumber"/>
        <w:spacing w:line="240" w:lineRule="auto"/>
        <w:ind w:left="720"/>
      </w:pPr>
      <w:r/>
      <w:hyperlink r:id="rId13">
        <w:r>
          <w:rPr>
            <w:color w:val="0000EE"/>
            <w:u w:val="single"/>
          </w:rPr>
          <w:t>https://www.local10.com/news/local/2024/09/19/it-shocked-me-scammers-now-using-ai-deepfakes-to-fraudulently-sell-real-estate/</w:t>
        </w:r>
      </w:hyperlink>
      <w:r>
        <w:t xml:space="preserve"> - Details the efforts of the Broward County Property Appraiser’s Office in combating AI real estate fraud, including their crimes prevention team and the availability of free fraud detection software.</w:t>
      </w:r>
      <w:r/>
    </w:p>
    <w:p>
      <w:pPr>
        <w:pStyle w:val="ListNumber"/>
        <w:spacing w:line="240" w:lineRule="auto"/>
        <w:ind w:left="720"/>
      </w:pPr>
      <w:r/>
      <w:hyperlink r:id="rId14">
        <w:r>
          <w:rPr>
            <w:color w:val="0000EE"/>
            <w:u w:val="single"/>
          </w:rPr>
          <w:t>https://wsvn.com/news/investigations/i-dont-think-any-property-is-safe-south-florida-man-says-he-almost-became-a-victim-to-ai-real-estate-fraud/</w:t>
        </w:r>
      </w:hyperlink>
      <w:r>
        <w:t xml:space="preserve"> - Emphasizes the vigilance required by buyers and the broader implications of AI advancements in real estate fraud, as warned by Lauren Michelle Albrecht of Florida Title &amp; Trust.</w:t>
      </w:r>
      <w:r/>
    </w:p>
    <w:p>
      <w:pPr>
        <w:pStyle w:val="ListNumber"/>
        <w:spacing w:line="240" w:lineRule="auto"/>
        <w:ind w:left="720"/>
      </w:pPr>
      <w:r/>
      <w:hyperlink r:id="rId12">
        <w:r>
          <w:rPr>
            <w:color w:val="0000EE"/>
            <w:u w:val="single"/>
          </w:rPr>
          <w:t>https://futurism.com/the-byte/scammers-steal-houses-ai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scoversouthflorida.com/blog/ai-used-in-new-real-estate-scam-in-south-florida/" TargetMode="External"/><Relationship Id="rId11" Type="http://schemas.openxmlformats.org/officeDocument/2006/relationships/hyperlink" Target="https://www.youtube.com/watch?v=JnKxODn_Dv0" TargetMode="External"/><Relationship Id="rId12" Type="http://schemas.openxmlformats.org/officeDocument/2006/relationships/hyperlink" Target="https://futurism.com/the-byte/scammers-steal-houses-ai" TargetMode="External"/><Relationship Id="rId13" Type="http://schemas.openxmlformats.org/officeDocument/2006/relationships/hyperlink" Target="https://www.local10.com/news/local/2024/09/19/it-shocked-me-scammers-now-using-ai-deepfakes-to-fraudulently-sell-real-estate/" TargetMode="External"/><Relationship Id="rId14" Type="http://schemas.openxmlformats.org/officeDocument/2006/relationships/hyperlink" Target="https://wsvn.com/news/investigations/i-dont-think-any-property-is-safe-south-florida-man-says-he-almost-became-a-victim-to-ai-real-estate-fra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