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Stryper's enduring legacy in Christian rock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Stryper, the iconic Christian rock band known for its distinctive blend of heavy metal and faith-based lyrics, continues to make waves in the music industry four decades after its inception. Emerging in the 1980s and quickly garnering a faithful following, Stryper carved a niche for itself with albums like "The Yellow and Black Attack" and "To Hell with the Devil," which became seminal works for fans of Christian rock.</w:t>
      </w:r>
      <w:r/>
    </w:p>
    <w:p>
      <w:r/>
      <w:r>
        <w:t>The band's trajectory saw both peaks and valleys. Early hits like "Free" from their MTV-featured repertoire won them widespread acclaim and a dedicated fanbase among Christian Gen Xers. This persistent popularity was reflected in their sustained success despite changes within the band and the fluctuating tastes of the music industry. Albums such as "In God We Trust" and the controversial "Against the Law" marked shifts in the band's style and themes, sometimes aligning and other times diverging with the expectations of their audience.</w:t>
      </w:r>
      <w:r/>
    </w:p>
    <w:p>
      <w:r/>
      <w:r>
        <w:t>In recent developments, the band has embraced modern technological advances to continue delivering their message through music. The release of their latest video, "Betrayed By Love," from the album "When We Were Kings," exemplifies this evolution. The track dives deep into themes of betrayal, drawing allegorical parallels to historical religious narratives, including the experiences of Christ.</w:t>
      </w:r>
      <w:r/>
    </w:p>
    <w:p>
      <w:r/>
      <w:r>
        <w:t>However, the creation of the "Betrayed By Love" video did not occur without hurdles. Utilising AI technology, Michael Sweet, Stryper's frontman, was the only band member to appear in this visually compelling yet controversial clip. Sweet addressed fan concerns about the absence of other band members, attributing it to logistical challenges and production constraints. He explained the utilisation of AI as a mix between technology and creativity, aiming to avoid the pitfalls of an overly artificial presentation.</w:t>
      </w:r>
      <w:r/>
    </w:p>
    <w:p>
      <w:r/>
      <w:r>
        <w:t>Though the decision sparked a debate among fans regarding the use of AI in music videos, Sweet defended the approach, suggesting that AI, when effectively integrated with human input, can complement and enhance the creative process. This stance highlights both the challenges and innovations within the modern music industry that Stryper continues to navigate.</w:t>
      </w:r>
      <w:r/>
    </w:p>
    <w:p>
      <w:r/>
      <w:r>
        <w:t>Despite personal and professional challenges, the band has remained resilient. Notably, Oz Fox, the band's guitarist, has continued to perform amidst ongoing health issues stemming from a 2018 brain tumour diagnosis. Their ability to persevere is a testament to Stryper's enduring commitment to their music and message despite such adversities.</w:t>
      </w:r>
      <w:r/>
    </w:p>
    <w:p>
      <w:r/>
      <w:r>
        <w:t>Michael Sweet's transparency and engagement with fans have also played a significant role in maintaining the band's close relationship with their audience. Sweet is known for his candid communications, often directly addressing fans across social media platforms. This approach underscores his dedication not just to the music, but to the community that has supported Stryper through the years.</w:t>
      </w:r>
      <w:r/>
    </w:p>
    <w:p>
      <w:r/>
      <w:r>
        <w:t>As Stryper pushes forward, they show no signs of slowing down. Their continuous release of new music and adaptations to current artistic practices demonstrate a band willing to evolve while honouring the roots that cemented their place in music history. As they journey through the present era of music, Stryper stands as a testament to longevity, creativity, and an unwavering dedication to their foundation of faith and music.</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https://simple.wikipedia.org/wiki/Stryper</w:t>
        </w:r>
      </w:hyperlink>
      <w:r>
        <w:t xml:space="preserve"> - Corroborates the formation of Stryper in 1983, their name change from Roxx Regime, and their early success with albums like 'The Yellow and Black Attack' and 'To Hell with the Devil'.</w:t>
      </w:r>
      <w:r/>
    </w:p>
    <w:p>
      <w:pPr>
        <w:pStyle w:val="ListNumber"/>
        <w:spacing w:line="240" w:lineRule="auto"/>
        <w:ind w:left="720"/>
      </w:pPr>
      <w:r/>
      <w:hyperlink r:id="rId11">
        <w:r>
          <w:rPr>
            <w:color w:val="0000EE"/>
            <w:u w:val="single"/>
          </w:rPr>
          <w:t>https://thevogue.com/artists/stryper/</w:t>
        </w:r>
      </w:hyperlink>
      <w:r>
        <w:t xml:space="preserve"> - Supports the band's early success, their signing with Enigma Records, and the impact of albums such as 'To Hell with the Devil' and 'In God We Trust'.</w:t>
      </w:r>
      <w:r/>
    </w:p>
    <w:p>
      <w:pPr>
        <w:pStyle w:val="ListNumber"/>
        <w:spacing w:line="240" w:lineRule="auto"/>
        <w:ind w:left="720"/>
      </w:pPr>
      <w:r/>
      <w:hyperlink r:id="rId11">
        <w:r>
          <w:rPr>
            <w:color w:val="0000EE"/>
            <w:u w:val="single"/>
          </w:rPr>
          <w:t>https://thevogue.com/artists/stryper/</w:t>
        </w:r>
      </w:hyperlink>
      <w:r>
        <w:t xml:space="preserve"> - Details the band's changes in style and themes, particularly with the album 'Against the Law', and their continued presence in the music scene.</w:t>
      </w:r>
      <w:r/>
    </w:p>
    <w:p>
      <w:pPr>
        <w:pStyle w:val="ListNumber"/>
        <w:spacing w:line="240" w:lineRule="auto"/>
        <w:ind w:left="720"/>
      </w:pPr>
      <w:r/>
      <w:hyperlink r:id="rId12">
        <w:r>
          <w:rPr>
            <w:color w:val="0000EE"/>
            <w:u w:val="single"/>
          </w:rPr>
          <w:t>https://www.dallasobserver.com/music/michael-sweet-of-stryper-we-have-always-thrown-bibles-and-we-always-will-7061021</w:t>
        </w:r>
      </w:hyperlink>
      <w:r>
        <w:t xml:space="preserve"> - Provides insights into the band's history, their Christian message, and the evolution of Christian rock from the 1980s to the present.</w:t>
      </w:r>
      <w:r/>
    </w:p>
    <w:p>
      <w:pPr>
        <w:pStyle w:val="ListNumber"/>
        <w:spacing w:line="240" w:lineRule="auto"/>
        <w:ind w:left="720"/>
      </w:pPr>
      <w:r/>
      <w:hyperlink r:id="rId12">
        <w:r>
          <w:rPr>
            <w:color w:val="0000EE"/>
            <w:u w:val="single"/>
          </w:rPr>
          <w:t>https://www.dallasobserver.com/music/michael-sweet-of-stryper-we-have-always-thrown-bibles-and-we-always-will-7061021</w:t>
        </w:r>
      </w:hyperlink>
      <w:r>
        <w:t xml:space="preserve"> - Discusses the band's resilience and commitment to their faith and music despite various challenges and criticisms.</w:t>
      </w:r>
      <w:r/>
    </w:p>
    <w:p>
      <w:pPr>
        <w:pStyle w:val="ListNumber"/>
        <w:spacing w:line="240" w:lineRule="auto"/>
        <w:ind w:left="720"/>
      </w:pPr>
      <w:r/>
      <w:hyperlink r:id="rId13">
        <w:r>
          <w:rPr>
            <w:color w:val="0000EE"/>
            <w:u w:val="single"/>
          </w:rPr>
          <w:t>https://www.youtube.com/watch?v=UsUf78xcX8s</w:t>
        </w:r>
      </w:hyperlink>
      <w:r>
        <w:t xml:space="preserve"> - Explains the band's origins, their name change, and the significance of their early albums, including 'The Yellow and Black Attack' and 'To Hell with the Devil'.</w:t>
      </w:r>
      <w:r/>
    </w:p>
    <w:p>
      <w:pPr>
        <w:pStyle w:val="ListNumber"/>
        <w:spacing w:line="240" w:lineRule="auto"/>
        <w:ind w:left="720"/>
      </w:pPr>
      <w:r/>
      <w:hyperlink r:id="rId13">
        <w:r>
          <w:rPr>
            <w:color w:val="0000EE"/>
            <w:u w:val="single"/>
          </w:rPr>
          <w:t>https://www.youtube.com/watch?v=UsUf78xcX8s</w:t>
        </w:r>
      </w:hyperlink>
      <w:r>
        <w:t xml:space="preserve"> - Details the band's early success on MTV and their impact on the Christian rock genre.</w:t>
      </w:r>
      <w:r/>
    </w:p>
    <w:p>
      <w:pPr>
        <w:pStyle w:val="ListNumber"/>
        <w:spacing w:line="240" w:lineRule="auto"/>
        <w:ind w:left="720"/>
      </w:pPr>
      <w:r/>
      <w:hyperlink r:id="rId10">
        <w:r>
          <w:rPr>
            <w:color w:val="0000EE"/>
            <w:u w:val="single"/>
          </w:rPr>
          <w:t>https://simple.wikipedia.org/wiki/Stryper</w:t>
        </w:r>
      </w:hyperlink>
      <w:r>
        <w:t xml:space="preserve"> - Mentions the band's lineup changes, including Tim Gaines' departure and return, and their continued activity after their reunion in 2003.</w:t>
      </w:r>
      <w:r/>
    </w:p>
    <w:p>
      <w:pPr>
        <w:pStyle w:val="ListNumber"/>
        <w:spacing w:line="240" w:lineRule="auto"/>
        <w:ind w:left="720"/>
      </w:pPr>
      <w:r/>
      <w:hyperlink r:id="rId11">
        <w:r>
          <w:rPr>
            <w:color w:val="0000EE"/>
            <w:u w:val="single"/>
          </w:rPr>
          <w:t>https://thevogue.com/artists/stryper/</w:t>
        </w:r>
      </w:hyperlink>
      <w:r>
        <w:t xml:space="preserve"> - Highlights Oz Fox's ongoing health issues and his continued performance with the band despite these challenges.</w:t>
      </w:r>
      <w:r/>
    </w:p>
    <w:p>
      <w:pPr>
        <w:pStyle w:val="ListNumber"/>
        <w:spacing w:line="240" w:lineRule="auto"/>
        <w:ind w:left="720"/>
      </w:pPr>
      <w:r/>
      <w:hyperlink r:id="rId12">
        <w:r>
          <w:rPr>
            <w:color w:val="0000EE"/>
            <w:u w:val="single"/>
          </w:rPr>
          <w:t>https://www.dallasobserver.com/music/michael-sweet-of-stryper-we-have-always-thrown-bibles-and-we-always-will-7061021</w:t>
        </w:r>
      </w:hyperlink>
      <w:r>
        <w:t xml:space="preserve"> - Illustrates Michael Sweet's transparency and engagement with fans, which has helped maintain the band's close relationship with their audience.</w:t>
      </w:r>
      <w:r/>
    </w:p>
    <w:p>
      <w:pPr>
        <w:pStyle w:val="ListNumber"/>
        <w:spacing w:line="240" w:lineRule="auto"/>
        <w:ind w:left="720"/>
      </w:pPr>
      <w:r/>
      <w:hyperlink r:id="rId10">
        <w:r>
          <w:rPr>
            <w:color w:val="0000EE"/>
            <w:u w:val="single"/>
          </w:rPr>
          <w:t>https://simple.wikipedia.org/wiki/Stryper</w:t>
        </w:r>
      </w:hyperlink>
      <w:r>
        <w:t xml:space="preserve"> - Corroborates the band's commitment to evolving while honouring their roots, as seen in their continuous release of new music and adaptations to current artistic practices.</w:t>
      </w:r>
      <w:r/>
    </w:p>
    <w:p>
      <w:pPr>
        <w:pStyle w:val="ListNumber"/>
        <w:spacing w:line="240" w:lineRule="auto"/>
        <w:ind w:left="720"/>
      </w:pPr>
      <w:r/>
      <w:hyperlink r:id="rId14">
        <w:r>
          <w:rPr>
            <w:color w:val="0000EE"/>
            <w:u w:val="single"/>
          </w:rPr>
          <w:t>https://heavensmetalmagazine.com/index.php/2024/10/26/yellow-and-black-forever-stryper-ai-and-the-story-of-a-gen-x-fan/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mple.wikipedia.org/wiki/Stryper" TargetMode="External"/><Relationship Id="rId11" Type="http://schemas.openxmlformats.org/officeDocument/2006/relationships/hyperlink" Target="https://thevogue.com/artists/stryper/" TargetMode="External"/><Relationship Id="rId12" Type="http://schemas.openxmlformats.org/officeDocument/2006/relationships/hyperlink" Target="https://www.dallasobserver.com/music/michael-sweet-of-stryper-we-have-always-thrown-bibles-and-we-always-will-7061021" TargetMode="External"/><Relationship Id="rId13" Type="http://schemas.openxmlformats.org/officeDocument/2006/relationships/hyperlink" Target="https://www.youtube.com/watch?v=UsUf78xcX8s" TargetMode="External"/><Relationship Id="rId14" Type="http://schemas.openxmlformats.org/officeDocument/2006/relationships/hyperlink" Target="https://heavensmetalmagazine.com/index.php/2024/10/26/yellow-and-black-forever-stryper-ai-and-the-story-of-a-gen-x-f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