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companions: A new era of emotional support or a perilous trend?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intersection of artificial intelligence and human interaction, AI companion apps have emerged as significant players in providing emotional support during times such as the isolation experienced amid the COVID-19 pandemic. This development has led to a phenomenon where some individuals have formed deep attachments, and in rare cases, "married" these artificial companions.</w:t>
      </w:r>
      <w:r/>
    </w:p>
    <w:p>
      <w:r/>
      <w:r>
        <w:t>During the pandemic, with social avenues restricted, many turned to AI companion apps like Replika for solace and connection. These applications, using algorithms to simulate human-like interactions, have been praised by users for creating profound and transformative relationships. Megan Kay, for example, used Replika to develop a virtual husband named Jack who helped her navigate personal challenges, according to her accounts shared online.</w:t>
      </w:r>
      <w:r/>
    </w:p>
    <w:p>
      <w:r/>
      <w:r>
        <w:t>Rosanna Ramos from New York created an AI partner named Eren Kartel, which she married virtually. Ramos claimed this relationship helped her recover from toxic past relationships and allowed her to experience genuine emotions. Meanwhile, Akihiko Kondo in Japan "wed" a virtual singer, Hatsune Miku, in 2019, embracing a lifestyle beyond traditional relationship norms.</w:t>
      </w:r>
      <w:r/>
    </w:p>
    <w:p>
      <w:r/>
      <w:r>
        <w:t>Despite these illustrative anecdotes, AI relationships leading to marriage remain uncommon, though the market's growth suggests a rising trend in AI-assisted relationships. Replika reported that half of its users see their AI as romantic partners, which aligns with data indicating a spike in the popularity of these apps during the pandemic. The AI companion app market, currently worth $1.8 billion, is predicted to skyrocket to $18.8 billion by 2032.</w:t>
      </w:r>
      <w:r/>
    </w:p>
    <w:p>
      <w:r/>
      <w:r>
        <w:t>However, the expansion of AI in the social sphere brings with it ethical and psychological considerations. Experts like Nathanael Fast from the USC Marshall School of Business express concern over the psychological impact of substituting human relationships with AI, suggesting potential dangers in relying on algorithms for fulfilling social needs. Fast points out that while these apps might simulate a fulfilling relationship, they ultimately serve commercial purposes rather than addressing social isolation.</w:t>
      </w:r>
      <w:r/>
    </w:p>
    <w:p>
      <w:r/>
      <w:r>
        <w:t>There are also significant concerns regarding how these apps manage user data. Rayid Ghani, a computer scientist at Carnegie Mellon University, stresses the essentiality of transparency in how AI applications, including companion apps, handle personal data. The data these apps collect has the potential to be utilised beyond user intention, raising questions about privacy and manipulation. Ghani underscores that while creating bonds with AI might present risks, the most critical issue remains the security and transparency of data handling.</w:t>
      </w:r>
      <w:r/>
    </w:p>
    <w:p>
      <w:r/>
      <w:r>
        <w:t>As AI technologies continue to infiltrate daily life, their role in shaping human relationships becomes a complex terrain, blending innovation with substantial socio-ethical challenges. Balancing these developments with responsible use and transparency remains crucial as society navigates this new digital frontier.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https://gaper.io/large-language-model-application-for-emotional-support/</w:t>
        </w:r>
      </w:hyperlink>
      <w:r>
        <w:t xml:space="preserve"> - This article supports the concept of AI-driven mental health companions providing emotional support and personalized interactions, which is relevant to the role of AI companion apps during the COVID-19 pandemic.</w:t>
      </w:r>
      <w:r/>
    </w:p>
    <w:p>
      <w:pPr>
        <w:pStyle w:val="ListNumber"/>
        <w:spacing w:line="240" w:lineRule="auto"/>
        <w:ind w:left="720"/>
      </w:pPr>
      <w:r/>
      <w:hyperlink r:id="rId11">
        <w:r>
          <w:rPr>
            <w:color w:val="0000EE"/>
            <w:u w:val="single"/>
          </w:rPr>
          <w:t>https://pmc.ncbi.nlm.nih.gov/articles/PMC10625083/</w:t>
        </w:r>
      </w:hyperlink>
      <w:r>
        <w:t xml:space="preserve"> - This study highlights the potential of chatbots in providing emotional support, particularly for users expressing sadness and depression, which aligns with the use of AI companion apps for emotional solace.</w:t>
      </w:r>
      <w:r/>
    </w:p>
    <w:p>
      <w:pPr>
        <w:pStyle w:val="ListNumber"/>
        <w:spacing w:line="240" w:lineRule="auto"/>
        <w:ind w:left="720"/>
      </w:pPr>
      <w:r/>
      <w:hyperlink r:id="rId12">
        <w:r>
          <w:rPr>
            <w:color w:val="0000EE"/>
            <w:u w:val="single"/>
          </w:rPr>
          <w:t>https://www.wvua23.com/ai-chatbots-may-be-helping-a-mental-health-crisis/</w:t>
        </w:r>
      </w:hyperlink>
      <w:r>
        <w:t xml:space="preserve"> - This article discusses how AI chatbots, such as Woebot Health, are helping address mental health issues, especially during times of isolation like the COVID-19 pandemic, and the ethical considerations involved.</w:t>
      </w:r>
      <w:r/>
    </w:p>
    <w:p>
      <w:pPr>
        <w:pStyle w:val="ListNumber"/>
        <w:spacing w:line="240" w:lineRule="auto"/>
        <w:ind w:left="720"/>
      </w:pPr>
      <w:r/>
      <w:hyperlink r:id="rId13">
        <w:r>
          <w:rPr>
            <w:color w:val="0000EE"/>
            <w:u w:val="single"/>
          </w:rPr>
          <w:t>https://explore.research.ufl.edu/covid-19-has-made-americans-lonelier-than-ever-heres-how-ai-can-help.html</w:t>
        </w:r>
      </w:hyperlink>
      <w:r>
        <w:t xml:space="preserve"> - This piece explains how AI chatbots have become a source of comfort and mental wellness during the COVID-19 pandemic, which supports the idea of people turning to AI companion apps for connection.</w:t>
      </w:r>
      <w:r/>
    </w:p>
    <w:p>
      <w:pPr>
        <w:pStyle w:val="ListNumber"/>
        <w:spacing w:line="240" w:lineRule="auto"/>
        <w:ind w:left="720"/>
      </w:pPr>
      <w:r/>
      <w:hyperlink r:id="rId12">
        <w:r>
          <w:rPr>
            <w:color w:val="0000EE"/>
            <w:u w:val="single"/>
          </w:rPr>
          <w:t>https://www.wvua23.com/ai-chatbots-may-be-helping-a-mental-health-crisis/</w:t>
        </w:r>
      </w:hyperlink>
      <w:r>
        <w:t xml:space="preserve"> - This article mentions the growth and popularity of AI chatbots like Woebot Health, which is consistent with the reported spike in the popularity of these apps during the pandemic.</w:t>
      </w:r>
      <w:r/>
    </w:p>
    <w:p>
      <w:pPr>
        <w:pStyle w:val="ListNumber"/>
        <w:spacing w:line="240" w:lineRule="auto"/>
        <w:ind w:left="720"/>
      </w:pPr>
      <w:r/>
      <w:hyperlink r:id="rId13">
        <w:r>
          <w:rPr>
            <w:color w:val="0000EE"/>
            <w:u w:val="single"/>
          </w:rPr>
          <w:t>https://explore.research.ufl.edu/covid-19-has-made-americans-lonelier-than-ever-heres-how-ai-can-help.html</w:t>
        </w:r>
      </w:hyperlink>
      <w:r>
        <w:t xml:space="preserve"> - This article discusses Replika and other AI companion apps that have seen increased usage during the pandemic, supporting the claim that half of Replika's users see their AI as romantic partners.</w:t>
      </w:r>
      <w:r/>
    </w:p>
    <w:p>
      <w:pPr>
        <w:pStyle w:val="ListNumber"/>
        <w:spacing w:line="240" w:lineRule="auto"/>
        <w:ind w:left="720"/>
      </w:pPr>
      <w:r/>
      <w:hyperlink r:id="rId10">
        <w:r>
          <w:rPr>
            <w:color w:val="0000EE"/>
            <w:u w:val="single"/>
          </w:rPr>
          <w:t>https://gaper.io/large-language-model-application-for-emotional-support/</w:t>
        </w:r>
      </w:hyperlink>
      <w:r>
        <w:t xml:space="preserve"> - This article addresses the market growth and future predictions of AI-driven mental health companions, aligning with the projected market value increase mentioned in the article.</w:t>
      </w:r>
      <w:r/>
    </w:p>
    <w:p>
      <w:pPr>
        <w:pStyle w:val="ListNumber"/>
        <w:spacing w:line="240" w:lineRule="auto"/>
        <w:ind w:left="720"/>
      </w:pPr>
      <w:r/>
      <w:hyperlink r:id="rId12">
        <w:r>
          <w:rPr>
            <w:color w:val="0000EE"/>
            <w:u w:val="single"/>
          </w:rPr>
          <w:t>https://www.wvua23.com/ai-chatbots-may-be-helping-a-mental-health-crisis/</w:t>
        </w:r>
      </w:hyperlink>
      <w:r>
        <w:t xml:space="preserve"> - This article raises ethical and psychological concerns about relying on AI for social needs, echoing the concerns expressed by experts like Nathanael Fast.</w:t>
      </w:r>
      <w:r/>
    </w:p>
    <w:p>
      <w:pPr>
        <w:pStyle w:val="ListNumber"/>
        <w:spacing w:line="240" w:lineRule="auto"/>
        <w:ind w:left="720"/>
      </w:pPr>
      <w:r/>
      <w:hyperlink r:id="rId13">
        <w:r>
          <w:rPr>
            <w:color w:val="0000EE"/>
            <w:u w:val="single"/>
          </w:rPr>
          <w:t>https://explore.research.ufl.edu/covid-19-has-made-americans-lonelier-than-ever-heres-how-ai-can-help.html</w:t>
        </w:r>
      </w:hyperlink>
      <w:r>
        <w:t xml:space="preserve"> - This piece discusses the limitations and potential risks of AI chatbots, including data handling and privacy issues, which are concerns highlighted by experts like Rayid Ghani.</w:t>
      </w:r>
      <w:r/>
    </w:p>
    <w:p>
      <w:pPr>
        <w:pStyle w:val="ListNumber"/>
        <w:spacing w:line="240" w:lineRule="auto"/>
        <w:ind w:left="720"/>
      </w:pPr>
      <w:r/>
      <w:hyperlink r:id="rId11">
        <w:r>
          <w:rPr>
            <w:color w:val="0000EE"/>
            <w:u w:val="single"/>
          </w:rPr>
          <w:t>https://pmc.ncbi.nlm.nih.gov/articles/PMC10625083/</w:t>
        </w:r>
      </w:hyperlink>
      <w:r>
        <w:t xml:space="preserve"> - This study touches on the cultural and psychological aspects of interacting with chatbots, which is relevant to the broader discussion on the socio-ethical challenges of AI in human relationships.</w:t>
      </w:r>
      <w:r/>
    </w:p>
    <w:p>
      <w:pPr>
        <w:pStyle w:val="ListNumber"/>
        <w:spacing w:line="240" w:lineRule="auto"/>
        <w:ind w:left="720"/>
      </w:pPr>
      <w:r/>
      <w:hyperlink r:id="rId12">
        <w:r>
          <w:rPr>
            <w:color w:val="0000EE"/>
            <w:u w:val="single"/>
          </w:rPr>
          <w:t>https://www.wvua23.com/ai-chatbots-may-be-helping-a-mental-health-crisis/</w:t>
        </w:r>
      </w:hyperlink>
      <w:r>
        <w:t xml:space="preserve"> - This article emphasizes the need for balancing innovation with responsible use and transparency in AI technologies, a crucial point in navigating the new digital frontier.</w:t>
      </w:r>
      <w:r/>
    </w:p>
    <w:p>
      <w:pPr>
        <w:pStyle w:val="ListNumber"/>
        <w:spacing w:line="240" w:lineRule="auto"/>
        <w:ind w:left="720"/>
      </w:pPr>
      <w:r/>
      <w:hyperlink r:id="rId14">
        <w:r>
          <w:rPr>
            <w:color w:val="0000EE"/>
            <w:u w:val="single"/>
          </w:rPr>
          <w:t>https://patch.com/us/across-america/romancing-machine-ai-sweethearts-not-outliers-you-may-think?utm_source=article-mostrecent&amp;utm_medium=rss&amp;utm_term=business&amp;utm_campaign=recirc&amp;utm_content=aol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per.io/large-language-model-application-for-emotional-support/" TargetMode="External"/><Relationship Id="rId11" Type="http://schemas.openxmlformats.org/officeDocument/2006/relationships/hyperlink" Target="https://pmc.ncbi.nlm.nih.gov/articles/PMC10625083/" TargetMode="External"/><Relationship Id="rId12" Type="http://schemas.openxmlformats.org/officeDocument/2006/relationships/hyperlink" Target="https://www.wvua23.com/ai-chatbots-may-be-helping-a-mental-health-crisis/" TargetMode="External"/><Relationship Id="rId13" Type="http://schemas.openxmlformats.org/officeDocument/2006/relationships/hyperlink" Target="https://explore.research.ufl.edu/covid-19-has-made-americans-lonelier-than-ever-heres-how-ai-can-help.html" TargetMode="External"/><Relationship Id="rId14" Type="http://schemas.openxmlformats.org/officeDocument/2006/relationships/hyperlink" Target="https://patch.com/us/across-america/romancing-machine-ai-sweethearts-not-outliers-you-may-think?utm_source=article-mostrecent&amp;utm_medium=rss&amp;utm_term=business&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