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Warren Buffett reiterates stance against political endorsements and AI deepfakes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Warren Buffett Reiterates Stance Against Political Endorsements and AI Deepfakes</w:t>
      </w:r>
      <w:r/>
    </w:p>
    <w:p>
      <w:r/>
      <w:r>
        <w:t>Warren Buffett, the eminent billionaire and influential investment figurehead, has reiterated his position of non-involvement in political endorsements, while concurrently expressing grave concerns about the utilisation of artificial intelligence (AI) in the creation of deepfakes. These statements come amidst a rise in fraudulent claims attributed to Buffett, exacerbated by the sprawling reach of social media platforms.</w:t>
      </w:r>
      <w:r/>
    </w:p>
    <w:p>
      <w:r/>
      <w:r>
        <w:t>Berkshire Hathaway, Buffett's multinational conglomerate holding company, issued a statement this week emphatically refuting any claims of Buffett endorsing political candidates or investment products. The statement highlighted that "numerous fraudulent claims" have emerged, leveraging Buffett’s stature to propagate misinformation about his supposed endorsements.</w:t>
      </w:r>
      <w:r/>
    </w:p>
    <w:p>
      <w:r/>
      <w:r>
        <w:t>This development ties into Buffett's long-standing apprehensions regarding AI technologies, which he has previously likened to the advent of nuclear weapons. During the annual Berkshire Hathaway shareholders conference held in May, Buffett echoed his past comments where he compared AI to the atomic bomb—a technology he perceives as dangerously potent. He quoted himself from the preceding year's conference, when he described nuclear weapons as a released genie that has wrought significant harm and invoked fear worldwide.</w:t>
      </w:r>
      <w:r/>
    </w:p>
    <w:p>
      <w:r/>
      <w:r>
        <w:t>Buffett articulated that AI, much like those powerful weapons, carries the potential for both tremendous benefit and peril. "AI is somewhat similar," he said, remarking that "it’s part way out of the bottle, and it’s enormously important and it’s gonna be done by somebody." This dual nature of AI, he suggests, poses significant uncertainty, as it remains to be seen whether its advent will yield benevolent outcomes or unforeseen dangers.</w:t>
      </w:r>
      <w:r/>
    </w:p>
    <w:p>
      <w:r/>
      <w:r>
        <w:t>Illustrating his concerns, Buffett recounted a personal encounter with AI's capabilities which left him unsettled. He mentioned a specific instance where he encountered an AI-generated deepfake video that used his likeness to deliver a message not originated by him. This experience underscored his fears about the potential for deepfakes to proliferate scams, which he ominously termed as “the growth industry of all time.”</w:t>
      </w:r>
      <w:r/>
    </w:p>
    <w:p>
      <w:r/>
      <w:r>
        <w:t>Further contextualising these concerns, a recent deepfake video circulating on social media falsely depicted Buffett endorsing a Bitcoin giveaway during a Fox News segment. This video was promptly debunked, yet it serves as a pointed example of the deceptive potential AI presents in the digital age.</w:t>
      </w:r>
      <w:r/>
    </w:p>
    <w:p>
      <w:r/>
      <w:r>
        <w:t>Additionally, in May, New York Attorney General Letitia James issued an investor alert warning of scams employing AI deepfakes, using Buffett as a reference to illustrate the seriousness of such frauds.</w:t>
      </w:r>
      <w:r/>
    </w:p>
    <w:p>
      <w:r/>
      <w:r>
        <w:t>Buffett, renowned as the 'Oracle of Omaha,' continues to maintain his influential position not just in the sphere of finance and investments, but also as a vocal critic and cautious observer of emerging technologies and their societal impacts. His insights and warnings regarding AI remain particularly poignant as the technology continues to evolve and permeate various facets of daily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https://spearswms.com/wealth/warren-buffett-slams-deepfakes-after-hes-targeted-in-us-presidential-campaign-posts/</w:t>
        </w:r>
      </w:hyperlink>
      <w:r>
        <w:t xml:space="preserve"> - Corroborates Warren Buffett's statement against political endorsements and his concerns about AI deepfakes, including the instance of his likeness being used in fake political endorsements.</w:t>
      </w:r>
      <w:r/>
    </w:p>
    <w:p>
      <w:pPr>
        <w:pStyle w:val="ListNumber"/>
        <w:spacing w:line="240" w:lineRule="auto"/>
        <w:ind w:left="720"/>
      </w:pPr>
      <w:r/>
      <w:hyperlink r:id="rId11">
        <w:r>
          <w:rPr>
            <w:color w:val="0000EE"/>
            <w:u w:val="single"/>
          </w:rPr>
          <w:t>https://www.yahoo.com/tech/warren-buffett-isnt-endorsing-anybody-140800519.html</w:t>
        </w:r>
      </w:hyperlink>
      <w:r>
        <w:t xml:space="preserve"> - Supports the statement from Berkshire Hathaway that Buffett does not endorse investment products or political candidates, and his comparison of AI to nuclear weapons.</w:t>
      </w:r>
      <w:r/>
    </w:p>
    <w:p>
      <w:pPr>
        <w:pStyle w:val="ListNumber"/>
        <w:spacing w:line="240" w:lineRule="auto"/>
        <w:ind w:left="720"/>
      </w:pPr>
      <w:r/>
      <w:hyperlink r:id="rId12">
        <w:r>
          <w:rPr>
            <w:color w:val="0000EE"/>
            <w:u w:val="single"/>
          </w:rPr>
          <w:t>https://www.benzinga.com/news/24/10/41493257/warren-buffett-warns-of-fake-endorsements-berkshire-hathaway-ceo-says-it-just-aint-me-on-social-medi</w:t>
        </w:r>
      </w:hyperlink>
      <w:r>
        <w:t xml:space="preserve"> - Confirms Buffett's warning about fake endorsements and his personal experience with an AI-generated deepfake video.</w:t>
      </w:r>
      <w:r/>
    </w:p>
    <w:p>
      <w:pPr>
        <w:pStyle w:val="ListNumber"/>
        <w:spacing w:line="240" w:lineRule="auto"/>
        <w:ind w:left="720"/>
      </w:pPr>
      <w:r/>
      <w:hyperlink r:id="rId13">
        <w:r>
          <w:rPr>
            <w:color w:val="0000EE"/>
            <w:u w:val="single"/>
          </w:rPr>
          <w:t>https://qz.com/warren-buffett-berkshire-hathaway-endorse-ai-deepfakes-1851679131</w:t>
        </w:r>
      </w:hyperlink>
      <w:r>
        <w:t xml:space="preserve"> - Details Buffett's concerns about AI and deepfakes, including his comparison to the atomic bomb and the incident of the AI-generated Bitcoin giveaway video.</w:t>
      </w:r>
      <w:r/>
    </w:p>
    <w:p>
      <w:pPr>
        <w:pStyle w:val="ListNumber"/>
        <w:spacing w:line="240" w:lineRule="auto"/>
        <w:ind w:left="720"/>
      </w:pPr>
      <w:r/>
      <w:hyperlink r:id="rId14">
        <w:r>
          <w:rPr>
            <w:color w:val="0000EE"/>
            <w:u w:val="single"/>
          </w:rPr>
          <w:t>https://fortune.com/2024/10/23/warren-buffett-ai-deepfake-berkshire-hathaway-statement-presidential-candidates/</w:t>
        </w:r>
      </w:hyperlink>
      <w:r>
        <w:t xml:space="preserve"> - Provides context on Berkshire Hathaway's statement regarding Buffett's non-endorsement of political candidates and investment products, and the warning from New York Attorney General Letitia James about AI scams.</w:t>
      </w:r>
      <w:r/>
    </w:p>
    <w:p>
      <w:pPr>
        <w:pStyle w:val="ListNumber"/>
        <w:spacing w:line="240" w:lineRule="auto"/>
        <w:ind w:left="720"/>
      </w:pPr>
      <w:r/>
      <w:hyperlink r:id="rId10">
        <w:r>
          <w:rPr>
            <w:color w:val="0000EE"/>
            <w:u w:val="single"/>
          </w:rPr>
          <w:t>https://spearswms.com/wealth/warren-buffett-slams-deepfakes-after-hes-targeted-in-us-presidential-campaign-posts/</w:t>
        </w:r>
      </w:hyperlink>
      <w:r>
        <w:t xml:space="preserve"> - Mentions the specific instance of deepfakes targeting Buffett and other high-profile figures, including Trump, Taylor Swift, and Elon Musk.</w:t>
      </w:r>
      <w:r/>
    </w:p>
    <w:p>
      <w:pPr>
        <w:pStyle w:val="ListNumber"/>
        <w:spacing w:line="240" w:lineRule="auto"/>
        <w:ind w:left="720"/>
      </w:pPr>
      <w:r/>
      <w:hyperlink r:id="rId11">
        <w:r>
          <w:rPr>
            <w:color w:val="0000EE"/>
            <w:u w:val="single"/>
          </w:rPr>
          <w:t>https://www.yahoo.com/tech/warren-buffett-isnt-endorsing-anybody-140800519.html</w:t>
        </w:r>
      </w:hyperlink>
      <w:r>
        <w:t xml:space="preserve"> - Reiterates Buffett's analogy between AI and nuclear weapons, highlighting the potential for both benefits and dangers.</w:t>
      </w:r>
      <w:r/>
    </w:p>
    <w:p>
      <w:pPr>
        <w:pStyle w:val="ListNumber"/>
        <w:spacing w:line="240" w:lineRule="auto"/>
        <w:ind w:left="720"/>
      </w:pPr>
      <w:r/>
      <w:hyperlink r:id="rId12">
        <w:r>
          <w:rPr>
            <w:color w:val="0000EE"/>
            <w:u w:val="single"/>
          </w:rPr>
          <w:t>https://www.benzinga.com/news/24/10/41493257/warren-buffett-warns-of-fake-endorsements-berkshire-hathaway-ceo-says-it-just-aint-me-on-social-medi</w:t>
        </w:r>
      </w:hyperlink>
      <w:r>
        <w:t xml:space="preserve"> - Supports the claim that Buffett is not tech-savvy and his statement that anything seen with his image or voice online is likely a deepfake.</w:t>
      </w:r>
      <w:r/>
    </w:p>
    <w:p>
      <w:pPr>
        <w:pStyle w:val="ListNumber"/>
        <w:spacing w:line="240" w:lineRule="auto"/>
        <w:ind w:left="720"/>
      </w:pPr>
      <w:r/>
      <w:hyperlink r:id="rId13">
        <w:r>
          <w:rPr>
            <w:color w:val="0000EE"/>
            <w:u w:val="single"/>
          </w:rPr>
          <w:t>https://qz.com/warren-buffett-berkshire-hathaway-endorse-ai-deepfakes-1851679131</w:t>
        </w:r>
      </w:hyperlink>
      <w:r>
        <w:t xml:space="preserve"> - Details the debunked deepfake video of Buffett endorsing a Bitcoin giveaway on Fox News and the broader context of AI-generated scams.</w:t>
      </w:r>
      <w:r/>
    </w:p>
    <w:p>
      <w:pPr>
        <w:pStyle w:val="ListNumber"/>
        <w:spacing w:line="240" w:lineRule="auto"/>
        <w:ind w:left="720"/>
      </w:pPr>
      <w:r/>
      <w:hyperlink r:id="rId14">
        <w:r>
          <w:rPr>
            <w:color w:val="0000EE"/>
            <w:u w:val="single"/>
          </w:rPr>
          <w:t>https://fortune.com/2024/10/23/warren-buffett-ai-deepfake-berkshire-hathaway-statement-presidential-candidates/</w:t>
        </w:r>
      </w:hyperlink>
      <w:r>
        <w:t xml:space="preserve"> - Corroborates the warning from New York Attorney General Letitia James about investment scams and political endorsements using AI deepfakes.</w:t>
      </w:r>
      <w:r/>
    </w:p>
    <w:p>
      <w:pPr>
        <w:pStyle w:val="ListNumber"/>
        <w:spacing w:line="240" w:lineRule="auto"/>
        <w:ind w:left="720"/>
      </w:pPr>
      <w:r/>
      <w:hyperlink r:id="rId14">
        <w:r>
          <w:rPr>
            <w:color w:val="0000EE"/>
            <w:u w:val="single"/>
          </w:rPr>
          <w:t>https://fortune.com/2024/10/23/warren-buffett-ai-deepfake-berkshire-hathaway-statement-presidential-candidates/</w:t>
        </w:r>
      </w:hyperlink>
      <w:r>
        <w:t xml:space="preserve"> - Highlights the public-service campaign to alert Americans about the dangers of AI-generated deepfakes and their potential impact on the presidential election.</w:t>
      </w:r>
      <w:r/>
    </w:p>
    <w:p>
      <w:pPr>
        <w:pStyle w:val="ListNumber"/>
        <w:spacing w:line="240" w:lineRule="auto"/>
        <w:ind w:left="720"/>
      </w:pPr>
      <w:r/>
      <w:hyperlink r:id="rId15">
        <w:r>
          <w:rPr>
            <w:color w:val="0000EE"/>
            <w:u w:val="single"/>
          </w:rPr>
          <w:t>https://journalstar.com/news/state-regional/business/warren-buffett-isnt-endorsing-anybody-or-anything-so-dont-believe-the-ai-deepfakes/article_3205e01c-9252-11ef-86e6-9b9bb4d3b1d7.html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pearswms.com/wealth/warren-buffett-slams-deepfakes-after-hes-targeted-in-us-presidential-campaign-posts/" TargetMode="External"/><Relationship Id="rId11" Type="http://schemas.openxmlformats.org/officeDocument/2006/relationships/hyperlink" Target="https://www.yahoo.com/tech/warren-buffett-isnt-endorsing-anybody-140800519.html" TargetMode="External"/><Relationship Id="rId12" Type="http://schemas.openxmlformats.org/officeDocument/2006/relationships/hyperlink" Target="https://www.benzinga.com/news/24/10/41493257/warren-buffett-warns-of-fake-endorsements-berkshire-hathaway-ceo-says-it-just-aint-me-on-social-medi" TargetMode="External"/><Relationship Id="rId13" Type="http://schemas.openxmlformats.org/officeDocument/2006/relationships/hyperlink" Target="https://qz.com/warren-buffett-berkshire-hathaway-endorse-ai-deepfakes-1851679131" TargetMode="External"/><Relationship Id="rId14" Type="http://schemas.openxmlformats.org/officeDocument/2006/relationships/hyperlink" Target="https://fortune.com/2024/10/23/warren-buffett-ai-deepfake-berkshire-hathaway-statement-presidential-candidates/" TargetMode="External"/><Relationship Id="rId15" Type="http://schemas.openxmlformats.org/officeDocument/2006/relationships/hyperlink" Target="https://journalstar.com/news/state-regional/business/warren-buffett-isnt-endorsing-anybody-or-anything-so-dont-believe-the-ai-deepfakes/article_3205e01c-9252-11ef-86e6-9b9bb4d3b1d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