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1minAI revolutionises access to AI tools with affordable all-in-one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1minAI Revolutionises Access to AI Tools with Affordable All-in-One Platform</w:t>
      </w:r>
      <w:r/>
    </w:p>
    <w:p>
      <w:r/>
      <w:r>
        <w:t>The landscape of artificial intelligence tools is evolving with the introduction of 1minAI, a comprehensive service that integrates multiple highly-regarded AI models into a single interface, streamlining both the use and cost of AI technology. Launched as an innovative solution, 1minAI presents a compelling value proposition, particularly for users who require multifaceted AI tasks such as generating copy, creating images, transcribing text, and more, but are deterred by the mounting costs of individual subscriptions.</w:t>
      </w:r>
      <w:r/>
    </w:p>
    <w:p>
      <w:r/>
      <w:r>
        <w:t>1minAI distinguishes itself by offering a suite of AI capabilities via a lifetime subscription, currently priced at $39.99, a significant markdown from its regular price of $234. This all-in-one tool incorporates renowned AI systems such as ChatGPT, Llama, Gemini Pro, and Mistral AI. By centralising these models, 1minAI eliminates the need for multiple costly subscriptions, positioning itself as a cost-effective and user-friendly solution.</w:t>
      </w:r>
      <w:r/>
    </w:p>
    <w:p>
      <w:r/>
      <w:r>
        <w:t>The platform functions as a digital Swiss Army knife, adeptly handling tasks like writing, image generation, audio transcription, and video editing. It is particularly advantageous for those engaged in SEO research, content summarisation and even translation tasks, offering users the flexibility of channelling their needs through various AI services until they achieve their desired result.</w:t>
      </w:r>
      <w:r/>
    </w:p>
    <w:p>
      <w:r/>
      <w:r>
        <w:t>Critical to its appeal is the daily credit system, granting users 15,000 AI credits each day, culminating in a potential total of up to 450,000 credits per month. These credits enable users to accomplish a wide array of tasks monthly, such as generating up to 362,500 words, managing SEO keyword research for nearly 1,933 terms, creating up to 386 images, and converting text to speech characters amounting to 120,833. Additionally, users can transcribe up to 4,833 seconds of audio or remove backgrounds from 24 images. Importantly, unused credits do not expire, offering flexibility and eliminating the pressure of daily utilisation.</w:t>
      </w:r>
      <w:r/>
    </w:p>
    <w:p>
      <w:r/>
      <w:r>
        <w:t>1minAI's emergence has been met with enthusiasm, notably among Cult of Mac Deals customers, demonstrating its market appeal. The offer, available through Cult of Mac Deals with transactions managed by StackSocial, indicates a noteworthy shift towards more accessible and affordable AI toolkits for a broader audience.</w:t>
      </w:r>
      <w:r/>
    </w:p>
    <w:p>
      <w:r/>
      <w:r>
        <w:t>This innovative platform was initially highlighted on July 3, 2024, reflecting a growing trend towards comprehensive, cost-effective AI solutions that cater to diverse user needs without sacrificing quality or financial feasibility. As AI technology continues to embed itself across various sectors, services like 1minAI are redefining how businesses and individuals interact with and utilise cutting-edge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https://www.dealify.com/1minai/</w:t>
        </w:r>
      </w:hyperlink>
      <w:r>
        <w:t xml:space="preserve"> - Corroborates the integration of multiple AI models like ChatGPT, Llama, Gemini, and Mistral AI into a single platform and the various AI features offered, including writing, image generation, and audio transcription.</w:t>
      </w:r>
      <w:r/>
    </w:p>
    <w:p>
      <w:pPr>
        <w:pStyle w:val="ListNumber"/>
        <w:spacing w:line="240" w:lineRule="auto"/>
        <w:ind w:left="720"/>
      </w:pPr>
      <w:r/>
      <w:hyperlink r:id="rId11">
        <w:r>
          <w:rPr>
            <w:color w:val="0000EE"/>
            <w:u w:val="single"/>
          </w:rPr>
          <w:t>https://www.softwareadvice.com/artificial-intelligence/1min-ai-profile/</w:t>
        </w:r>
      </w:hyperlink>
      <w:r>
        <w:t xml:space="preserve"> - Supports the comprehensive range of AI features, including keyword research, content generation, and image and video editing, and the user-friendly interface of 1minAI.</w:t>
      </w:r>
      <w:r/>
    </w:p>
    <w:p>
      <w:pPr>
        <w:pStyle w:val="ListNumber"/>
        <w:spacing w:line="240" w:lineRule="auto"/>
        <w:ind w:left="720"/>
      </w:pPr>
      <w:r/>
      <w:hyperlink r:id="rId12">
        <w:r>
          <w:rPr>
            <w:color w:val="0000EE"/>
            <w:u w:val="single"/>
          </w:rPr>
          <w:t>https://mashable.com/deals/aug-7-1minai-ai-tool</w:t>
        </w:r>
      </w:hyperlink>
      <w:r>
        <w:t xml:space="preserve"> - Confirms the lifetime subscription price of $39.99, the integration of top AI models, and the monthly credit system allowing for various tasks such as text generation, image creation, and audio transcription.</w:t>
      </w:r>
      <w:r/>
    </w:p>
    <w:p>
      <w:pPr>
        <w:pStyle w:val="ListNumber"/>
        <w:spacing w:line="240" w:lineRule="auto"/>
        <w:ind w:left="720"/>
      </w:pPr>
      <w:r/>
      <w:hyperlink r:id="rId13">
        <w:r>
          <w:rPr>
            <w:color w:val="0000EE"/>
            <w:u w:val="single"/>
          </w:rPr>
          <w:t>https://gizmodo.com/chatgpt-mistral-ai-google-ai-lifetime-access-to-top-ai-tools-for-just-39-99-2000498392</w:t>
        </w:r>
      </w:hyperlink>
      <w:r>
        <w:t xml:space="preserve"> - Details the consolidation of AI tools, the daily credit system, and the ability to perform tasks like text generation, image editing, and audio transcription, highlighting the cost savings and user convenience.</w:t>
      </w:r>
      <w:r/>
    </w:p>
    <w:p>
      <w:pPr>
        <w:pStyle w:val="ListNumber"/>
        <w:spacing w:line="240" w:lineRule="auto"/>
        <w:ind w:left="720"/>
      </w:pPr>
      <w:r/>
      <w:hyperlink r:id="rId14">
        <w:r>
          <w:rPr>
            <w:color w:val="0000EE"/>
            <w:u w:val="single"/>
          </w:rPr>
          <w:t>https://mashable.com/deals/oct-26-1minai-ai-tool</w:t>
        </w:r>
      </w:hyperlink>
      <w:r>
        <w:t xml:space="preserve"> - Supports the lifetime subscription offer, the inclusion of AI models like GPT-4 and Gemini, and the various tasks that can be performed such as writing, image processing, and video editing.</w:t>
      </w:r>
      <w:r/>
    </w:p>
    <w:p>
      <w:pPr>
        <w:pStyle w:val="ListNumber"/>
        <w:spacing w:line="240" w:lineRule="auto"/>
        <w:ind w:left="720"/>
      </w:pPr>
      <w:r/>
      <w:hyperlink r:id="rId10">
        <w:r>
          <w:rPr>
            <w:color w:val="0000EE"/>
            <w:u w:val="single"/>
          </w:rPr>
          <w:t>https://www.dealify.com/1minai/</w:t>
        </w:r>
      </w:hyperlink>
      <w:r>
        <w:t xml:space="preserve"> - Provides details on the credit system, including the daily allocation of 15,000 credits and the monthly limits for tasks like word generation, SEO keyword research, and image creation.</w:t>
      </w:r>
      <w:r/>
    </w:p>
    <w:p>
      <w:pPr>
        <w:pStyle w:val="ListNumber"/>
        <w:spacing w:line="240" w:lineRule="auto"/>
        <w:ind w:left="720"/>
      </w:pPr>
      <w:r/>
      <w:hyperlink r:id="rId13">
        <w:r>
          <w:rPr>
            <w:color w:val="0000EE"/>
            <w:u w:val="single"/>
          </w:rPr>
          <w:t>https://gizmodo.com/chatgpt-mistral-ai-google-ai-lifetime-access-to-top-ai-tools-for-just-39-99-2000498392</w:t>
        </w:r>
      </w:hyperlink>
      <w:r>
        <w:t xml:space="preserve"> - Explains the flexibility of the credit system, where unused credits carry over, and the various tasks that can be accomplished with the credits, such as text-to-speech conversion and audio transcription.</w:t>
      </w:r>
      <w:r/>
    </w:p>
    <w:p>
      <w:pPr>
        <w:pStyle w:val="ListNumber"/>
        <w:spacing w:line="240" w:lineRule="auto"/>
        <w:ind w:left="720"/>
      </w:pPr>
      <w:r/>
      <w:hyperlink r:id="rId12">
        <w:r>
          <w:rPr>
            <w:color w:val="0000EE"/>
            <w:u w:val="single"/>
          </w:rPr>
          <w:t>https://mashable.com/deals/aug-7-1minai-ai-tool</w:t>
        </w:r>
      </w:hyperlink>
      <w:r>
        <w:t xml:space="preserve"> - Highlights the market appeal and the shift towards more accessible and affordable AI toolkits, as well as the transaction management by StackSocial.</w:t>
      </w:r>
      <w:r/>
    </w:p>
    <w:p>
      <w:pPr>
        <w:pStyle w:val="ListNumber"/>
        <w:spacing w:line="240" w:lineRule="auto"/>
        <w:ind w:left="720"/>
      </w:pPr>
      <w:r/>
      <w:hyperlink r:id="rId11">
        <w:r>
          <w:rPr>
            <w:color w:val="0000EE"/>
            <w:u w:val="single"/>
          </w:rPr>
          <w:t>https://www.softwareadvice.com/artificial-intelligence/1min-ai-profile/</w:t>
        </w:r>
      </w:hyperlink>
      <w:r>
        <w:t xml:space="preserve"> - Supports the user-friendly interface and the integration of various AI functions, making it a favorite among users needing to perform multiple AI tasks.</w:t>
      </w:r>
      <w:r/>
    </w:p>
    <w:p>
      <w:pPr>
        <w:pStyle w:val="ListNumber"/>
        <w:spacing w:line="240" w:lineRule="auto"/>
        <w:ind w:left="720"/>
      </w:pPr>
      <w:r/>
      <w:hyperlink r:id="rId13">
        <w:r>
          <w:rPr>
            <w:color w:val="0000EE"/>
            <w:u w:val="single"/>
          </w:rPr>
          <w:t>https://gizmodo.com/chatgpt-mistral-ai-google-ai-lifetime-access-to-top-ai-tools-for-just-39-99-2000498392</w:t>
        </w:r>
      </w:hyperlink>
      <w:r>
        <w:t xml:space="preserve"> - Details the ongoing evolution of 1minAI to keep up with advancements in AI technology, ensuring users benefit from future updates and enhancements.</w:t>
      </w:r>
      <w:r/>
    </w:p>
    <w:p>
      <w:pPr>
        <w:pStyle w:val="ListNumber"/>
        <w:spacing w:line="240" w:lineRule="auto"/>
        <w:ind w:left="720"/>
      </w:pPr>
      <w:r/>
      <w:hyperlink r:id="rId14">
        <w:r>
          <w:rPr>
            <w:color w:val="0000EE"/>
            <w:u w:val="single"/>
          </w:rPr>
          <w:t>https://mashable.com/deals/oct-26-1minai-ai-tool</w:t>
        </w:r>
      </w:hyperlink>
      <w:r>
        <w:t xml:space="preserve"> - Corroborates the initial highlight of 1minAI on July 3, 2024, and its growing trend towards comprehensive, cost-effective AI solutions.</w:t>
      </w:r>
      <w:r/>
    </w:p>
    <w:p>
      <w:pPr>
        <w:pStyle w:val="ListNumber"/>
        <w:spacing w:line="240" w:lineRule="auto"/>
        <w:ind w:left="720"/>
      </w:pPr>
      <w:r/>
      <w:hyperlink r:id="rId15">
        <w:r>
          <w:rPr>
            <w:color w:val="0000EE"/>
            <w:u w:val="single"/>
          </w:rPr>
          <w:t>https://www.cultofmac.com/daily-deals/1minai-all-in-one-ai-tool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alify.com/1minai/" TargetMode="External"/><Relationship Id="rId11" Type="http://schemas.openxmlformats.org/officeDocument/2006/relationships/hyperlink" Target="https://www.softwareadvice.com/artificial-intelligence/1min-ai-profile/" TargetMode="External"/><Relationship Id="rId12" Type="http://schemas.openxmlformats.org/officeDocument/2006/relationships/hyperlink" Target="https://mashable.com/deals/aug-7-1minai-ai-tool" TargetMode="External"/><Relationship Id="rId13" Type="http://schemas.openxmlformats.org/officeDocument/2006/relationships/hyperlink" Target="https://gizmodo.com/chatgpt-mistral-ai-google-ai-lifetime-access-to-top-ai-tools-for-just-39-99-2000498392" TargetMode="External"/><Relationship Id="rId14" Type="http://schemas.openxmlformats.org/officeDocument/2006/relationships/hyperlink" Target="https://mashable.com/deals/oct-26-1minai-ai-tool" TargetMode="External"/><Relationship Id="rId15" Type="http://schemas.openxmlformats.org/officeDocument/2006/relationships/hyperlink" Target="https://www.cultofmac.com/daily-deals/1minai-all-in-one-ai-to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