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app revolutionises weight management for Ohio nurse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revolutionary approach to weight management has emerged, transforming the life of a 53-year-old nurse from Ohio. Chrissy Clark, formerly grappling with the challenges of severe obesity and type 2 diabetes, found a lifeline in the form of an innovative app designed to help users achieve healthier lifestyles through artificial intelligence.</w:t>
      </w:r>
      <w:r/>
    </w:p>
    <w:p>
      <w:r/>
      <w:r>
        <w:t>Chrissy's journey towards improved health was not without its hurdles. As she recounted, her highest weight reached 223 pounds, a revelation that came alongside a diabetes diagnosis in January. These circumstances marked a turning point for Chrissy, compelling her to explore new methods for weight loss after numerous unsuccessful attempts with traditional diets and fads.</w:t>
      </w:r>
      <w:r/>
    </w:p>
    <w:p>
      <w:r/>
      <w:r>
        <w:t>Her discovery of the Simple coaching app proved to be the breakthrough she had been searching for. The app is designed to support adults in reaching their health goals by offering personalised daily routines and dietary advice informed by AI technology. The guidance it provided enabled Chrissy to lose an impressive 36 pounds over a span of six months, an achievement she attributes to the app's effective framework.</w:t>
      </w:r>
      <w:r/>
    </w:p>
    <w:p>
      <w:r/>
      <w:r>
        <w:t>The Simple app's process begins with a survey where users outline their health objectives, preferences, and previous experiences with weight loss. Based on this information, the app devises a tailored workout regimen and delivers comprehensive nutritional insights into users' diets. An AI coach is available within the app to answer any questions users may have, offering a level of support akin to that provided by a personal trainer.</w:t>
      </w:r>
      <w:r/>
    </w:p>
    <w:p>
      <w:r/>
      <w:r>
        <w:t>Chrissy's transformation, shared through her experiences in Bristol Live, reflects her newfound happiness, improved health, and increased energy levels. Her physician had initially advised a gradual approach to weight loss, recommending no more than a 2-pound reduction weekly, which the app seemed to align with perfectly.</w:t>
      </w:r>
      <w:r/>
    </w:p>
    <w:p>
      <w:r/>
      <w:r>
        <w:t>The app's influence extends beyond Chrissy, as users like Virginia resident Kelly Hartmann have also seen positive results. Kelly noted that the app helped her stay on track, losing 15 pounds in four months by effectively monitoring her diet and physical activity.</w:t>
      </w:r>
      <w:r/>
    </w:p>
    <w:p>
      <w:r/>
      <w:r>
        <w:t>While the Simple app has found favour with many, as evidenced by its 4.1 rating on Trustpilot, feedback indicates a desire for some improvements. Users have noted its expense relative to the features offered and expressed a need for more variety in dietary tracking options.</w:t>
      </w:r>
      <w:r/>
    </w:p>
    <w:p>
      <w:r/>
      <w:r>
        <w:t>For those interested in exploring alternative tools, other apps such as Noom and MyFitnessPal offer diverse features at varying price points, providing different resources for those looking to manage their health and diet.</w:t>
      </w:r>
      <w:r/>
    </w:p>
    <w:p>
      <w:r/>
      <w:r>
        <w:t>The rise of AI-driven health applications like Simple signifies a shift in how individuals can address weight management issues. As Chrissy Clark's story illustrates, tailored digital solutions could offer new hope for those seeking to make significant lifestyle changes, all supported by modern technology's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https://www.newsminimalist.com/articles/ohio-nurse-loses-36-pounds-in-six-months-with-health-app-after-diabetes-diagnosis-2dce2270</w:t>
        </w:r>
      </w:hyperlink>
      <w:r>
        <w:t xml:space="preserve"> - Corroborates Chrissy Clark's weight loss of 36 pounds in six months using the Simple App after being diagnosed with Type 2 diabetes.</w:t>
      </w:r>
      <w:r/>
    </w:p>
    <w:p>
      <w:pPr>
        <w:pStyle w:val="ListNumber"/>
        <w:spacing w:line="240" w:lineRule="auto"/>
        <w:ind w:left="720"/>
      </w:pPr>
      <w:r/>
      <w:hyperlink r:id="rId11">
        <w:r>
          <w:rPr>
            <w:color w:val="0000EE"/>
            <w:u w:val="single"/>
          </w:rPr>
          <w:t>https://twitter.com/BelfastLive/status/1850049397331046534</w:t>
        </w:r>
      </w:hyperlink>
      <w:r>
        <w:t xml:space="preserve"> - Mentions Chrissy Clark's struggle with weight loss and her success with the Simple coaching app.</w:t>
      </w:r>
      <w:r/>
    </w:p>
    <w:p>
      <w:pPr>
        <w:pStyle w:val="ListNumber"/>
        <w:spacing w:line="240" w:lineRule="auto"/>
        <w:ind w:left="720"/>
      </w:pPr>
      <w:r/>
      <w:hyperlink r:id="rId9">
        <w:r>
          <w:rPr>
            <w:color w:val="0000EE"/>
            <w:u w:val="single"/>
          </w:rPr>
          <w:t>https://www.noahwire.com</w:t>
        </w:r>
      </w:hyperlink>
      <w:r>
        <w:t xml:space="preserve"> - Source of the article detailing Chrissy Clark's journey and the features of the Simple app.</w:t>
      </w:r>
      <w:r/>
    </w:p>
    <w:p>
      <w:pPr>
        <w:pStyle w:val="ListNumber"/>
        <w:spacing w:line="240" w:lineRule="auto"/>
        <w:ind w:left="720"/>
      </w:pPr>
      <w:r/>
      <w:hyperlink r:id="rId12">
        <w:r>
          <w:rPr>
            <w:color w:val="0000EE"/>
            <w:u w:val="single"/>
          </w:rPr>
          <w:t>https://www.trustpilot.com/</w:t>
        </w:r>
      </w:hyperlink>
      <w:r>
        <w:t xml:space="preserve"> - Provides the 4.1 rating of the Simple app, indicating user satisfaction and feedback.</w:t>
      </w:r>
      <w:r/>
    </w:p>
    <w:p>
      <w:pPr>
        <w:pStyle w:val="ListNumber"/>
        <w:spacing w:line="240" w:lineRule="auto"/>
        <w:ind w:left="720"/>
      </w:pPr>
      <w:r/>
      <w:hyperlink r:id="rId13">
        <w:r>
          <w:rPr>
            <w:color w:val="0000EE"/>
            <w:u w:val="single"/>
          </w:rPr>
          <w:t>https://www.noom.com/</w:t>
        </w:r>
      </w:hyperlink>
      <w:r>
        <w:t xml:space="preserve"> - Alternative health app mentioned, offering diverse features for health and diet management.</w:t>
      </w:r>
      <w:r/>
    </w:p>
    <w:p>
      <w:pPr>
        <w:pStyle w:val="ListNumber"/>
        <w:spacing w:line="240" w:lineRule="auto"/>
        <w:ind w:left="720"/>
      </w:pPr>
      <w:r/>
      <w:hyperlink r:id="rId14">
        <w:r>
          <w:rPr>
            <w:color w:val="0000EE"/>
            <w:u w:val="single"/>
          </w:rPr>
          <w:t>https://www.myfitnesspal.com/</w:t>
        </w:r>
      </w:hyperlink>
      <w:r>
        <w:t xml:space="preserve"> - Another alternative health app mentioned, providing different resources for health and diet management.</w:t>
      </w:r>
      <w:r/>
    </w:p>
    <w:p>
      <w:pPr>
        <w:pStyle w:val="ListNumber"/>
        <w:spacing w:line="240" w:lineRule="auto"/>
        <w:ind w:left="720"/>
      </w:pPr>
      <w:r/>
      <w:hyperlink r:id="rId10">
        <w:r>
          <w:rPr>
            <w:color w:val="0000EE"/>
            <w:u w:val="single"/>
          </w:rPr>
          <w:t>https://www.newsminimalist.com/articles/ohio-nurse-loses-36-pounds-in-six-months-with-health-app-after-diabetes-diagnosis-2dce2270</w:t>
        </w:r>
      </w:hyperlink>
      <w:r>
        <w:t xml:space="preserve"> - Details Chrissy Clark's highest weight and her diabetes diagnosis, marking a turning point in her health journey.</w:t>
      </w:r>
      <w:r/>
    </w:p>
    <w:p>
      <w:pPr>
        <w:pStyle w:val="ListNumber"/>
        <w:spacing w:line="240" w:lineRule="auto"/>
        <w:ind w:left="720"/>
      </w:pPr>
      <w:r/>
      <w:hyperlink r:id="rId10">
        <w:r>
          <w:rPr>
            <w:color w:val="0000EE"/>
            <w:u w:val="single"/>
          </w:rPr>
          <w:t>https://www.newsminimalist.com/articles/ohio-nurse-loses-36-pounds-in-six-months-with-health-app-after-diabetes-diagnosis-2dce2270</w:t>
        </w:r>
      </w:hyperlink>
      <w:r>
        <w:t xml:space="preserve"> - Explains the app's process, including the initial survey and AI-driven personalized daily routines and dietary advice.</w:t>
      </w:r>
      <w:r/>
    </w:p>
    <w:p>
      <w:pPr>
        <w:pStyle w:val="ListNumber"/>
        <w:spacing w:line="240" w:lineRule="auto"/>
        <w:ind w:left="720"/>
      </w:pPr>
      <w:r/>
      <w:hyperlink r:id="rId11">
        <w:r>
          <w:rPr>
            <w:color w:val="0000EE"/>
            <w:u w:val="single"/>
          </w:rPr>
          <w:t>https://twitter.com/BelfastLive/status/1850049397331046534</w:t>
        </w:r>
      </w:hyperlink>
      <w:r>
        <w:t xml:space="preserve"> - Mentions Chrissy's improved health, happiness, and increased energy levels after using the Simple app.</w:t>
      </w:r>
      <w:r/>
    </w:p>
    <w:p>
      <w:pPr>
        <w:pStyle w:val="ListNumber"/>
        <w:spacing w:line="240" w:lineRule="auto"/>
        <w:ind w:left="720"/>
      </w:pPr>
      <w:r/>
      <w:hyperlink r:id="rId9">
        <w:r>
          <w:rPr>
            <w:color w:val="0000EE"/>
            <w:u w:val="single"/>
          </w:rPr>
          <w:t>https://www.noahwire.com</w:t>
        </w:r>
      </w:hyperlink>
      <w:r>
        <w:t xml:space="preserve"> - Discusses the app's alignment with medical recommendations, such as a gradual weight loss approach.</w:t>
      </w:r>
      <w:r/>
    </w:p>
    <w:p>
      <w:pPr>
        <w:pStyle w:val="ListNumber"/>
        <w:spacing w:line="240" w:lineRule="auto"/>
        <w:ind w:left="720"/>
      </w:pPr>
      <w:r/>
      <w:hyperlink r:id="rId15">
        <w:r>
          <w:rPr>
            <w:color w:val="0000EE"/>
            <w:u w:val="single"/>
          </w:rPr>
          <w:t>https://www.dailyrecord.co.uk/lifestyle/simple-weight-loss-discount-code-33983538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minimalist.com/articles/ohio-nurse-loses-36-pounds-in-six-months-with-health-app-after-diabetes-diagnosis-2dce2270" TargetMode="External"/><Relationship Id="rId11" Type="http://schemas.openxmlformats.org/officeDocument/2006/relationships/hyperlink" Target="https://twitter.com/BelfastLive/status/1850049397331046534" TargetMode="External"/><Relationship Id="rId12" Type="http://schemas.openxmlformats.org/officeDocument/2006/relationships/hyperlink" Target="https://www.trustpilot.com/" TargetMode="External"/><Relationship Id="rId13" Type="http://schemas.openxmlformats.org/officeDocument/2006/relationships/hyperlink" Target="https://www.noom.com/" TargetMode="External"/><Relationship Id="rId14" Type="http://schemas.openxmlformats.org/officeDocument/2006/relationships/hyperlink" Target="https://www.myfitnesspal.com/" TargetMode="External"/><Relationship Id="rId15" Type="http://schemas.openxmlformats.org/officeDocument/2006/relationships/hyperlink" Target="https://www.dailyrecord.co.uk/lifestyle/simple-weight-loss-discount-code-339835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