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MacBook Air models see significant price cuts ahead of anticipated product launches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the tech world have seen significant price reductions on Apple's MacBook Air models, alongside forecasts of upcoming product launches and updates. Retail giant Best Buy is currently offering the 15-inch M2 MacBook Air at a notable discount. This MacBook, originally priced at $1,299, is now available for $999.99. Buyers can choose from three colour options, benefiting from a $299 reduction, marking one of the lowest prices in recent months. This sale highlights competition with Amazon, which continues offering the 13-inch M3 MacBook Air at $849, mirroring their summer Prime Day offers.</w:t>
      </w:r>
      <w:r/>
    </w:p>
    <w:p>
      <w:r/>
      <w:r>
        <w:t>For those interested in the more compact M3 variant, Amazon’s price matches the all-time lows, offering the previous-generation M2 version for $700, down from its original price by $349. This array of price drops represents a broader initiative to make Apple's laptops more accessible as new models loom on the horizon.</w:t>
      </w:r>
      <w:r/>
    </w:p>
    <w:p>
      <w:r/>
      <w:r>
        <w:t>In line with these sales, industry speculations by Mark Gurman of Bloomberg suggest upcoming releases in Apple's product line. The tech community anticipates a refresh of Apple's Mac lineup, which may include the introduction of M4-equipped MacBook Pros, Mac Minis, and iMacs. These new additions to the Mac family are part of Apple’s continued innovation and product expansion, expected to happen over the coming days.</w:t>
      </w:r>
      <w:r/>
    </w:p>
    <w:p>
      <w:r/>
      <w:r>
        <w:t>The current Apple MacBook Air models are celebrated for their innovative features, particularly the 15-inch version powered by the M2 chip. With an ultra-thin design and up to 18 hours of battery life, the device offers robust performance for users needing a portable yet powerful computing solution. The M2 chip features an 8-core CPU with up to a 10-core GPU, providing the capability to handle complex tasks with ease.</w:t>
      </w:r>
      <w:r/>
    </w:p>
    <w:p>
      <w:r/>
      <w:r>
        <w:t>Looking towards 2025, Apple is projected to introduce refreshed models of the iPad lineup, including the iPad Pro, iPad Air, and the base model iPad. Speculation suggests the iPad 11 will retain a similar design to the 2022 iPad 10.9 but expect enhancements such as increased speed and support for Apple Intelligence. This software is part of Apple's venture into more personalised, privacy-focused artificial intelligence innovations.</w:t>
      </w:r>
      <w:r/>
    </w:p>
    <w:p>
      <w:r/>
      <w:r>
        <w:t>Gurman also forecasts the future introduction of an M4 chip across Apple's entire Mac range, underlining Apple's push towards advancing artificial intelligence capabilities. The increased AI processing power of the M4 chip is set to offer significant improvements, especially in gaming and overall performance compared to the M3. Despite this, the transition from the previous M1 series is expected to remain substantial, reminiscent of Apple's initial switch from Intel processors.</w:t>
      </w:r>
      <w:r/>
    </w:p>
    <w:p>
      <w:r/>
      <w:r>
        <w:t>While these predictions provide an exciting glimpse into Apple's potential direction, they remain unconfirmed and subject to change. As Apple continues to innovate and broaden its product offerings, consumers are faced with more choices and opportunities in the evolving technology landscape. For now, those interested in securing a MacBook Air can take advantage of current promotional pricing, knowing that further advancements are likely on the way.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stbuy.com/site/searchpage.jsp?_dyncharset=UTF-8&amp;browsedCategory=pcmcat378600050008&amp;id=pcat17071&amp;iht=n&amp;ks=960&amp;list=y&amp;qp=currentoffers_facet%3DCurrent+Deals~On+Sale&amp;sc=Global&amp;st=pcmcat378600050008_categoryid%24pcmcat138500050001&amp;type=page&amp;usc=All+Categories</w:t>
        </w:r>
      </w:hyperlink>
      <w:r>
        <w:t xml:space="preserve"> - Corroborates the availability of various MacBook Air models at discounted prices on Best Buy, including the 15-inch M2 MacBook Air.</w:t>
      </w:r>
      <w:r/>
    </w:p>
    <w:p>
      <w:pPr>
        <w:pStyle w:val="ListNumber"/>
        <w:spacing w:line="240" w:lineRule="auto"/>
        <w:ind w:left="720"/>
      </w:pPr>
      <w:r/>
      <w:hyperlink r:id="rId11">
        <w:r>
          <w:rPr>
            <w:color w:val="0000EE"/>
            <w:u w:val="single"/>
          </w:rPr>
          <w:t>https://forums.macrumors.com/threads/best-buy-takes-300-off-15-inch-macbook-air-with-multiple-all-time-low-prices-starting-at-999-updated.2417758/</w:t>
        </w:r>
      </w:hyperlink>
      <w:r>
        <w:t xml:space="preserve"> - Supports the claim that Best Buy is offering the 15-inch M2 MacBook Air at a discounted price of $999, down from $1,299, and highlights the all-time low prices on these models.</w:t>
      </w:r>
      <w:r/>
    </w:p>
    <w:p>
      <w:pPr>
        <w:pStyle w:val="ListNumber"/>
        <w:spacing w:line="240" w:lineRule="auto"/>
        <w:ind w:left="720"/>
      </w:pPr>
      <w:r/>
      <w:hyperlink r:id="rId12">
        <w:r>
          <w:rPr>
            <w:color w:val="0000EE"/>
            <w:u w:val="single"/>
          </w:rPr>
          <w:t>https://www.macrumors.com/2024/09/13/best-buy-macbook-pro-air-low-prices/</w:t>
        </w:r>
      </w:hyperlink>
      <w:r>
        <w:t xml:space="preserve"> - Confirms that Best Buy has introduced new record low prices on MacBook Air models, including the M2 and M3 variants, and discusses the discounts available.</w:t>
      </w:r>
      <w:r/>
    </w:p>
    <w:p>
      <w:pPr>
        <w:pStyle w:val="ListNumber"/>
        <w:spacing w:line="240" w:lineRule="auto"/>
        <w:ind w:left="720"/>
      </w:pPr>
      <w:r/>
      <w:hyperlink r:id="rId13">
        <w:r>
          <w:rPr>
            <w:color w:val="0000EE"/>
            <w:u w:val="single"/>
          </w:rPr>
          <w:t>https://www.bestbuy.com/site/macbooks/macbook-air/pcmcat378600050008.c?id=pcmcat378600050008</w:t>
        </w:r>
      </w:hyperlink>
      <w:r>
        <w:t xml:space="preserve"> - Provides details on the various MacBook Air models available at Best Buy, including their prices and specifications.</w:t>
      </w:r>
      <w:r/>
    </w:p>
    <w:p>
      <w:pPr>
        <w:pStyle w:val="ListNumber"/>
        <w:spacing w:line="240" w:lineRule="auto"/>
        <w:ind w:left="720"/>
      </w:pPr>
      <w:r/>
      <w:hyperlink r:id="rId11">
        <w:r>
          <w:rPr>
            <w:color w:val="0000EE"/>
            <w:u w:val="single"/>
          </w:rPr>
          <w:t>https://forums.macrumors.com/threads/best-buy-takes-300-off-15-inch-macbook-air-with-multiple-all-time-low-prices-starting-at-999-updated.2417758/</w:t>
        </w:r>
      </w:hyperlink>
      <w:r>
        <w:t xml:space="preserve"> - Mentions the competition with Amazon and the pricing of the 13-inch M3 MacBook Air, aligning with the article's comparison of prices across retailers.</w:t>
      </w:r>
      <w:r/>
    </w:p>
    <w:p>
      <w:pPr>
        <w:pStyle w:val="ListNumber"/>
        <w:spacing w:line="240" w:lineRule="auto"/>
        <w:ind w:left="720"/>
      </w:pPr>
      <w:r/>
      <w:hyperlink r:id="rId12">
        <w:r>
          <w:rPr>
            <w:color w:val="0000EE"/>
            <w:u w:val="single"/>
          </w:rPr>
          <w:t>https://www.macrumors.com/2024/09/13/best-buy-macbook-pro-air-low-prices/</w:t>
        </w:r>
      </w:hyperlink>
      <w:r>
        <w:t xml:space="preserve"> - Discusses the broader initiative to make Apple's laptops more accessible through price reductions, especially as new models are anticipated.</w:t>
      </w:r>
      <w:r/>
    </w:p>
    <w:p>
      <w:pPr>
        <w:pStyle w:val="ListNumber"/>
        <w:spacing w:line="240" w:lineRule="auto"/>
        <w:ind w:left="720"/>
      </w:pPr>
      <w:r/>
      <w:hyperlink r:id="rId10">
        <w:r>
          <w:rPr>
            <w:color w:val="0000EE"/>
            <w:u w:val="single"/>
          </w:rPr>
          <w:t>https://www.bestbuy.com/site/searchpage.jsp?_dyncharset=UTF-8&amp;browsedCategory=pcmcat378600050008&amp;id=pcat17071&amp;iht=n&amp;ks=960&amp;list=y&amp;qp=currentoffers_facet%3DCurrent+Deals~On+Sale&amp;sc=Global&amp;st=pcmcat378600050008_categoryid%24pcmcat138500050001&amp;type=page&amp;usc=All+Categories</w:t>
        </w:r>
      </w:hyperlink>
      <w:r>
        <w:t xml:space="preserve"> - Highlights the innovative features of the MacBook Air models, such as the M2 chip, ultra-thin design, and long battery life.</w:t>
      </w:r>
      <w:r/>
    </w:p>
    <w:p>
      <w:pPr>
        <w:pStyle w:val="ListNumber"/>
        <w:spacing w:line="240" w:lineRule="auto"/>
        <w:ind w:left="720"/>
      </w:pPr>
      <w:r/>
      <w:hyperlink r:id="rId12">
        <w:r>
          <w:rPr>
            <w:color w:val="0000EE"/>
            <w:u w:val="single"/>
          </w:rPr>
          <w:t>https://www.macrumors.com/2024/09/13/best-buy-macbook-pro-air-low-prices/</w:t>
        </w:r>
      </w:hyperlink>
      <w:r>
        <w:t xml:space="preserve"> - Supports the speculation about upcoming releases in Apple's product line, including the potential introduction of M4-equipped Mac models.</w:t>
      </w:r>
      <w:r/>
    </w:p>
    <w:p>
      <w:pPr>
        <w:pStyle w:val="ListNumber"/>
        <w:spacing w:line="240" w:lineRule="auto"/>
        <w:ind w:left="720"/>
      </w:pPr>
      <w:r/>
      <w:hyperlink r:id="rId14">
        <w:r>
          <w:rPr>
            <w:color w:val="0000EE"/>
            <w:u w:val="single"/>
          </w:rPr>
          <w:t>https://www.reddit.com/r/macbook/comments/1d25yui/best_buy_vs_apple/</w:t>
        </w:r>
      </w:hyperlink>
      <w:r>
        <w:t xml:space="preserve"> - Discusses the benefits and comparisons between buying Apple products from Best Buy versus directly from Apple, including pricing and warranty considerations.</w:t>
      </w:r>
      <w:r/>
    </w:p>
    <w:p>
      <w:pPr>
        <w:pStyle w:val="ListNumber"/>
        <w:spacing w:line="240" w:lineRule="auto"/>
        <w:ind w:left="720"/>
      </w:pPr>
      <w:r/>
      <w:hyperlink r:id="rId11">
        <w:r>
          <w:rPr>
            <w:color w:val="0000EE"/>
            <w:u w:val="single"/>
          </w:rPr>
          <w:t>https://forums.macrumors.com/threads/best-buy-takes-300-off-15-inch-macbook-air-with-multiple-all-time-low-prices-starting-at-999-updated.2417758/</w:t>
        </w:r>
      </w:hyperlink>
      <w:r>
        <w:t xml:space="preserve"> - Mentions the performance capabilities of the M2 chip, including its 8-core CPU and up to 10-core GPU, aligning with the article's description of the chip's features.</w:t>
      </w:r>
      <w:r/>
    </w:p>
    <w:p>
      <w:pPr>
        <w:pStyle w:val="ListNumber"/>
        <w:spacing w:line="240" w:lineRule="auto"/>
        <w:ind w:left="720"/>
      </w:pPr>
      <w:r/>
      <w:hyperlink r:id="rId12">
        <w:r>
          <w:rPr>
            <w:color w:val="0000EE"/>
            <w:u w:val="single"/>
          </w:rPr>
          <w:t>https://www.macrumors.com/2024/09/13/best-buy-macbook-pro-air-low-prices/</w:t>
        </w:r>
      </w:hyperlink>
      <w:r>
        <w:t xml:space="preserve"> - Forecasts the future introduction of the M4 chip across Apple's Mac range and its expected improvements in AI processing power and overall performance.</w:t>
      </w:r>
      <w:r/>
    </w:p>
    <w:p>
      <w:pPr>
        <w:pStyle w:val="ListNumber"/>
        <w:spacing w:line="240" w:lineRule="auto"/>
        <w:ind w:left="720"/>
      </w:pPr>
      <w:r/>
      <w:hyperlink r:id="rId15">
        <w:r>
          <w:rPr>
            <w:color w:val="0000EE"/>
            <w:u w:val="single"/>
          </w:rPr>
          <w:t>https://9to5toys.com/2024/10/28/apple-latest-15-inch-m3-macbook-air/</w:t>
        </w:r>
      </w:hyperlink>
      <w:r>
        <w:t xml:space="preserve"> - Please view link - unable to able to access data</w:t>
      </w:r>
      <w:r/>
    </w:p>
    <w:p>
      <w:pPr>
        <w:pStyle w:val="ListNumber"/>
        <w:spacing w:line="240" w:lineRule="auto"/>
        <w:ind w:left="720"/>
      </w:pPr>
      <w:r/>
      <w:hyperlink r:id="rId16">
        <w:r>
          <w:rPr>
            <w:color w:val="0000EE"/>
            <w:u w:val="single"/>
          </w:rPr>
          <w:t>https://www.techradar.com/tablets/ipad/ipad-pro-m5-tipped-to-land-next-year-but-not-until-long-after-the-ipad-11-and-the-next-ipad-air</w:t>
        </w:r>
      </w:hyperlink>
      <w:r>
        <w:t xml:space="preserve"> - Please view link - unable to able to access data</w:t>
      </w:r>
      <w:r/>
    </w:p>
    <w:p>
      <w:pPr>
        <w:pStyle w:val="ListNumber"/>
        <w:spacing w:line="240" w:lineRule="auto"/>
        <w:ind w:left="720"/>
      </w:pPr>
      <w:r/>
      <w:hyperlink r:id="rId17">
        <w:r>
          <w:rPr>
            <w:color w:val="0000EE"/>
            <w:u w:val="single"/>
          </w:rPr>
          <w:t>https://www.techradar.com/computing/macs/apple-macbook-pro-14-inch-m4-could-be-a-real-treat-for-halloween-if-latest-cpu-and-ram-spec-rumors-arent-a-trick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stbuy.com/site/searchpage.jsp?_dyncharset=UTF-8&amp;browsedCategory=pcmcat378600050008&amp;id=pcat17071&amp;iht=n&amp;ks=960&amp;list=y&amp;qp=currentoffers_facet%3DCurrent+Deals~On+Sale&amp;sc=Global&amp;st=pcmcat378600050008_categoryid%24pcmcat138500050001&amp;type=page&amp;usc=All+Categories" TargetMode="External"/><Relationship Id="rId11" Type="http://schemas.openxmlformats.org/officeDocument/2006/relationships/hyperlink" Target="https://forums.macrumors.com/threads/best-buy-takes-300-off-15-inch-macbook-air-with-multiple-all-time-low-prices-starting-at-999-updated.2417758/" TargetMode="External"/><Relationship Id="rId12" Type="http://schemas.openxmlformats.org/officeDocument/2006/relationships/hyperlink" Target="https://www.macrumors.com/2024/09/13/best-buy-macbook-pro-air-low-prices/" TargetMode="External"/><Relationship Id="rId13" Type="http://schemas.openxmlformats.org/officeDocument/2006/relationships/hyperlink" Target="https://www.bestbuy.com/site/macbooks/macbook-air/pcmcat378600050008.c?id=pcmcat378600050008" TargetMode="External"/><Relationship Id="rId14" Type="http://schemas.openxmlformats.org/officeDocument/2006/relationships/hyperlink" Target="https://www.reddit.com/r/macbook/comments/1d25yui/best_buy_vs_apple/" TargetMode="External"/><Relationship Id="rId15" Type="http://schemas.openxmlformats.org/officeDocument/2006/relationships/hyperlink" Target="https://9to5toys.com/2024/10/28/apple-latest-15-inch-m3-macbook-air/" TargetMode="External"/><Relationship Id="rId16" Type="http://schemas.openxmlformats.org/officeDocument/2006/relationships/hyperlink" Target="https://www.techradar.com/tablets/ipad/ipad-pro-m5-tipped-to-land-next-year-but-not-until-long-after-the-ipad-11-and-the-next-ipad-air" TargetMode="External"/><Relationship Id="rId17" Type="http://schemas.openxmlformats.org/officeDocument/2006/relationships/hyperlink" Target="https://www.techradar.com/computing/macs/apple-macbook-pro-14-inch-m4-could-be-a-real-treat-for-halloween-if-latest-cpu-and-ram-spec-rumors-arent-a-tri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