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to launch new Macs featuring powerful M4 processor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Inc. prepares to enhance its Mac lineup with the integration of the potent M4 processor, as reported by Bloomberg columnist Mark Gurman in his recent "Power On" newsletter. The M4 chip is designed to elevate the artificial intelligence and gaming capabilities of the new Mac models, promising a significant upgrade from previous versions.</w:t>
      </w:r>
      <w:r/>
    </w:p>
    <w:p>
      <w:r/>
      <w:r>
        <w:t>Apple is set to follow a distinct schedule for product announcements, reportedly introducing new Macs over the course of three days—Monday, Tuesday, and Wednesday—with hands-on sessions arranged immediately after the final announcements. This approach, while unusual, is not without precedent for the tech giant.</w:t>
      </w:r>
      <w:r/>
    </w:p>
    <w:p>
      <w:r/>
      <w:r>
        <w:t>The anticipated announcements include a spectrum of devices featuring the new M4 processor. A 24-inch iMac will be equipped with an entry-level M4 chip, while a revamped Mac mini will offer both M4 and M4 Pro options. The updated 14- and 16-inch MacBook Pro models are expected to incorporate more advanced configurations of the M4 chip, enhancing their performance even further.</w:t>
      </w:r>
      <w:r/>
    </w:p>
    <w:p>
      <w:r/>
      <w:r>
        <w:t>The new Mac mini promises to be a draw for gaming enthusiasts, thanks to its introduction of ray tracing technology. This graphics technique provides more realistic image rendering, a desirable feature for enhancing the gaming experience. Additionally, the forthcoming Mac mini will adopt a more compact design, akin to the size of an Apple TV, and will be fitted with added ports for increased versatility.</w:t>
      </w:r>
      <w:r/>
    </w:p>
    <w:p>
      <w:r/>
      <w:r>
        <w:t>Looking ahead, Apple has plans to integrate the M4 chip into several other devices, including the MacBook Air, Mac Studio, and Mac Pro, with releases planned for early 2025. These updates underline Apple's continued commitment to evolving its product line with the latest in technological advancements.</w:t>
      </w:r>
      <w:r/>
    </w:p>
    <w:p>
      <w:r/>
      <w:r>
        <w:t>The M4 chip has already made its debut in an Apple product. In May 2024, Apple introduced the M4 processor in the iPad Pro, showcasing its capabilities. At launch, the M4 was highlighted for its remarkable processing power, particularly its enhanced Neural Engine, which performs 38 trillion operations per second (TOPS) — a significant leap in AI computing power.</w:t>
      </w:r>
      <w:r/>
    </w:p>
    <w:p>
      <w:r/>
      <w:r>
        <w:t>This move continues Apple's strategic transition away from Intel Corporation chips, a shift that began in 2020 under CEO Tim Cook's leadership, signalling the company's dedication to developing and integrating its proprietary hardware solutions for improved performance across its device ecosystem.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https://www.pcmag.com/news/ai-enhanced-m4-chips-reportedly-coming-to-apples-full-mac-lineup</w:t>
        </w:r>
      </w:hyperlink>
      <w:r>
        <w:t xml:space="preserve"> - Corroborates the integration of M4 chips across Apple's Mac lineup, including the enhancement of AI and gaming capabilities.</w:t>
      </w:r>
      <w:r/>
    </w:p>
    <w:p>
      <w:pPr>
        <w:pStyle w:val="ListNumber"/>
        <w:spacing w:line="240" w:lineRule="auto"/>
        <w:ind w:left="720"/>
      </w:pPr>
      <w:r/>
      <w:hyperlink r:id="rId11">
        <w:r>
          <w:rPr>
            <w:color w:val="0000EE"/>
            <w:u w:val="single"/>
          </w:rPr>
          <w:t>https://www.benzinga.com/news/24/10/41565581/mac-mini-may-shrink-to-apple-tv-size-as-cupertino-prepares-to-unveil-new-macs-this-week-expect-ai-an</w:t>
        </w:r>
      </w:hyperlink>
      <w:r>
        <w:t xml:space="preserve"> - Supports the announcement schedule and the introduction of new Macs, including the 24-inch iMac, Mac mini, and MacBook Pro models with M4 chips.</w:t>
      </w:r>
      <w:r/>
    </w:p>
    <w:p>
      <w:pPr>
        <w:pStyle w:val="ListNumber"/>
        <w:spacing w:line="240" w:lineRule="auto"/>
        <w:ind w:left="720"/>
      </w:pPr>
      <w:r/>
      <w:hyperlink r:id="rId11">
        <w:r>
          <w:rPr>
            <w:color w:val="0000EE"/>
            <w:u w:val="single"/>
          </w:rPr>
          <w:t>https://www.benzinga.com/news/24/10/41565581/mac-mini-may-shrink-to-apple-tv-size-as-cupertino-prepares-to-unveil-new-macs-this-week-expect-ai-an</w:t>
        </w:r>
      </w:hyperlink>
      <w:r>
        <w:t xml:space="preserve"> - Details the new Mac mini's features, including ray tracing technology and a compact design similar to an Apple TV.</w:t>
      </w:r>
      <w:r/>
    </w:p>
    <w:p>
      <w:pPr>
        <w:pStyle w:val="ListNumber"/>
        <w:spacing w:line="240" w:lineRule="auto"/>
        <w:ind w:left="720"/>
      </w:pPr>
      <w:r/>
      <w:hyperlink r:id="rId12">
        <w:r>
          <w:rPr>
            <w:color w:val="0000EE"/>
            <w:u w:val="single"/>
          </w:rPr>
          <w:t>https://www.reddit.com/r/LocalLLaMA/comments/1c1l0og/apple_plans_to_overhaul_entire_mac_line_with/</w:t>
        </w:r>
      </w:hyperlink>
      <w:r>
        <w:t xml:space="preserve"> - Confirms the M4 chip's integration into various Mac models, including the MacBook Air, Mac Studio, and Mac Pro, with a focus on AI processing capabilities.</w:t>
      </w:r>
      <w:r/>
    </w:p>
    <w:p>
      <w:pPr>
        <w:pStyle w:val="ListNumber"/>
        <w:spacing w:line="240" w:lineRule="auto"/>
        <w:ind w:left="720"/>
      </w:pPr>
      <w:r/>
      <w:hyperlink r:id="rId13">
        <w:r>
          <w:rPr>
            <w:color w:val="0000EE"/>
            <w:u w:val="single"/>
          </w:rPr>
          <w:t>https://www.macworld.com/article/2426453/m4-processor-mac-mini-studio-pro-imac-macbook-air.html</w:t>
        </w:r>
      </w:hyperlink>
      <w:r>
        <w:t xml:space="preserve"> - Provides a timeline for the release of M4-equipped Mac models, including the MacBook Air, Mac Studio, and Mac Pro in early 2025.</w:t>
      </w:r>
      <w:r/>
    </w:p>
    <w:p>
      <w:pPr>
        <w:pStyle w:val="ListNumber"/>
        <w:spacing w:line="240" w:lineRule="auto"/>
        <w:ind w:left="720"/>
      </w:pPr>
      <w:r/>
      <w:hyperlink r:id="rId11">
        <w:r>
          <w:rPr>
            <w:color w:val="0000EE"/>
            <w:u w:val="single"/>
          </w:rPr>
          <w:t>https://www.benzinga.com/news/24/10/41565581/mac-mini-may-shrink-to-apple-tv-size-as-cupertino-prepares-to-unveil-new-macs-this-week-expect-ai-an</w:t>
        </w:r>
      </w:hyperlink>
      <w:r>
        <w:t xml:space="preserve"> - Mentions the M4 chip's debut in the iPad Pro in May 2024 and its enhanced Neural Engine capabilities.</w:t>
      </w:r>
      <w:r/>
    </w:p>
    <w:p>
      <w:pPr>
        <w:pStyle w:val="ListNumber"/>
        <w:spacing w:line="240" w:lineRule="auto"/>
        <w:ind w:left="720"/>
      </w:pPr>
      <w:r/>
      <w:hyperlink r:id="rId14">
        <w:r>
          <w:rPr>
            <w:color w:val="0000EE"/>
            <w:u w:val="single"/>
          </w:rPr>
          <w:t>https://forums.macrumors.com/threads/when-to-expect-new-m4-macbook-air-mac-studio-and-mac-pro-models.2433246/</w:t>
        </w:r>
      </w:hyperlink>
      <w:r>
        <w:t xml:space="preserve"> - Details the performance enhancements of the M4 chip, including a 20% performance boost over the M3 chip and improved Neural Engine capabilities.</w:t>
      </w:r>
      <w:r/>
    </w:p>
    <w:p>
      <w:pPr>
        <w:pStyle w:val="ListNumber"/>
        <w:spacing w:line="240" w:lineRule="auto"/>
        <w:ind w:left="720"/>
      </w:pPr>
      <w:r/>
      <w:hyperlink r:id="rId10">
        <w:r>
          <w:rPr>
            <w:color w:val="0000EE"/>
            <w:u w:val="single"/>
          </w:rPr>
          <w:t>https://www.pcmag.com/news/ai-enhanced-m4-chips-reportedly-coming-to-apples-full-mac-lineup</w:t>
        </w:r>
      </w:hyperlink>
      <w:r>
        <w:t xml:space="preserve"> - Explains the different variants of the M4 chip, including Donan, Brava, and Hidra, and their respective applications in various Mac models.</w:t>
      </w:r>
      <w:r/>
    </w:p>
    <w:p>
      <w:pPr>
        <w:pStyle w:val="ListNumber"/>
        <w:spacing w:line="240" w:lineRule="auto"/>
        <w:ind w:left="720"/>
      </w:pPr>
      <w:r/>
      <w:hyperlink r:id="rId13">
        <w:r>
          <w:rPr>
            <w:color w:val="0000EE"/>
            <w:u w:val="single"/>
          </w:rPr>
          <w:t>https://www.macworld.com/article/2426453/m4-processor-mac-mini-studio-pro-imac-macbook-air.html</w:t>
        </w:r>
      </w:hyperlink>
      <w:r>
        <w:t xml:space="preserve"> - Describes the design changes for the Mac mini, including its new compact size and additional ports.</w:t>
      </w:r>
      <w:r/>
    </w:p>
    <w:p>
      <w:pPr>
        <w:pStyle w:val="ListNumber"/>
        <w:spacing w:line="240" w:lineRule="auto"/>
        <w:ind w:left="720"/>
      </w:pPr>
      <w:r/>
      <w:hyperlink r:id="rId14">
        <w:r>
          <w:rPr>
            <w:color w:val="0000EE"/>
            <w:u w:val="single"/>
          </w:rPr>
          <w:t>https://forums.macrumors.com/threads/when-to-expect-new-m4-macbook-air-mac-studio-and-mac-pro-models.2433246/</w:t>
        </w:r>
      </w:hyperlink>
      <w:r>
        <w:t xml:space="preserve"> - Confirms Apple's strategy of updating its entire Mac lineup with the M4 chip, marking a significant transition from Intel chips to proprietary hardware solutions.</w:t>
      </w:r>
      <w:r/>
    </w:p>
    <w:p>
      <w:pPr>
        <w:pStyle w:val="ListNumber"/>
        <w:spacing w:line="240" w:lineRule="auto"/>
        <w:ind w:left="720"/>
      </w:pPr>
      <w:r/>
      <w:hyperlink r:id="rId12">
        <w:r>
          <w:rPr>
            <w:color w:val="0000EE"/>
            <w:u w:val="single"/>
          </w:rPr>
          <w:t>https://www.reddit.com/r/LocalLLaMA/comments/1c1l0og/apple_plans_to_overhaul_entire_mac_line_with/</w:t>
        </w:r>
      </w:hyperlink>
      <w:r>
        <w:t xml:space="preserve"> - Highlights Apple's commitment to evolving its product line with the latest technological advancements, particularly in AI and gaming.</w:t>
      </w:r>
      <w:r/>
    </w:p>
    <w:p>
      <w:pPr>
        <w:pStyle w:val="ListNumber"/>
        <w:spacing w:line="240" w:lineRule="auto"/>
        <w:ind w:left="720"/>
      </w:pPr>
      <w:r/>
      <w:hyperlink r:id="rId11">
        <w:r>
          <w:rPr>
            <w:color w:val="0000EE"/>
            <w:u w:val="single"/>
          </w:rPr>
          <w:t>https://www.benzinga.com/news/24/10/41565581/mac-mini-may-shrink-to-apple-tv-size-as-cupertino-prepares-to-unveil-new-macs-this-week-expect-ai-an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mag.com/news/ai-enhanced-m4-chips-reportedly-coming-to-apples-full-mac-lineup" TargetMode="External"/><Relationship Id="rId11" Type="http://schemas.openxmlformats.org/officeDocument/2006/relationships/hyperlink" Target="https://www.benzinga.com/news/24/10/41565581/mac-mini-may-shrink-to-apple-tv-size-as-cupertino-prepares-to-unveil-new-macs-this-week-expect-ai-an" TargetMode="External"/><Relationship Id="rId12" Type="http://schemas.openxmlformats.org/officeDocument/2006/relationships/hyperlink" Target="https://www.reddit.com/r/LocalLLaMA/comments/1c1l0og/apple_plans_to_overhaul_entire_mac_line_with/" TargetMode="External"/><Relationship Id="rId13" Type="http://schemas.openxmlformats.org/officeDocument/2006/relationships/hyperlink" Target="https://www.macworld.com/article/2426453/m4-processor-mac-mini-studio-pro-imac-macbook-air.html" TargetMode="External"/><Relationship Id="rId14" Type="http://schemas.openxmlformats.org/officeDocument/2006/relationships/hyperlink" Target="https://forums.macrumors.com/threads/when-to-expect-new-m4-macbook-air-mac-studio-and-mac-pro-models.24332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