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Appy Pie introduces AI App Generator GPT to simplify app creation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Appy Pie has unveiled a pioneering tool, the AI App Generator GPT, on the GPT Store, significantly simplifying the process of app creation for Android and iOS platforms. This latest development caters to users who can now create apps just by providing textual descriptions of their concepts, thanks to the power of GPT-4's advanced natural language processing capabilities. This innovation aligns with Appy Pie’s ongoing mission to democratise app development, making it accessible to a wider audience.</w:t>
      </w:r>
      <w:r/>
    </w:p>
    <w:p>
      <w:r/>
      <w:r>
        <w:t>Available within the "Explore GPTs" section of ChatGPT-4, the AI App Generator enables users to kickstart app development by entering concise text prompts that describe their desired app functionalities. This approach ensures that even individuals unfamiliar with coding can generate app drafts tailored to their specifications. The Appy Pie platform then allows further customisation through its extensive suite of tools, including templates, layout options, and design features that can be adapted to refine the initial draft into a fully functional application.</w:t>
      </w:r>
      <w:r/>
    </w:p>
    <w:p>
      <w:r/>
      <w:r>
        <w:t>Abhinav Girdhar, the CEO of Appy Pie, stated, "Our mission is to provide tools that make app creation simple and fast. This launch marks a significant advancement for the app development industry. With the AI App Generator GPT, we empower anyone to transform their ideas into fully functional apps without technical challenges using Chat GPT." He emphasised how this innovation is part of a broader initiative to remove barriers in technology, encouraging more people to bring their ideas to life.</w:t>
      </w:r>
      <w:r/>
    </w:p>
    <w:p>
      <w:r/>
      <w:r>
        <w:t>Appy Pie’s no-code platform supports various innovative projects, previously known for its array of intuitive AI-based tools such as the AI Instagram Reels Generator, AI YouTube Shorts Generator, and AI TikTok Video Generator aimed at streamlining content creation across social media platforms. By continuously enhancing these offerings, Appy Pie positions itself as a leader in the no-code development landscape, constantly striving to improve user experience and functionality, including enhancing the accuracy of text in AI-generated images.</w:t>
      </w:r>
      <w:r/>
    </w:p>
    <w:p>
      <w:r/>
      <w:r>
        <w:t>Beyond app development, Appy Pie has introduced the Appy Pie Endpoint, a toolset designed to assist developers in creating smarter applications with ease, free from the complexity of integrations. This feature offers a powerful suite of APIs aimed at accelerating the development process and facilitating the realisation of innovative projects.</w:t>
      </w:r>
      <w:r/>
    </w:p>
    <w:p>
      <w:r/>
      <w:r>
        <w:t>Overall, Appy Pie continues to push the boundaries of what can be achieved through AI, focusing on delivering user-friendly solutions that empower businesses and individual users alike to venture into the digital space effectively and efficiently.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https://appdevelopermagazine.com/ai-app-generator-released-by-appy-pie/</w:t>
        </w:r>
      </w:hyperlink>
      <w:r>
        <w:t xml:space="preserve"> - Corroborates the launch of Appy Pie's AI App Generator GPT on the GPT Store and its use of GPT-4 for app creation.</w:t>
      </w:r>
      <w:r/>
    </w:p>
    <w:p>
      <w:pPr>
        <w:pStyle w:val="ListNumber"/>
        <w:spacing w:line="240" w:lineRule="auto"/>
        <w:ind w:left="720"/>
      </w:pPr>
      <w:r/>
      <w:hyperlink r:id="rId11">
        <w:r>
          <w:rPr>
            <w:color w:val="0000EE"/>
            <w:u w:val="single"/>
          </w:rPr>
          <w:t>https://www.appypie.com/ai-app-generator</w:t>
        </w:r>
      </w:hyperlink>
      <w:r>
        <w:t xml:space="preserve"> - Details the process of creating apps using the AI App Generator, including describing app concepts through text prompts and customizing the app with various features.</w:t>
      </w:r>
      <w:r/>
    </w:p>
    <w:p>
      <w:pPr>
        <w:pStyle w:val="ListNumber"/>
        <w:spacing w:line="240" w:lineRule="auto"/>
        <w:ind w:left="720"/>
      </w:pPr>
      <w:r/>
      <w:hyperlink r:id="rId12">
        <w:r>
          <w:rPr>
            <w:color w:val="0000EE"/>
            <w:u w:val="single"/>
          </w:rPr>
          <w:t>https://gptstore.ai/plugins/appypie-com</w:t>
        </w:r>
      </w:hyperlink>
      <w:r>
        <w:t xml:space="preserve"> - Provides information on the Appy Pie App Builder plugin available on the GPT Store, highlighting its no-code AI app generation capabilities.</w:t>
      </w:r>
      <w:r/>
    </w:p>
    <w:p>
      <w:pPr>
        <w:pStyle w:val="ListNumber"/>
        <w:spacing w:line="240" w:lineRule="auto"/>
        <w:ind w:left="720"/>
      </w:pPr>
      <w:r/>
      <w:hyperlink r:id="rId10">
        <w:r>
          <w:rPr>
            <w:color w:val="0000EE"/>
            <w:u w:val="single"/>
          </w:rPr>
          <w:t>https://appdevelopermagazine.com/ai-app-generator-released-by-appy-pie/</w:t>
        </w:r>
      </w:hyperlink>
      <w:r>
        <w:t xml:space="preserve"> - Quotes Abhinav Girdhar, CEO of Appy Pie, on the mission to simplify app creation and the significance of the AI App Generator GPT launch.</w:t>
      </w:r>
      <w:r/>
    </w:p>
    <w:p>
      <w:pPr>
        <w:pStyle w:val="ListNumber"/>
        <w:spacing w:line="240" w:lineRule="auto"/>
        <w:ind w:left="720"/>
      </w:pPr>
      <w:r/>
      <w:hyperlink r:id="rId11">
        <w:r>
          <w:rPr>
            <w:color w:val="0000EE"/>
            <w:u w:val="single"/>
          </w:rPr>
          <w:t>https://www.appypie.com/ai-app-generator</w:t>
        </w:r>
      </w:hyperlink>
      <w:r>
        <w:t xml:space="preserve"> - Explains the customization options available on the Appy Pie platform, including templates, layout options, and design features.</w:t>
      </w:r>
      <w:r/>
    </w:p>
    <w:p>
      <w:pPr>
        <w:pStyle w:val="ListNumber"/>
        <w:spacing w:line="240" w:lineRule="auto"/>
        <w:ind w:left="720"/>
      </w:pPr>
      <w:r/>
      <w:hyperlink r:id="rId10">
        <w:r>
          <w:rPr>
            <w:color w:val="0000EE"/>
            <w:u w:val="single"/>
          </w:rPr>
          <w:t>https://appdevelopermagazine.com/ai-app-generator-released-by-appy-pie/</w:t>
        </w:r>
      </w:hyperlink>
      <w:r>
        <w:t xml:space="preserve"> - Mentions Appy Pie’s other AI-based tools such as the AI Instagram Reels Generator, AI YouTube Shorts Generator, and AI TikTok Video Generator.</w:t>
      </w:r>
      <w:r/>
    </w:p>
    <w:p>
      <w:pPr>
        <w:pStyle w:val="ListNumber"/>
        <w:spacing w:line="240" w:lineRule="auto"/>
        <w:ind w:left="720"/>
      </w:pPr>
      <w:r/>
      <w:hyperlink r:id="rId11">
        <w:r>
          <w:rPr>
            <w:color w:val="0000EE"/>
            <w:u w:val="single"/>
          </w:rPr>
          <w:t>https://www.appypie.com/ai-app-generator</w:t>
        </w:r>
      </w:hyperlink>
      <w:r>
        <w:t xml:space="preserve"> - Describes the various features supported by Appy Pie’s no-code platform, including push notifications, in-app purchases, and multimedia content.</w:t>
      </w:r>
      <w:r/>
    </w:p>
    <w:p>
      <w:pPr>
        <w:pStyle w:val="ListNumber"/>
        <w:spacing w:line="240" w:lineRule="auto"/>
        <w:ind w:left="720"/>
      </w:pPr>
      <w:r/>
      <w:hyperlink r:id="rId10">
        <w:r>
          <w:rPr>
            <w:color w:val="0000EE"/>
            <w:u w:val="single"/>
          </w:rPr>
          <w:t>https://appdevelopermagazine.com/ai-app-generator-released-by-appy-pie/</w:t>
        </w:r>
      </w:hyperlink>
      <w:r>
        <w:t xml:space="preserve"> - Discusses Appy Pie’s commitment to improving the accuracy of text in AI-generated images and other enhancements.</w:t>
      </w:r>
      <w:r/>
    </w:p>
    <w:p>
      <w:pPr>
        <w:pStyle w:val="ListNumber"/>
        <w:spacing w:line="240" w:lineRule="auto"/>
        <w:ind w:left="720"/>
      </w:pPr>
      <w:r/>
      <w:hyperlink r:id="rId13">
        <w:r>
          <w:rPr>
            <w:color w:val="0000EE"/>
            <w:u w:val="single"/>
          </w:rPr>
          <w:t>https://www.appypie.com</w:t>
        </w:r>
      </w:hyperlink>
      <w:r>
        <w:t xml:space="preserve"> - Introduces the Appy Pie Endpoint, a toolset designed to help developers create smarter applications with ease.</w:t>
      </w:r>
      <w:r/>
    </w:p>
    <w:p>
      <w:pPr>
        <w:pStyle w:val="ListNumber"/>
        <w:spacing w:line="240" w:lineRule="auto"/>
        <w:ind w:left="720"/>
      </w:pPr>
      <w:r/>
      <w:hyperlink r:id="rId14">
        <w:r>
          <w:rPr>
            <w:color w:val="0000EE"/>
            <w:u w:val="single"/>
          </w:rPr>
          <w:t>https://easywithai.com/ai-developer-tools/appy-pie-ai-app-generator/</w:t>
        </w:r>
      </w:hyperlink>
      <w:r>
        <w:t xml:space="preserve"> - Details the user-friendly and cost-effective method of creating mobile apps using Appy Pie’s AI App Generator.</w:t>
      </w:r>
      <w:r/>
    </w:p>
    <w:p>
      <w:pPr>
        <w:pStyle w:val="ListNumber"/>
        <w:spacing w:line="240" w:lineRule="auto"/>
        <w:ind w:left="720"/>
      </w:pPr>
      <w:r/>
      <w:hyperlink r:id="rId12">
        <w:r>
          <w:rPr>
            <w:color w:val="0000EE"/>
            <w:u w:val="single"/>
          </w:rPr>
          <w:t>https://gptstore.ai/plugins/appypie-com</w:t>
        </w:r>
      </w:hyperlink>
      <w:r>
        <w:t xml:space="preserve"> - Confirms that Appy Pie’s AI App Generator supports both iOS and Android platforms and allows for app publication on respective stores.</w:t>
      </w:r>
      <w:r/>
    </w:p>
    <w:p>
      <w:pPr>
        <w:pStyle w:val="ListNumber"/>
        <w:spacing w:line="240" w:lineRule="auto"/>
        <w:ind w:left="720"/>
      </w:pPr>
      <w:r/>
      <w:hyperlink r:id="rId15">
        <w:r>
          <w:rPr>
            <w:color w:val="0000EE"/>
            <w:u w:val="single"/>
          </w:rPr>
          <w:t>https://appdevelopermagazine.com/AI-app-generator-released-by-Appy-Pie/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ppdevelopermagazine.com/ai-app-generator-released-by-appy-pie/" TargetMode="External"/><Relationship Id="rId11" Type="http://schemas.openxmlformats.org/officeDocument/2006/relationships/hyperlink" Target="https://www.appypie.com/ai-app-generator" TargetMode="External"/><Relationship Id="rId12" Type="http://schemas.openxmlformats.org/officeDocument/2006/relationships/hyperlink" Target="https://gptstore.ai/plugins/appypie-com" TargetMode="External"/><Relationship Id="rId13" Type="http://schemas.openxmlformats.org/officeDocument/2006/relationships/hyperlink" Target="https://www.appypie.com" TargetMode="External"/><Relationship Id="rId14" Type="http://schemas.openxmlformats.org/officeDocument/2006/relationships/hyperlink" Target="https://easywithai.com/ai-developer-tools/appy-pie-ai-app-generator/" TargetMode="External"/><Relationship Id="rId15" Type="http://schemas.openxmlformats.org/officeDocument/2006/relationships/hyperlink" Target="https://appdevelopermagazine.com/AI-app-generator-released-by-Appy-Pi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