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video sparks misleading claims about Donald Trump's McDonald's visit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Video Sparks Misleading Claims About Donald Trump's McDonald's Visit</w:t>
      </w:r>
      <w:r/>
    </w:p>
    <w:p>
      <w:r/>
      <w:r>
        <w:t>In a digital era where misinformation can easily go viral, a recent incident involving former President Donald Trump serves as a pertinent example. A video widely circulated on the social media platform Threads purportedly shows Trump, the 2024 Republican nominee, indulgently consuming a carton of fries during a visit to a McDonald’s in Feasterville-Trevose, Pennsylvania. However, the video has been confirmed as an artificial intelligence fabrication.</w:t>
      </w:r>
      <w:r/>
    </w:p>
    <w:p>
      <w:r/>
      <w:r>
        <w:t>The video, which quickly gained traction with over 1,000 likes, depicts Trump wearing an apron and apparently enjoying a carton of fries next to the fry station. Accompanied by a caption implying financial discrepancies at the fast-food restaurant, the video caught widespread attention. However, the claims in the video were rapidly debunked by major fact-checking outlets.</w:t>
      </w:r>
      <w:r/>
    </w:p>
    <w:p>
      <w:r/>
      <w:r>
        <w:t>A detailed analysis by Reuters, using the media verification site "TrueMedia.org," confirmed that the video was an AI-generated creation. Their investigation showed that the video was a manipulated piece derived from authentic photographs of Trump’s visit to the McDonald's location. Dr. Walter Scheirer, a media forensics and AI expert from the University of Notre Dame, reinforced this conclusion by describing the video as a low-quality synthesis created with generative AI technology. Dr. Scheirer noted various distortions such as the unrealistic behaviour of the fries, which seemed to defy physical laws, further indicating that the video was intended more as a parody than a credible narrative.</w:t>
      </w:r>
      <w:r/>
    </w:p>
    <w:p>
      <w:r/>
      <w:r>
        <w:t>Furthermore, comprehensive reports from USA Today, The Hill, CNN, and FOX 29 News Philadelphia, as well as an Associated Press article detailing Trump's visit, made no mention of the former President eating fries during the event. These sources did report that Trump engaged in frying potatoes and conducted a press conference via the drive-through window during his visit.</w:t>
      </w:r>
      <w:r/>
    </w:p>
    <w:p>
      <w:r/>
      <w:r>
        <w:t>In an official response, McDonald’s clarified its position as a non-political brand and stated they do not endorse any candidates for public office. This declaration was made in the wake of speculation surrounding Trump’s interaction with the fast-food giant.</w:t>
      </w:r>
      <w:r/>
    </w:p>
    <w:p>
      <w:r/>
      <w:r>
        <w:t>This incident underscores the complexities involved with AI-generated content and the challenges they pose in maintaining factual accuracy. The episode reaffirms the importance of critical scrutiny of digital content, particularly those that are easily manipulated with advancing technologies. As AI continues to evolve, distinguishing between authentic and fabricated videos remains a crucial task for media outlets and the public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https://www.timesnownews.com/world/us/us-buzz/watch-ais-amusing-version-of-donald-trump-at-mcdonalds-burning-fries-and-spilling-drinks-article-114442694</w:t>
        </w:r>
      </w:hyperlink>
      <w:r>
        <w:t xml:space="preserve"> - Corroborates Trump's visit to a McDonald's in Philadelphia, including his interaction with customers and the AI-generated videos of the event.</w:t>
      </w:r>
      <w:r/>
    </w:p>
    <w:p>
      <w:pPr>
        <w:pStyle w:val="ListNumber"/>
        <w:spacing w:line="240" w:lineRule="auto"/>
        <w:ind w:left="720"/>
      </w:pPr>
      <w:r/>
      <w:hyperlink r:id="rId11">
        <w:r>
          <w:rPr>
            <w:color w:val="0000EE"/>
            <w:u w:val="single"/>
          </w:rPr>
          <w:t>https://timesofindia.indiatimes.com/world/us/where-was-the-ice-hilarious-ai-generated-video-of-trump-at-mcdonalds-goes-viral-ahead-of-election/articleshow/114457833.cms</w:t>
        </w:r>
      </w:hyperlink>
      <w:r>
        <w:t xml:space="preserve"> - Supports the viral AI-generated video of Trump at McDonald's and the reactions it garnered on social media.</w:t>
      </w:r>
      <w:r/>
    </w:p>
    <w:p>
      <w:pPr>
        <w:pStyle w:val="ListNumber"/>
        <w:spacing w:line="240" w:lineRule="auto"/>
        <w:ind w:left="720"/>
      </w:pPr>
      <w:r/>
      <w:hyperlink r:id="rId12">
        <w:r>
          <w:rPr>
            <w:color w:val="0000EE"/>
            <w:u w:val="single"/>
          </w:rPr>
          <w:t>https://economictimes.indiatimes.com/news/international/global-trends/viral-video-trump-serves-an-indian-origin-couple-at-mcdonalds-their-heartfelt-interaction-takes-internet-by-storm/articleshow/114471130.cms</w:t>
        </w:r>
      </w:hyperlink>
      <w:r>
        <w:t xml:space="preserve"> - Details Trump's interaction with an Indian-origin couple and his comments during the visit, as well as the public's reaction.</w:t>
      </w:r>
      <w:r/>
    </w:p>
    <w:p>
      <w:pPr>
        <w:pStyle w:val="ListNumber"/>
        <w:spacing w:line="240" w:lineRule="auto"/>
        <w:ind w:left="720"/>
      </w:pPr>
      <w:r/>
      <w:hyperlink r:id="rId13">
        <w:r>
          <w:rPr>
            <w:color w:val="0000EE"/>
            <w:u w:val="single"/>
          </w:rPr>
          <w:t>https://apnews.com/article/trump-harris-mcdonalds-2024-presidential-election-pennsylvania-73e55c8c1db4adc2a547b62bd5142be3</w:t>
        </w:r>
      </w:hyperlink>
      <w:r>
        <w:t xml:space="preserve"> - Provides context on Trump's visit to McDonald's, his claims about Kamala Harris, and the campaign's strategy behind the visit.</w:t>
      </w:r>
      <w:r/>
    </w:p>
    <w:p>
      <w:pPr>
        <w:pStyle w:val="ListNumber"/>
        <w:spacing w:line="240" w:lineRule="auto"/>
        <w:ind w:left="720"/>
      </w:pPr>
      <w:r/>
      <w:hyperlink r:id="rId14">
        <w:r>
          <w:rPr>
            <w:color w:val="0000EE"/>
            <w:u w:val="single"/>
          </w:rPr>
          <w:t>https://www.bbc.com/news/videos/cdxrx595ve5o</w:t>
        </w:r>
      </w:hyperlink>
      <w:r>
        <w:t xml:space="preserve"> - Explains Trump's reasons for visiting the McDonald's, including appealing to working-class voters and challenging Kamala Harris's claims.</w:t>
      </w:r>
      <w:r/>
    </w:p>
    <w:p>
      <w:pPr>
        <w:pStyle w:val="ListNumber"/>
        <w:spacing w:line="240" w:lineRule="auto"/>
        <w:ind w:left="720"/>
      </w:pPr>
      <w:r/>
      <w:hyperlink r:id="rId10">
        <w:r>
          <w:rPr>
            <w:color w:val="0000EE"/>
            <w:u w:val="single"/>
          </w:rPr>
          <w:t>https://www.timesnownews.com/world/us/us-buzz/watch-ais-amusing-version-of-donald-trump-at-mcdonalds-burning-fries-and-spilling-drinks-article-114442694</w:t>
        </w:r>
      </w:hyperlink>
      <w:r>
        <w:t xml:space="preserve"> - Confirms that Trump did not eat fries during the event but instead engaged in frying potatoes and conducting a press conference.</w:t>
      </w:r>
      <w:r/>
    </w:p>
    <w:p>
      <w:pPr>
        <w:pStyle w:val="ListNumber"/>
        <w:spacing w:line="240" w:lineRule="auto"/>
        <w:ind w:left="720"/>
      </w:pPr>
      <w:r/>
      <w:hyperlink r:id="rId11">
        <w:r>
          <w:rPr>
            <w:color w:val="0000EE"/>
            <w:u w:val="single"/>
          </w:rPr>
          <w:t>https://timesofindia.indiatimes.com/world/us/where-was-the-ice-hilarious-ai-generated-video-of-trump-at-mcdonalds-goes-viral-ahead-of-election/articleshow/114457833.cms</w:t>
        </w:r>
      </w:hyperlink>
      <w:r>
        <w:t xml:space="preserve"> - Supports that the AI-generated video was misleading and did not reflect actual events during Trump's visit.</w:t>
      </w:r>
      <w:r/>
    </w:p>
    <w:p>
      <w:pPr>
        <w:pStyle w:val="ListNumber"/>
        <w:spacing w:line="240" w:lineRule="auto"/>
        <w:ind w:left="720"/>
      </w:pPr>
      <w:r/>
      <w:hyperlink r:id="rId12">
        <w:r>
          <w:rPr>
            <w:color w:val="0000EE"/>
            <w:u w:val="single"/>
          </w:rPr>
          <w:t>https://economictimes.indiatimes.com/news/international/global-trends/viral-video-trump-serves-an-indian-origin-couple-at-mcdonalds-their-heartfelt-interaction-takes-internet-by-storm/articleshow/114471130.cms</w:t>
        </w:r>
      </w:hyperlink>
      <w:r>
        <w:t xml:space="preserve"> - Mentions Trump's interaction with reporters and customers, which contradicts the AI-generated video's claims.</w:t>
      </w:r>
      <w:r/>
    </w:p>
    <w:p>
      <w:pPr>
        <w:pStyle w:val="ListNumber"/>
        <w:spacing w:line="240" w:lineRule="auto"/>
        <w:ind w:left="720"/>
      </w:pPr>
      <w:r/>
      <w:hyperlink r:id="rId13">
        <w:r>
          <w:rPr>
            <w:color w:val="0000EE"/>
            <w:u w:val="single"/>
          </w:rPr>
          <w:t>https://apnews.com/article/trump-harris-mcdonalds-2024-presidential-election-pennsylvania-73e55c8c1db4adc2a547b62bd5142be3</w:t>
        </w:r>
      </w:hyperlink>
      <w:r>
        <w:t xml:space="preserve"> - Details the campaign context and the fact-checking that debunked the AI-generated video's claims about Trump eating fries.</w:t>
      </w:r>
      <w:r/>
    </w:p>
    <w:p>
      <w:pPr>
        <w:pStyle w:val="ListNumber"/>
        <w:spacing w:line="240" w:lineRule="auto"/>
        <w:ind w:left="720"/>
      </w:pPr>
      <w:r/>
      <w:hyperlink r:id="rId14">
        <w:r>
          <w:rPr>
            <w:color w:val="0000EE"/>
            <w:u w:val="single"/>
          </w:rPr>
          <w:t>https://www.bbc.com/news/videos/cdxrx595ve5o</w:t>
        </w:r>
      </w:hyperlink>
      <w:r>
        <w:t xml:space="preserve"> - Reiterates that Trump's visit was part of his campaign strategy and did not involve him eating fries as depicted in the AI video.</w:t>
      </w:r>
      <w:r/>
    </w:p>
    <w:p>
      <w:pPr>
        <w:pStyle w:val="ListNumber"/>
        <w:spacing w:line="240" w:lineRule="auto"/>
        <w:ind w:left="720"/>
      </w:pPr>
      <w:r/>
      <w:hyperlink r:id="rId12">
        <w:r>
          <w:rPr>
            <w:color w:val="0000EE"/>
            <w:u w:val="single"/>
          </w:rPr>
          <w:t>https://economictimes.indiatimes.com/news/international/global-trends/viral-video-trump-serves-an-indian-origin-couple-at-mcdonalds-their-heartfelt-interaction-takes-internet-by-storm/articleshow/114471130.cms</w:t>
        </w:r>
      </w:hyperlink>
      <w:r>
        <w:t xml:space="preserve"> - Includes McDonald’s official response clarifying their non-political stance and lack of endorsement for any candidate.</w:t>
      </w:r>
      <w:r/>
    </w:p>
    <w:p>
      <w:pPr>
        <w:pStyle w:val="ListNumber"/>
        <w:spacing w:line="240" w:lineRule="auto"/>
        <w:ind w:left="720"/>
      </w:pPr>
      <w:r/>
      <w:hyperlink r:id="rId15">
        <w:r>
          <w:rPr>
            <w:color w:val="0000EE"/>
            <w:u w:val="single"/>
          </w:rPr>
          <w:t>https://checkyourfact.com/2024/10/28/fact-check-video-of-trump-eating-fries-at-mcdonalds-is-ai-generated/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mesnownews.com/world/us/us-buzz/watch-ais-amusing-version-of-donald-trump-at-mcdonalds-burning-fries-and-spilling-drinks-article-114442694" TargetMode="External"/><Relationship Id="rId11" Type="http://schemas.openxmlformats.org/officeDocument/2006/relationships/hyperlink" Target="https://timesofindia.indiatimes.com/world/us/where-was-the-ice-hilarious-ai-generated-video-of-trump-at-mcdonalds-goes-viral-ahead-of-election/articleshow/114457833.cms" TargetMode="External"/><Relationship Id="rId12" Type="http://schemas.openxmlformats.org/officeDocument/2006/relationships/hyperlink" Target="https://economictimes.indiatimes.com/news/international/global-trends/viral-video-trump-serves-an-indian-origin-couple-at-mcdonalds-their-heartfelt-interaction-takes-internet-by-storm/articleshow/114471130.cms" TargetMode="External"/><Relationship Id="rId13" Type="http://schemas.openxmlformats.org/officeDocument/2006/relationships/hyperlink" Target="https://apnews.com/article/trump-harris-mcdonalds-2024-presidential-election-pennsylvania-73e55c8c1db4adc2a547b62bd5142be3" TargetMode="External"/><Relationship Id="rId14" Type="http://schemas.openxmlformats.org/officeDocument/2006/relationships/hyperlink" Target="https://www.bbc.com/news/videos/cdxrx595ve5o" TargetMode="External"/><Relationship Id="rId15" Type="http://schemas.openxmlformats.org/officeDocument/2006/relationships/hyperlink" Target="https://checkyourfact.com/2024/10/28/fact-check-video-of-trump-eating-fries-at-mcdonalds-is-ai-genera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