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Brian Solis to deliver keynote on AI at ISE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Brian Solis is set to deliver the opening keynote address at Integrated Systems Europe (ISE) 2025, bringing his expertise to the forefront of the pro AV and systems integration industry. The event, which will take place in 2025, promises to be a pivotal convergence for industry professionals, focusing on the transformative impact of artificial intelligence (AI).</w:t>
      </w:r>
      <w:r/>
    </w:p>
    <w:p>
      <w:r/>
      <w:r>
        <w:t>Solis, a renowned digital analyst and head of global innovation at the cloud-based platform ServiceNow, is widely recognised for his thought leadership and insightful analysis of technological trends. His body of work includes acclaimed titles such as "Lifescale: How to Live a More Creative, Productive, and Happy Life", "X: The Experience When Business Meets Design", and "What’s the Future of Business (WTF)", each delving into critical aspects of customer experience, business innovation, and the digital economy.</w:t>
      </w:r>
      <w:r/>
    </w:p>
    <w:p>
      <w:r/>
      <w:r>
        <w:t>In his keynote address, Solis plans to explore the future trajectory of technology development, propelled by AI, specifically within the context of pro AV and systems integration. His presentation will aim to shed light on both the vast opportunities and inherent challenges posed by AI innovations. Solis is expected to tackle pressing industry issues like organisational inertia, loss of business contacts, and outdated systems, proposing strategies to overcome these barriers and harness AI for renewed connectivity and innovation.</w:t>
      </w:r>
      <w:r/>
    </w:p>
    <w:p>
      <w:r/>
      <w:r>
        <w:t>"I’m beyond excited and also inspired to explore the possibilities AI creates for pro AV and systems integration leaders," Solis stated. Expressing an optimistic perspective, he added, "While there’s a tonne of uncertainty and challenges ahead, I prefer to see the future through an optimistic lens. Together we’ll learn how to find clarity in the unknown and lead the way for everyone to follow."</w:t>
      </w:r>
      <w:r/>
    </w:p>
    <w:p>
      <w:r/>
      <w:r>
        <w:t>The anticipation surrounding Solis's keynote is shared by Mike Blackman, Managing Director of Integrated Systems Events. He highlighted the significance of AI as a pivotal topic for the global systems integration and AV industry, noting that Solis's dual role as a futurist and business leader equips him uniquely to engage with the ISE community on these themes.</w:t>
      </w:r>
      <w:r/>
    </w:p>
    <w:p>
      <w:r/>
      <w:r>
        <w:t>ISE 2025 is expected to attract a diverse array of participants from across the globe, all keen to gain insight into the future of their industries through the lens of AI and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https://www.isp-integracion.com/en/news-list-hidden/4353-ai-futurist-brian-solis-at-ise-2025-keynote</w:t>
        </w:r>
      </w:hyperlink>
      <w:r>
        <w:t xml:space="preserve"> - Brian Solis delivering the opening keynote at ISE 2025 and exploring the future of AI-driven technological development in pro AV and systems integration.</w:t>
      </w:r>
      <w:r/>
    </w:p>
    <w:p>
      <w:pPr>
        <w:pStyle w:val="ListNumber"/>
        <w:spacing w:line="240" w:lineRule="auto"/>
        <w:ind w:left="720"/>
      </w:pPr>
      <w:r/>
      <w:hyperlink r:id="rId11">
        <w:r>
          <w:rPr>
            <w:color w:val="0000EE"/>
            <w:u w:val="single"/>
          </w:rPr>
          <w:t>https://www.iseurope.org/press-area/press-releases</w:t>
        </w:r>
      </w:hyperlink>
      <w:r>
        <w:t xml:space="preserve"> - AI Futurist Brian Solis to present the Opening Keynote at ISE 2025, focusing on AI and its impact on the industry.</w:t>
      </w:r>
      <w:r/>
    </w:p>
    <w:p>
      <w:pPr>
        <w:pStyle w:val="ListNumber"/>
        <w:spacing w:line="240" w:lineRule="auto"/>
        <w:ind w:left="720"/>
      </w:pPr>
      <w:r/>
      <w:hyperlink r:id="rId12">
        <w:r>
          <w:rPr>
            <w:color w:val="0000EE"/>
            <w:u w:val="single"/>
          </w:rPr>
          <w:t>https://www.iseurope.org</w:t>
        </w:r>
      </w:hyperlink>
      <w:r>
        <w:t xml:space="preserve"> - Brian Solis as the opening keynote speaker at ISE 2025, highlighting his role and the event's focus on AI and technological advancement.</w:t>
      </w:r>
      <w:r/>
    </w:p>
    <w:p>
      <w:pPr>
        <w:pStyle w:val="ListNumber"/>
        <w:spacing w:line="240" w:lineRule="auto"/>
        <w:ind w:left="720"/>
      </w:pPr>
      <w:r/>
      <w:hyperlink r:id="rId13">
        <w:r>
          <w:rPr>
            <w:color w:val="0000EE"/>
            <w:u w:val="single"/>
          </w:rPr>
          <w:t>https://www.avinteractive.com/news/industry-events-news/</w:t>
        </w:r>
      </w:hyperlink>
      <w:r>
        <w:t xml:space="preserve"> - Brian Solis presenting the opening keynote at ISE 2025, emphasizing his expertise as a digital analyst and head of global innovation at ServiceNow.</w:t>
      </w:r>
      <w:r/>
    </w:p>
    <w:p>
      <w:pPr>
        <w:pStyle w:val="ListNumber"/>
        <w:spacing w:line="240" w:lineRule="auto"/>
        <w:ind w:left="720"/>
      </w:pPr>
      <w:r/>
      <w:hyperlink r:id="rId14">
        <w:r>
          <w:rPr>
            <w:color w:val="0000EE"/>
            <w:u w:val="single"/>
          </w:rPr>
          <w:t>https://briansolis.com/appearances/</w:t>
        </w:r>
      </w:hyperlink>
      <w:r>
        <w:t xml:space="preserve"> - Brian Solis's various keynote engagements and his role as a thought leader in technological trends and innovation.</w:t>
      </w:r>
      <w:r/>
    </w:p>
    <w:p>
      <w:pPr>
        <w:pStyle w:val="ListNumber"/>
        <w:spacing w:line="240" w:lineRule="auto"/>
        <w:ind w:left="720"/>
      </w:pPr>
      <w:r/>
      <w:hyperlink r:id="rId10">
        <w:r>
          <w:rPr>
            <w:color w:val="0000EE"/>
            <w:u w:val="single"/>
          </w:rPr>
          <w:t>https://www.isp-integracion.com/en/news-list-hidden/4353-ai-futurist-brian-solis-at-ise-2025-keynote</w:t>
        </w:r>
      </w:hyperlink>
      <w:r>
        <w:t xml:space="preserve"> - Solis's keynote addressing the opportunities and challenges posed by AI innovations in the pro AV and systems integration industry.</w:t>
      </w:r>
      <w:r/>
    </w:p>
    <w:p>
      <w:pPr>
        <w:pStyle w:val="ListNumber"/>
        <w:spacing w:line="240" w:lineRule="auto"/>
        <w:ind w:left="720"/>
      </w:pPr>
      <w:r/>
      <w:hyperlink r:id="rId11">
        <w:r>
          <w:rPr>
            <w:color w:val="0000EE"/>
            <w:u w:val="single"/>
          </w:rPr>
          <w:t>https://www.iseurope.org/press-area/press-releases</w:t>
        </w:r>
      </w:hyperlink>
      <w:r>
        <w:t xml:space="preserve"> - Mike Blackman's comments on the significance of AI as a pivotal topic for the global systems integration and AV industry.</w:t>
      </w:r>
      <w:r/>
    </w:p>
    <w:p>
      <w:pPr>
        <w:pStyle w:val="ListNumber"/>
        <w:spacing w:line="240" w:lineRule="auto"/>
        <w:ind w:left="720"/>
      </w:pPr>
      <w:r/>
      <w:hyperlink r:id="rId12">
        <w:r>
          <w:rPr>
            <w:color w:val="0000EE"/>
            <w:u w:val="single"/>
          </w:rPr>
          <w:t>https://www.iseurope.org</w:t>
        </w:r>
      </w:hyperlink>
      <w:r>
        <w:t xml:space="preserve"> - ISE 2025 expected to attract a diverse array of participants from across the globe to gain insight into the future of their industries through AI and technological advancement.</w:t>
      </w:r>
      <w:r/>
    </w:p>
    <w:p>
      <w:pPr>
        <w:pStyle w:val="ListNumber"/>
        <w:spacing w:line="240" w:lineRule="auto"/>
        <w:ind w:left="720"/>
      </w:pPr>
      <w:r/>
      <w:hyperlink r:id="rId13">
        <w:r>
          <w:rPr>
            <w:color w:val="0000EE"/>
            <w:u w:val="single"/>
          </w:rPr>
          <w:t>https://www.avinteractive.com/news/industry-events-news/</w:t>
        </w:r>
      </w:hyperlink>
      <w:r>
        <w:t xml:space="preserve"> - The event's focus on restoring connection and innovation within the industry, aligning with Solis's keynote themes.</w:t>
      </w:r>
      <w:r/>
    </w:p>
    <w:p>
      <w:pPr>
        <w:pStyle w:val="ListNumber"/>
        <w:spacing w:line="240" w:lineRule="auto"/>
        <w:ind w:left="720"/>
      </w:pPr>
      <w:r/>
      <w:hyperlink r:id="rId14">
        <w:r>
          <w:rPr>
            <w:color w:val="0000EE"/>
            <w:u w:val="single"/>
          </w:rPr>
          <w:t>https://briansolis.com/appearances/</w:t>
        </w:r>
      </w:hyperlink>
      <w:r>
        <w:t xml:space="preserve"> - Solis's body of work, including titles like 'Lifescale', 'X: The Experience When Business Meets Design', and 'What’s the Future of Business (WTF)'.</w:t>
      </w:r>
      <w:r/>
    </w:p>
    <w:p>
      <w:pPr>
        <w:pStyle w:val="ListNumber"/>
        <w:spacing w:line="240" w:lineRule="auto"/>
        <w:ind w:left="720"/>
      </w:pPr>
      <w:r/>
      <w:hyperlink r:id="rId10">
        <w:r>
          <w:rPr>
            <w:color w:val="0000EE"/>
            <w:u w:val="single"/>
          </w:rPr>
          <w:t>https://www.isp-integracion.com/en/news-list-hidden/4353-ai-futurist-brian-solis-at-ise-2025-keynote</w:t>
        </w:r>
      </w:hyperlink>
      <w:r>
        <w:t xml:space="preserve"> - Solis's optimistic perspective on the future and his intention to help industry leaders find clarity and lead the way in AI-driven innovation.</w:t>
      </w:r>
      <w:r/>
    </w:p>
    <w:p>
      <w:pPr>
        <w:pStyle w:val="ListNumber"/>
        <w:spacing w:line="240" w:lineRule="auto"/>
        <w:ind w:left="720"/>
      </w:pPr>
      <w:r/>
      <w:hyperlink r:id="rId15">
        <w:r>
          <w:rPr>
            <w:color w:val="0000EE"/>
            <w:u w:val="single"/>
          </w:rPr>
          <w:t>https://www.avinteractive.com/news/industry-events-news/futurist-brian-solis-to-focus-on-ai-in-ise-opening-keynote-28-10-2024/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p-integracion.com/en/news-list-hidden/4353-ai-futurist-brian-solis-at-ise-2025-keynote" TargetMode="External"/><Relationship Id="rId11" Type="http://schemas.openxmlformats.org/officeDocument/2006/relationships/hyperlink" Target="https://www.iseurope.org/press-area/press-releases" TargetMode="External"/><Relationship Id="rId12" Type="http://schemas.openxmlformats.org/officeDocument/2006/relationships/hyperlink" Target="https://www.iseurope.org" TargetMode="External"/><Relationship Id="rId13" Type="http://schemas.openxmlformats.org/officeDocument/2006/relationships/hyperlink" Target="https://www.avinteractive.com/news/industry-events-news/" TargetMode="External"/><Relationship Id="rId14" Type="http://schemas.openxmlformats.org/officeDocument/2006/relationships/hyperlink" Target="https://briansolis.com/appearances/" TargetMode="External"/><Relationship Id="rId15" Type="http://schemas.openxmlformats.org/officeDocument/2006/relationships/hyperlink" Target="https://www.avinteractive.com/news/industry-events-news/futurist-brian-solis-to-focus-on-ai-in-ise-opening-keynote-28-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