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Bruce Kulick raises concerns over AI misinformation after fan misconception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Former Kiss guitarist Bruce Kulick recently sparked a discussion about the reliability of AI-generated information after encountering a fan misconception rooted in online misinformation. Kulick, who played a significant role with the iconic rock band Kiss during their "no-makeup" era from 1984 to 1996, was approached by a fan who mistakenly believed he was inducted into the Rock and Roll Hall of Fame alongside the band's founding members.</w:t>
      </w:r>
      <w:r/>
    </w:p>
    <w:p>
      <w:r/>
      <w:r>
        <w:t>Kulick joined Kiss following stints with Meat Loaf and Michael Bolton. His contributions spanned five albums, including "Hot in the Shade" (1989) and "Carnival of Souls: The Final Sessions" (1997). Despite his impact on the band's sound during a pivotal period, when the Rock and Roll Hall of Fame inducted Kiss in 2014, only the founding members—Paul Stanley, Ace Frehley, Gene Simmons, and Peter Criss—received the honour. This official recognition did not extend to Kulick or other members who had joined later.</w:t>
      </w:r>
      <w:r/>
    </w:p>
    <w:p>
      <w:r/>
      <w:r>
        <w:t>The confusion arose when the fan insisted Kulick's induction was a fact, having read it online, highlighting the growing concerns over the accuracy of information produced by AI algorithms. Kulick took to social media to address the issue, sharing a screenshot of Google’s AI-generated content that erroneously suggested his induction into the Hall of Fame. In his caption, Kulick expressed his concerns about the reliability of AI, asking his followers for their thoughts on the matter.</w:t>
      </w:r>
      <w:r/>
    </w:p>
    <w:p>
      <w:r/>
      <w:r>
        <w:t>An Instagram user weighed in on the ongoing conversation, commenting, "You should have been [inducted]. Best guitar player Kiss ever had!"</w:t>
      </w:r>
      <w:r/>
    </w:p>
    <w:p>
      <w:r/>
      <w:r>
        <w:t>Despite not being inducted, Kulick attended the Hall of Fame ceremony as a guest of Simmons and Stanley, reflecting on the experience positively in a 2021 interview with Ultimate Guitar. "I was very happy when Paul and Gene invited me," Kulick said. "They treated me like I was in the band." He lamented the absence of an opportunity for all Kiss members to perform together at the ceremony, stating, "It should have been an unplugged performance with all of us. But the Hall of Fame didn’t get it, wouldn’t allow it, so screw them."</w:t>
      </w:r>
      <w:r/>
    </w:p>
    <w:p>
      <w:r/>
      <w:r>
        <w:t>Kulick’s engagement with fans and his commentary on AI misinformation underscore the complexities involved with emerging technology, especially when it intersects with public perception and historical record.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https://americansongwriter.com/former-kiss-guitarist-raises-concerns-about-ai-misinformation-after-fan-encounter/</w:t>
        </w:r>
      </w:hyperlink>
      <w:r>
        <w:t xml:space="preserve"> - Corroborates Bruce Kulick's concerns about AI-generated information and the fan encounter where the fan believed Kulick was inducted into the Rock and Roll Hall of Fame.</w:t>
      </w:r>
      <w:r/>
    </w:p>
    <w:p>
      <w:pPr>
        <w:pStyle w:val="ListNumber"/>
        <w:spacing w:line="240" w:lineRule="auto"/>
        <w:ind w:left="720"/>
      </w:pPr>
      <w:r/>
      <w:hyperlink r:id="rId10">
        <w:r>
          <w:rPr>
            <w:color w:val="0000EE"/>
            <w:u w:val="single"/>
          </w:rPr>
          <w:t>https://americansongwriter.com/former-kiss-guitarist-raises-concerns-about-ai-misinformation-after-fan-encounter/</w:t>
        </w:r>
      </w:hyperlink>
      <w:r>
        <w:t xml:space="preserve"> - Details Kulick's role in Kiss during the 'no-makeup' era and his contributions to five albums, including 'Hot in the Shade' and 'Carnival of Souls: The Final Sessions'.</w:t>
      </w:r>
      <w:r/>
    </w:p>
    <w:p>
      <w:pPr>
        <w:pStyle w:val="ListNumber"/>
        <w:spacing w:line="240" w:lineRule="auto"/>
        <w:ind w:left="720"/>
      </w:pPr>
      <w:r/>
      <w:hyperlink r:id="rId10">
        <w:r>
          <w:rPr>
            <w:color w:val="0000EE"/>
            <w:u w:val="single"/>
          </w:rPr>
          <w:t>https://americansongwriter.com/former-kiss-guitarist-raises-concerns-about-ai-misinformation-after-fan-encounter/</w:t>
        </w:r>
      </w:hyperlink>
      <w:r>
        <w:t xml:space="preserve"> - Explains that only the founding members of Kiss were inducted into the Rock and Roll Hall of Fame in 2014, excluding Kulick and other later members.</w:t>
      </w:r>
      <w:r/>
    </w:p>
    <w:p>
      <w:pPr>
        <w:pStyle w:val="ListNumber"/>
        <w:spacing w:line="240" w:lineRule="auto"/>
        <w:ind w:left="720"/>
      </w:pPr>
      <w:r/>
      <w:hyperlink r:id="rId10">
        <w:r>
          <w:rPr>
            <w:color w:val="0000EE"/>
            <w:u w:val="single"/>
          </w:rPr>
          <w:t>https://americansongwriter.com/former-kiss-guitarist-raises-concerns-about-ai-misinformation-after-fan-encounter/</w:t>
        </w:r>
      </w:hyperlink>
      <w:r>
        <w:t xml:space="preserve"> - Describes the confusion arising from AI-generated content suggesting Kulick's induction into the Hall of Fame, which he addressed on social media.</w:t>
      </w:r>
      <w:r/>
    </w:p>
    <w:p>
      <w:pPr>
        <w:pStyle w:val="ListNumber"/>
        <w:spacing w:line="240" w:lineRule="auto"/>
        <w:ind w:left="720"/>
      </w:pPr>
      <w:r/>
      <w:hyperlink r:id="rId11">
        <w:r>
          <w:rPr>
            <w:color w:val="0000EE"/>
            <w:u w:val="single"/>
          </w:rPr>
          <w:t>https://twitter.com/brucekulick/status/1850238537368752452</w:t>
        </w:r>
      </w:hyperlink>
      <w:r>
        <w:t xml:space="preserve"> - Provides evidence of Kulick sharing a screenshot of Google’s AI-generated content and his concerns about AI reliability on social media.</w:t>
      </w:r>
      <w:r/>
    </w:p>
    <w:p>
      <w:pPr>
        <w:pStyle w:val="ListNumber"/>
        <w:spacing w:line="240" w:lineRule="auto"/>
        <w:ind w:left="720"/>
      </w:pPr>
      <w:r/>
      <w:hyperlink r:id="rId10">
        <w:r>
          <w:rPr>
            <w:color w:val="0000EE"/>
            <w:u w:val="single"/>
          </w:rPr>
          <w:t>https://americansongwriter.com/former-kiss-guitarist-raises-concerns-about-ai-misinformation-after-fan-encounter/</w:t>
        </w:r>
      </w:hyperlink>
      <w:r>
        <w:t xml:space="preserve"> - Includes an Instagram user's comment praising Kulick as the 'best guitar player Kiss ever had'.</w:t>
      </w:r>
      <w:r/>
    </w:p>
    <w:p>
      <w:pPr>
        <w:pStyle w:val="ListNumber"/>
        <w:spacing w:line="240" w:lineRule="auto"/>
        <w:ind w:left="720"/>
      </w:pPr>
      <w:r/>
      <w:hyperlink r:id="rId10">
        <w:r>
          <w:rPr>
            <w:color w:val="0000EE"/>
            <w:u w:val="single"/>
          </w:rPr>
          <w:t>https://americansongwriter.com/former-kiss-guitarist-raises-concerns-about-ai-misinformation-after-fan-encounter/</w:t>
        </w:r>
      </w:hyperlink>
      <w:r>
        <w:t xml:space="preserve"> - Mentions that Kulick attended the Hall of Fame ceremony as a guest of Simmons and Stanley, despite not being inducted.</w:t>
      </w:r>
      <w:r/>
    </w:p>
    <w:p>
      <w:pPr>
        <w:pStyle w:val="ListNumber"/>
        <w:spacing w:line="240" w:lineRule="auto"/>
        <w:ind w:left="720"/>
      </w:pPr>
      <w:r/>
      <w:hyperlink r:id="rId10">
        <w:r>
          <w:rPr>
            <w:color w:val="0000EE"/>
            <w:u w:val="single"/>
          </w:rPr>
          <w:t>https://americansongwriter.com/former-kiss-guitarist-raises-concerns-about-ai-misinformation-after-fan-encounter/</w:t>
        </w:r>
      </w:hyperlink>
      <w:r>
        <w:t xml:space="preserve"> - Quotes Kulick's positive reflection on the ceremony and his desire for an unplugged performance with all Kiss members.</w:t>
      </w:r>
      <w:r/>
    </w:p>
    <w:p>
      <w:pPr>
        <w:pStyle w:val="ListNumber"/>
        <w:spacing w:line="240" w:lineRule="auto"/>
        <w:ind w:left="720"/>
      </w:pPr>
      <w:r/>
      <w:hyperlink r:id="rId12">
        <w:r>
          <w:rPr>
            <w:color w:val="0000EE"/>
            <w:u w:val="single"/>
          </w:rPr>
          <w:t>https://americansongwriter.com/former-kiss-guitarist-bruce-kulick-reflects-being-ousted-band-after-reunion-tour/</w:t>
        </w:r>
      </w:hyperlink>
      <w:r>
        <w:t xml:space="preserve"> - Provides background on Kulick's tenure with Kiss, including his joining in 1984 and his contributions to the band.</w:t>
      </w:r>
      <w:r/>
    </w:p>
    <w:p>
      <w:pPr>
        <w:pStyle w:val="ListNumber"/>
        <w:spacing w:line="240" w:lineRule="auto"/>
        <w:ind w:left="720"/>
      </w:pPr>
      <w:r/>
      <w:hyperlink r:id="rId12">
        <w:r>
          <w:rPr>
            <w:color w:val="0000EE"/>
            <w:u w:val="single"/>
          </w:rPr>
          <w:t>https://americansongwriter.com/former-kiss-guitarist-bruce-kulick-reflects-being-ousted-band-after-reunion-tour/</w:t>
        </w:r>
      </w:hyperlink>
      <w:r>
        <w:t xml:space="preserve"> - Details Kulick's career before joining Kiss, including stints with Meat Loaf and Michael Bolton.</w:t>
      </w:r>
      <w:r/>
    </w:p>
    <w:p>
      <w:pPr>
        <w:pStyle w:val="ListNumber"/>
        <w:spacing w:line="240" w:lineRule="auto"/>
        <w:ind w:left="720"/>
      </w:pPr>
      <w:r/>
      <w:hyperlink r:id="rId10">
        <w:r>
          <w:rPr>
            <w:color w:val="0000EE"/>
            <w:u w:val="single"/>
          </w:rPr>
          <w:t>https://americansongwriter.com/former-kiss-guitarist-raises-concerns-about-ai-misinformation-after-fan-encounter/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mericansongwriter.com/former-kiss-guitarist-raises-concerns-about-ai-misinformation-after-fan-encounter/" TargetMode="External"/><Relationship Id="rId11" Type="http://schemas.openxmlformats.org/officeDocument/2006/relationships/hyperlink" Target="https://twitter.com/brucekulick/status/1850238537368752452" TargetMode="External"/><Relationship Id="rId12" Type="http://schemas.openxmlformats.org/officeDocument/2006/relationships/hyperlink" Target="https://americansongwriter.com/former-kiss-guitarist-bruce-kulick-reflects-being-ousted-band-after-reunion-to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