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Cyngn Inc. expands dealer network with Kennedy Robotics AI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Cyngn Inc., a leading autonomous vehicle technology provider based in Menlo Park, California, has announced an expansion in its dealer network that will now include Kennedy Robotics AI. This growth steps up Cyngn’s commitment to making its autonomous technology more widely accessible, with Kennedy Robotics AI set to introduce Cyngn’s DriveMod Tugger to new markets.</w:t>
      </w:r>
      <w:r/>
    </w:p>
    <w:p>
      <w:r/>
      <w:r>
        <w:t>The DriveMod Tugger is an innovative product that integrates Cyngn’s advanced vehicle (AV) technology with the Motrec MT-160 vehicle. This combination aims to provide businesses across various sectors with a robust, safe, and efficient autonomous transportation solution. The product is expected to address industry needs for advanced robotic solutions that prioritize employee safety and operational efficiency.</w:t>
      </w:r>
      <w:r/>
    </w:p>
    <w:p>
      <w:r/>
      <w:r>
        <w:t>Lior Tal, CEO of Cyngn, expressed enthusiasm for the partnership, noting how the inclusion of Kennedy Robotics AI into the dealership network would help extend the reach of the DriveMod Tugger to businesses searching for reliable autonomous solutions. Tal emphasized the core focus of safety in Cyngn's products, spotlighting features such as a comprehensive 360-degree perception capability designed to safeguard workplace environments.</w:t>
      </w:r>
      <w:r/>
    </w:p>
    <w:p>
      <w:r/>
      <w:r>
        <w:t>The partnership with Kennedy Robotics AI follows Cyngn’s recent expansions with other significant players such as RobotLab and Alta Equipment Group. RobotLab boasts over 10,000 deployed robots, while Alta Equipment Group records more than $1 billion in annual sales—a testament to Cyngn’s accelerating market influence and ambitious growth strategy.</w:t>
      </w:r>
      <w:r/>
    </w:p>
    <w:p>
      <w:r/>
      <w:r>
        <w:t>Kennedy Robotics AI, led by Founder Kevin Kennedy, brings extensive experience to the table, holding 35 years of expertise in industries such as textile manufacturing, industrial cutting and sewing, and automotive. Kennedy expressed confidence in the potential of Cyngn’s DriveMod solution to meet the increasing demand for sophisticated robotic solutions within these industries.</w:t>
      </w:r>
      <w:r/>
    </w:p>
    <w:p>
      <w:r/>
      <w:r>
        <w:t>The collaboration aims to tap into untapped opportunities by leveraging Cyngn’s state-of-the-art autonomous drive technology in conjunction with Kennedy Robotics AI's market expertise. This strategic partnership underlines a shared vision to harness the potential of autonomous technology in enhancing operational outcomes and safety standards across industries.</w:t>
      </w:r>
      <w:r/>
    </w:p>
    <w:p>
      <w:r/>
      <w:r>
        <w:t>Cyngn continues to look towards future expansions, seeking additional partners to enhance its dealer network and further distribute and integrate its autonomous technology solutions. Interested parties can find more information about the company and its offerings at cyngn.com.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https://www.prnewswire.com/news-releases/cyngn-scales-up-commercialization-of-autonomous-vehicle-solutions-in-first-quarter-2024-302147277.html</w:t>
        </w:r>
      </w:hyperlink>
      <w:r>
        <w:t xml:space="preserve"> - Corroborates Cyngn's expansion and partnerships, including the collaboration with RobotLAB and the deployment of DriveMod Tuggers.</w:t>
      </w:r>
      <w:r/>
    </w:p>
    <w:p>
      <w:pPr>
        <w:pStyle w:val="ListNumber"/>
        <w:spacing w:line="240" w:lineRule="auto"/>
        <w:ind w:left="720"/>
      </w:pPr>
      <w:r/>
      <w:hyperlink r:id="rId11">
        <w:r>
          <w:rPr>
            <w:color w:val="0000EE"/>
            <w:u w:val="single"/>
          </w:rPr>
          <w:t>https://investors.cyngn.com/2024-05-16-Cyngn-Scales-Up-Commercialization-of-Autonomous-Vehicle-Solutions-in-First-Quarter-2024</w:t>
        </w:r>
      </w:hyperlink>
      <w:r>
        <w:t xml:space="preserve"> - Provides details on Cyngn's strategic partnerships, including those with John Deere, Rivian, and RobotLAB, and the expansion of the Cyngn Distributor Network.</w:t>
      </w:r>
      <w:r/>
    </w:p>
    <w:p>
      <w:pPr>
        <w:pStyle w:val="ListNumber"/>
        <w:spacing w:line="240" w:lineRule="auto"/>
        <w:ind w:left="720"/>
      </w:pPr>
      <w:r/>
      <w:hyperlink r:id="rId12">
        <w:r>
          <w:rPr>
            <w:color w:val="0000EE"/>
            <w:u w:val="single"/>
          </w:rPr>
          <w:t>https://www.investing.com/news/company-news/cyngn-secures-new-contracts-and-patents-expands-network-93CH-3674841</w:t>
        </w:r>
      </w:hyperlink>
      <w:r>
        <w:t xml:space="preserve"> - Mentions Cyngn's expanded dealer network, including partnerships with significant players, and the company's focus on safety and operational efficiency.</w:t>
      </w:r>
      <w:r/>
    </w:p>
    <w:p>
      <w:pPr>
        <w:pStyle w:val="ListNumber"/>
        <w:spacing w:line="240" w:lineRule="auto"/>
        <w:ind w:left="720"/>
      </w:pPr>
      <w:r/>
      <w:hyperlink r:id="rId13">
        <w:r>
          <w:rPr>
            <w:color w:val="0000EE"/>
            <w:u w:val="single"/>
          </w:rPr>
          <w:t>https://www.stocktitan.net/news/CYN/cyngn-expanding-drive-mod-capabilities-to-outdoor-operations-in-m48k1rb601q9.html</w:t>
        </w:r>
      </w:hyperlink>
      <w:r>
        <w:t xml:space="preserve"> - Discusses the expansion of DriveMod capabilities to outdoor operations, highlighting the product's safety features and operational efficiency.</w:t>
      </w:r>
      <w:r/>
    </w:p>
    <w:p>
      <w:pPr>
        <w:pStyle w:val="ListNumber"/>
        <w:spacing w:line="240" w:lineRule="auto"/>
        <w:ind w:left="720"/>
      </w:pPr>
      <w:r/>
      <w:hyperlink r:id="rId14">
        <w:r>
          <w:rPr>
            <w:color w:val="0000EE"/>
            <w:u w:val="single"/>
          </w:rPr>
          <w:t>https://www.prnewswire.com/news-releases/cyngn-expanding-drivemod-capabilities-to-outdoor-operations-in-response-to-increased-demand-302243164.html</w:t>
        </w:r>
      </w:hyperlink>
      <w:r>
        <w:t xml:space="preserve"> - Details the expansion of DriveMod to outdoor operations, emphasizing the product's integration with Motrec MT-160 and its safety and efficiency benefits.</w:t>
      </w:r>
      <w:r/>
    </w:p>
    <w:p>
      <w:pPr>
        <w:pStyle w:val="ListNumber"/>
        <w:spacing w:line="240" w:lineRule="auto"/>
        <w:ind w:left="720"/>
      </w:pPr>
      <w:r/>
      <w:hyperlink r:id="rId11">
        <w:r>
          <w:rPr>
            <w:color w:val="0000EE"/>
            <w:u w:val="single"/>
          </w:rPr>
          <w:t>https://investors.cyngn.com/2024-05-16-Cyngn-Scales-Up-Commercialization-of-Autonomous-Vehicle-Solutions-in-First-Quarter-2024</w:t>
        </w:r>
      </w:hyperlink>
      <w:r>
        <w:t xml:space="preserve"> - Quotes Lior Tal, CEO of Cyngn, on the importance of safety and the company's focus on extending the reach of its autonomous solutions.</w:t>
      </w:r>
      <w:r/>
    </w:p>
    <w:p>
      <w:pPr>
        <w:pStyle w:val="ListNumber"/>
        <w:spacing w:line="240" w:lineRule="auto"/>
        <w:ind w:left="720"/>
      </w:pPr>
      <w:r/>
      <w:hyperlink r:id="rId12">
        <w:r>
          <w:rPr>
            <w:color w:val="0000EE"/>
            <w:u w:val="single"/>
          </w:rPr>
          <w:t>https://www.investing.com/news/company-news/cyngn-secures-new-contracts-and-patents-expands-network-93CH-3674841</w:t>
        </w:r>
      </w:hyperlink>
      <w:r>
        <w:t xml:space="preserve"> - Mentions Cyngn's recent expansions with other significant players like Alta Equipment Group, highlighting the company's market influence and growth strategy.</w:t>
      </w:r>
      <w:r/>
    </w:p>
    <w:p>
      <w:pPr>
        <w:pStyle w:val="ListNumber"/>
        <w:spacing w:line="240" w:lineRule="auto"/>
        <w:ind w:left="720"/>
      </w:pPr>
      <w:r/>
      <w:hyperlink r:id="rId10">
        <w:r>
          <w:rPr>
            <w:color w:val="0000EE"/>
            <w:u w:val="single"/>
          </w:rPr>
          <w:t>https://www.prnewswire.com/news-releases/cyngn-scales-up-commercialization-of-autonomous-vehicle-solutions-in-first-quarter-2024-302147277.html</w:t>
        </w:r>
      </w:hyperlink>
      <w:r>
        <w:t xml:space="preserve"> - Describes the comprehensive 360-degree perception capability of Cyngn's products, emphasizing workplace safety.</w:t>
      </w:r>
      <w:r/>
    </w:p>
    <w:p>
      <w:pPr>
        <w:pStyle w:val="ListNumber"/>
        <w:spacing w:line="240" w:lineRule="auto"/>
        <w:ind w:left="720"/>
      </w:pPr>
      <w:r/>
      <w:hyperlink r:id="rId13">
        <w:r>
          <w:rPr>
            <w:color w:val="0000EE"/>
            <w:u w:val="single"/>
          </w:rPr>
          <w:t>https://www.stocktitan.net/news/CYN/cyngn-expanding-drive-mod-capabilities-to-outdoor-operations-in-m48k1rb601q9.html</w:t>
        </w:r>
      </w:hyperlink>
      <w:r>
        <w:t xml:space="preserve"> - Explains the strategic partnership's aim to tap into untapped opportunities by leveraging Cyngn’s autonomous drive technology and Kennedy Robotics AI's market expertise.</w:t>
      </w:r>
      <w:r/>
    </w:p>
    <w:p>
      <w:pPr>
        <w:pStyle w:val="ListNumber"/>
        <w:spacing w:line="240" w:lineRule="auto"/>
        <w:ind w:left="720"/>
      </w:pPr>
      <w:r/>
      <w:hyperlink r:id="rId12">
        <w:r>
          <w:rPr>
            <w:color w:val="0000EE"/>
            <w:u w:val="single"/>
          </w:rPr>
          <w:t>https://www.investing.com/news/company-news/cyngn-secures-new-contracts-and-patents-expands-network-93CH-3674841</w:t>
        </w:r>
      </w:hyperlink>
      <w:r>
        <w:t xml:space="preserve"> - Highlights Cyngn’s ongoing efforts to seek additional partners to enhance its dealer network and distribute its autonomous technology solutions.</w:t>
      </w:r>
      <w:r/>
    </w:p>
    <w:p>
      <w:pPr>
        <w:pStyle w:val="ListNumber"/>
        <w:spacing w:line="240" w:lineRule="auto"/>
        <w:ind w:left="720"/>
      </w:pPr>
      <w:r/>
      <w:hyperlink r:id="rId14">
        <w:r>
          <w:rPr>
            <w:color w:val="0000EE"/>
            <w:u w:val="single"/>
          </w:rPr>
          <w:t>https://www.prnewswire.com/news-releases/cyngn-expanding-drivemod-capabilities-to-outdoor-operations-in-response-to-increased-demand-302243164.html</w:t>
        </w:r>
      </w:hyperlink>
      <w:r>
        <w:t xml:space="preserve"> - Provides information on Cyngn’s commitment to future expansions and the integration of its autonomous technology solutions across various industries.</w:t>
      </w:r>
      <w:r/>
    </w:p>
    <w:p>
      <w:pPr>
        <w:pStyle w:val="ListNumber"/>
        <w:spacing w:line="240" w:lineRule="auto"/>
        <w:ind w:left="720"/>
      </w:pPr>
      <w:r/>
      <w:hyperlink r:id="rId15">
        <w:r>
          <w:rPr>
            <w:color w:val="0000EE"/>
            <w:u w:val="single"/>
          </w:rPr>
          <w:t>https://www.engineering.com/kennedy-robotics-ai-joins-cyngns-dealer-network/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yngn-scales-up-commercialization-of-autonomous-vehicle-solutions-in-first-quarter-2024-302147277.html" TargetMode="External"/><Relationship Id="rId11" Type="http://schemas.openxmlformats.org/officeDocument/2006/relationships/hyperlink" Target="https://investors.cyngn.com/2024-05-16-Cyngn-Scales-Up-Commercialization-of-Autonomous-Vehicle-Solutions-in-First-Quarter-2024" TargetMode="External"/><Relationship Id="rId12" Type="http://schemas.openxmlformats.org/officeDocument/2006/relationships/hyperlink" Target="https://www.investing.com/news/company-news/cyngn-secures-new-contracts-and-patents-expands-network-93CH-3674841" TargetMode="External"/><Relationship Id="rId13" Type="http://schemas.openxmlformats.org/officeDocument/2006/relationships/hyperlink" Target="https://www.stocktitan.net/news/CYN/cyngn-expanding-drive-mod-capabilities-to-outdoor-operations-in-m48k1rb601q9.html" TargetMode="External"/><Relationship Id="rId14" Type="http://schemas.openxmlformats.org/officeDocument/2006/relationships/hyperlink" Target="https://www.prnewswire.com/news-releases/cyngn-expanding-drivemod-capabilities-to-outdoor-operations-in-response-to-increased-demand-302243164.html" TargetMode="External"/><Relationship Id="rId15" Type="http://schemas.openxmlformats.org/officeDocument/2006/relationships/hyperlink" Target="https://www.engineering.com/kennedy-robotics-ai-joins-cyngns-dealer-ne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