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Dane Whitehurst champions sustainability in packaging design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Dane Whitehurst, the creative director at Burgopak, is leading an innovative approach in the packaging industry, focusing significantly on sustainability. Based in the UK, Burgopak specialises in creating practical packaging solutions with an eco-friendly approach. Whitehurst has an extensive background with prominent companies, such as Google, Samsung, Unilever, and Sony, which adds to his design credentials.</w:t>
      </w:r>
      <w:r/>
    </w:p>
    <w:p>
      <w:r/>
      <w:r>
        <w:t>Whitehurst's journey in design began after he completed a Masters in Industrial Design at Central Saint Martins, which significantly shaped his career and design philosophy. This particular course proved to be a pivotal moment for Whitehurst, providing him with the foundational skills and inspiration necessary for his future endeavours. His initial career trajectory, however, took an unexpected turn towards packaging design due to a serendipitous opportunity, which ultimately led to a longstanding career with Burgopak spanning over 17 years.</w:t>
      </w:r>
      <w:r/>
    </w:p>
    <w:p>
      <w:r/>
      <w:r>
        <w:t>At the core of Burgopak's operations is the commitment to bridging the gap between creative design and practical manufacturing, a distinction that sets them apart in the packaging industry. This unique approach allows them to manage the entire process from design to production, ensuring that the final products meet rigorous standards both aesthetically and functionally.</w:t>
      </w:r>
      <w:r/>
    </w:p>
    <w:p>
      <w:r/>
      <w:r>
        <w:t>Whitehurst's dedication to sustainability is evident in his efforts to incorporate eco-friendly practices into every step of the packaging process. His response to a personal query from his daughter on Earth Day, regarding what he was doing to help the planet, highlighted the need for more action towards environmental preservation. Consequently, Burgopak initiated a comprehensive strategy to enhance its sustainability ethos. The company overhauled its materials, received FSC certification, and developed a Life Cycle Analysis (LCA) tool for measuring environmental impact.</w:t>
      </w:r>
      <w:r/>
    </w:p>
    <w:p>
      <w:r/>
      <w:r>
        <w:t>One exemplary sustainable project involved redesigning Monzo bank's card packaging. By adjusting the size of the packaging, Burgopak managed to increase efficiency and reduce material wastage, saving significant amounts of paper and CO2 emissions. This practical application of sustainable practices not only benefited the environment but also helped in reducing costs for clients.</w:t>
      </w:r>
      <w:r/>
    </w:p>
    <w:p>
      <w:r/>
      <w:r>
        <w:t>In terms of challenges faced, Whitehurst recounts tackling issues related to postal systems. For fintech clients that send cards via post, he and his team devised the Burgopak Super Envelope range to address mailing complexities in markets like the US, effectively optimizing logistics and costs.</w:t>
      </w:r>
      <w:r/>
    </w:p>
    <w:p>
      <w:r/>
      <w:r>
        <w:t>Looking to the future, Whitehurst envisions further advancements in creating sustainable packaging solutions. He believes substantial progress in the packaging industry will require cooperation between businesses, consumers, and governments to enhance awareness and communication regarding environmental impacts.</w:t>
      </w:r>
      <w:r/>
    </w:p>
    <w:p>
      <w:r/>
      <w:r>
        <w:t>Through his work at Burgopak, Dane Whitehurst continues to push the boundaries of packaging design, striving to integrate sustainability into every facet of his projects and setting a standard in the industry for environmentally conscious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https://uk.linkedin.com/in/dane-whitehurst-6a81b524</w:t>
        </w:r>
      </w:hyperlink>
      <w:r>
        <w:t xml:space="preserve"> - Corroborates Dane Whitehurst's role as Creative Director at Burgopak and his focus on sustainability.</w:t>
      </w:r>
      <w:r/>
    </w:p>
    <w:p>
      <w:pPr>
        <w:pStyle w:val="ListNumber"/>
        <w:spacing w:line="240" w:lineRule="auto"/>
        <w:ind w:left="720"/>
      </w:pPr>
      <w:r/>
      <w:hyperlink r:id="rId11">
        <w:r>
          <w:rPr>
            <w:color w:val="0000EE"/>
            <w:u w:val="single"/>
          </w:rPr>
          <w:t>https://www.creativebloq.com/professional-development/creative-careers/weve-baked-sustainability-into-our-creative-process-a-day-in-the-life-of-packaging-designer-dane-whitehurst</w:t>
        </w:r>
      </w:hyperlink>
      <w:r>
        <w:t xml:space="preserve"> - Provides details on Dane Whitehurst's role and Burgopak's focus on sustainable packaging solutions.</w:t>
      </w:r>
      <w:r/>
    </w:p>
    <w:p>
      <w:pPr>
        <w:pStyle w:val="ListNumber"/>
        <w:spacing w:line="240" w:lineRule="auto"/>
        <w:ind w:left="720"/>
      </w:pPr>
      <w:r/>
      <w:hyperlink r:id="rId12">
        <w:r>
          <w:rPr>
            <w:color w:val="0000EE"/>
            <w:u w:val="single"/>
          </w:rPr>
          <w:t>https://twosides.info/UK/2024-packaging-webinar-dane-whitehurst-burgopak/</w:t>
        </w:r>
      </w:hyperlink>
      <w:r>
        <w:t xml:space="preserve"> - Supports Dane Whitehurst's involvement in packaging design and cardboard engineering with a sustainable focus.</w:t>
      </w:r>
      <w:r/>
    </w:p>
    <w:p>
      <w:pPr>
        <w:pStyle w:val="ListNumber"/>
        <w:spacing w:line="240" w:lineRule="auto"/>
        <w:ind w:left="720"/>
      </w:pPr>
      <w:r/>
      <w:hyperlink r:id="rId13">
        <w:r>
          <w:rPr>
            <w:color w:val="0000EE"/>
            <w:u w:val="single"/>
          </w:rPr>
          <w:t>https://designhost.gr/topic/737943-weve-baked-sustainability-into-our-creative-process-a-day-in-the-life-of-packaging-designer-dane-whitehurst/?do=findComment&amp;comment=943761</w:t>
        </w:r>
      </w:hyperlink>
      <w:r>
        <w:t xml:space="preserve"> - Discusses Dane Whitehurst's approach to sustainability in the packaging industry.</w:t>
      </w:r>
      <w:r/>
    </w:p>
    <w:p>
      <w:pPr>
        <w:pStyle w:val="ListNumber"/>
        <w:spacing w:line="240" w:lineRule="auto"/>
        <w:ind w:left="720"/>
      </w:pPr>
      <w:r/>
      <w:hyperlink r:id="rId14">
        <w:r>
          <w:rPr>
            <w:color w:val="0000EE"/>
            <w:u w:val="single"/>
          </w:rPr>
          <w:t>https://spnews.com/burgopak-planning-unit/</w:t>
        </w:r>
      </w:hyperlink>
      <w:r>
        <w:t xml:space="preserve"> - Highlights Burgopak's innovative packaging solutions and awards, showcasing their commitment to creative and functional design.</w:t>
      </w:r>
      <w:r/>
    </w:p>
    <w:p>
      <w:pPr>
        <w:pStyle w:val="ListNumber"/>
        <w:spacing w:line="240" w:lineRule="auto"/>
        <w:ind w:left="720"/>
      </w:pPr>
      <w:r/>
      <w:hyperlink r:id="rId11">
        <w:r>
          <w:rPr>
            <w:color w:val="0000EE"/>
            <w:u w:val="single"/>
          </w:rPr>
          <w:t>https://www.creativebloq.com/professional-development/creative-careers/weve-baked-sustainability-into-our-creative-process-a-day-in-the-life-of-packaging-designer-dane-whitehurst</w:t>
        </w:r>
      </w:hyperlink>
      <w:r>
        <w:t xml:space="preserve"> - Details Dane Whitehurst's background and his journey into packaging design after completing a Masters in Industrial Design.</w:t>
      </w:r>
      <w:r/>
    </w:p>
    <w:p>
      <w:pPr>
        <w:pStyle w:val="ListNumber"/>
        <w:spacing w:line="240" w:lineRule="auto"/>
        <w:ind w:left="720"/>
      </w:pPr>
      <w:r/>
      <w:hyperlink r:id="rId10">
        <w:r>
          <w:rPr>
            <w:color w:val="0000EE"/>
            <w:u w:val="single"/>
          </w:rPr>
          <w:t>https://uk.linkedin.com/in/dane-whitehurst-6a81b524</w:t>
        </w:r>
      </w:hyperlink>
      <w:r>
        <w:t xml:space="preserve"> - Lists Dane Whitehurst's extensive background with prominent companies like Google, Samsung, Unilever, and Sony.</w:t>
      </w:r>
      <w:r/>
    </w:p>
    <w:p>
      <w:pPr>
        <w:pStyle w:val="ListNumber"/>
        <w:spacing w:line="240" w:lineRule="auto"/>
        <w:ind w:left="720"/>
      </w:pPr>
      <w:r/>
      <w:hyperlink r:id="rId12">
        <w:r>
          <w:rPr>
            <w:color w:val="0000EE"/>
            <w:u w:val="single"/>
          </w:rPr>
          <w:t>https://twosides.info/UK/2024-packaging-webinar-dane-whitehurst-burgopak/</w:t>
        </w:r>
      </w:hyperlink>
      <w:r>
        <w:t xml:space="preserve"> - Explains Burgopak's unique approach to bridging creative design and practical manufacturing.</w:t>
      </w:r>
      <w:r/>
    </w:p>
    <w:p>
      <w:pPr>
        <w:pStyle w:val="ListNumber"/>
        <w:spacing w:line="240" w:lineRule="auto"/>
        <w:ind w:left="720"/>
      </w:pPr>
      <w:r/>
      <w:hyperlink r:id="rId11">
        <w:r>
          <w:rPr>
            <w:color w:val="0000EE"/>
            <w:u w:val="single"/>
          </w:rPr>
          <w:t>https://www.creativebloq.com/professional-development/creative-careers/weve-baked-sustainability-into-our-creative-process-a-day-in-the-life-of-packaging-designer-dane-whitehurst</w:t>
        </w:r>
      </w:hyperlink>
      <w:r>
        <w:t xml:space="preserve"> - Describes Burgopak's initiatives to enhance sustainability, including FSC certification and the development of a Life Cycle Analysis tool.</w:t>
      </w:r>
      <w:r/>
    </w:p>
    <w:p>
      <w:pPr>
        <w:pStyle w:val="ListNumber"/>
        <w:spacing w:line="240" w:lineRule="auto"/>
        <w:ind w:left="720"/>
      </w:pPr>
      <w:r/>
      <w:hyperlink r:id="rId13">
        <w:r>
          <w:rPr>
            <w:color w:val="0000EE"/>
            <w:u w:val="single"/>
          </w:rPr>
          <w:t>https://designhost.gr/topic/737943-weve-baked-sustainability-into-our-creative-process-a-day-in-the-life-of-packaging-designer-dane-whitehurst/?do=findComment&amp;comment=943761</w:t>
        </w:r>
      </w:hyperlink>
      <w:r>
        <w:t xml:space="preserve"> - Mentions the redesign of Monzo bank's card packaging as an example of sustainable practices implemented by Burgopak.</w:t>
      </w:r>
      <w:r/>
    </w:p>
    <w:p>
      <w:pPr>
        <w:pStyle w:val="ListNumber"/>
        <w:spacing w:line="240" w:lineRule="auto"/>
        <w:ind w:left="720"/>
      </w:pPr>
      <w:r/>
      <w:hyperlink r:id="rId11">
        <w:r>
          <w:rPr>
            <w:color w:val="0000EE"/>
            <w:u w:val="single"/>
          </w:rPr>
          <w:t>https://www.creativebloq.com/professional-development/creative-careers/weve-baked-sustainability-into-our-creative-process-a-day-in-the-life-of-packaging-designer-dane-whitehurst</w:t>
        </w:r>
      </w:hyperlink>
      <w:r>
        <w:t xml:space="preserve"> - Please view link - unable to able to access data</w:t>
      </w:r>
      <w:r/>
    </w:p>
    <w:p>
      <w:pPr>
        <w:pStyle w:val="ListNumber"/>
        <w:spacing w:line="240" w:lineRule="auto"/>
        <w:ind w:left="720"/>
      </w:pPr>
      <w:r/>
      <w:hyperlink r:id="rId15">
        <w:r>
          <w:rPr>
            <w:color w:val="0000EE"/>
            <w:u w:val="single"/>
          </w:rPr>
          <w:t>https://www.callcentrehelper.com/ai-journey-best-start-246683.htm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k.linkedin.com/in/dane-whitehurst-6a81b524" TargetMode="External"/><Relationship Id="rId11" Type="http://schemas.openxmlformats.org/officeDocument/2006/relationships/hyperlink" Target="https://www.creativebloq.com/professional-development/creative-careers/weve-baked-sustainability-into-our-creative-process-a-day-in-the-life-of-packaging-designer-dane-whitehurst" TargetMode="External"/><Relationship Id="rId12" Type="http://schemas.openxmlformats.org/officeDocument/2006/relationships/hyperlink" Target="https://twosides.info/UK/2024-packaging-webinar-dane-whitehurst-burgopak/" TargetMode="External"/><Relationship Id="rId13" Type="http://schemas.openxmlformats.org/officeDocument/2006/relationships/hyperlink" Target="https://designhost.gr/topic/737943-weve-baked-sustainability-into-our-creative-process-a-day-in-the-life-of-packaging-designer-dane-whitehurst/?do=findComment&amp;comment=943761" TargetMode="External"/><Relationship Id="rId14" Type="http://schemas.openxmlformats.org/officeDocument/2006/relationships/hyperlink" Target="https://spnews.com/burgopak-planning-unit/" TargetMode="External"/><Relationship Id="rId15" Type="http://schemas.openxmlformats.org/officeDocument/2006/relationships/hyperlink" Target="https://www.callcentrehelper.com/ai-journey-best-start-246683.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