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Dropbox CEO highlights the dual importance of AI expertise and domain knowledge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Dropbox CEO Highlights the Dual Importance of AI Expertise and Domain Knowledge</w:t>
      </w:r>
      <w:r/>
    </w:p>
    <w:p>
      <w:r/>
      <w:r>
        <w:t>In the rapidly evolving technological landscape, Dropbox CEO Drew Houston has underscored the importance of combining artificial intelligence prowess with domain-specific expertise. Speaking at the MIT AI Conference, Houston articulated a vision for future success in AI that hinges on the integration of technological skills with specialised knowledge in fields such as music, healthcare, and archaeology.</w:t>
      </w:r>
      <w:r/>
    </w:p>
    <w:p>
      <w:r/>
      <w:r>
        <w:t>Houston’s remarks came as he praised the power of creating synergies between AI and other disciplines, suggesting that individuals who master this intersection will be invaluable. “The intersection is super powerful and you become very valuable because you can actually figure out how to apply the technologies to make a bunch of things in your field better,” he said. Houston projected that productivity within these intersecting fields will see exponential benefits, describing a scenario where a software engineer proficient in AI could transform into a "100x engineer."</w:t>
      </w:r>
      <w:r/>
    </w:p>
    <w:p>
      <w:r/>
      <w:r>
        <w:t>This philosophy is reflected in Dropbox's own strategic direction. Earlier this month, the company launched "Dash for Business," an artificial intelligence-driven search tool aimed at enhancing productivity by enabling seamless organization and protection of content across various applications. This innovative tool represents Dropbox's efforts to harness AI for improved performance and user experience.</w:t>
      </w:r>
      <w:r/>
    </w:p>
    <w:p>
      <w:r/>
      <w:r>
        <w:t>Houston recounted his initial impetus for developing a search engine — frustration with the intricacies of searching through disparate documents, emails, and messaging systems like Slack. The advent of technologies such as ChatGPT, which facilitates searching via natural language, has accelerated Dropbox’s capability to offer sophisticated solutions.</w:t>
      </w:r>
      <w:r/>
    </w:p>
    <w:p>
      <w:r/>
      <w:r>
        <w:t>The emphasis on AI has also had tangible impacts on the company's structure. In April 2023, Dropbox reduced its workforce by approximately 16% in a move that reflected a strategic pivot towards AI and early-stage product development. In his announcement to staff regarding the layoffs, Houston acknowledged the demand for a new skill set more closely aligned with the next stage of Dropbox’s growth ambitions.</w:t>
      </w:r>
      <w:r/>
    </w:p>
    <w:p>
      <w:r/>
      <w:r>
        <w:t>Dropbox's evolution aligns with a broader trend of enterprises reorienting their operations to embrace AI-driven innovations. This pivot is indicative of an industry-wide recognition of the transformative potential AI holds, not only for technological advancement but also for enhancing productivity and efficiency across diverse sectors.</w:t>
      </w:r>
      <w:r/>
    </w:p>
    <w:p>
      <w:r/>
      <w:r>
        <w:t>As Dropbox continues to navigate the digital terrain, its leadership under CEO Drew Houston reflects a clear commitment to leveraging AI as a critical component of its business strategy, exemplifying how companies can adapt to and thrive in an AI-augmented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https://thursdaynightsinai.substack.com/p/recording-dropbox-ceo-drew-houston</w:t>
        </w:r>
      </w:hyperlink>
      <w:r>
        <w:t xml:space="preserve"> - Corroborates Drew Houston's discussion on the integration of AI with domain-specific expertise and the transformative potential of AI in the workplace.</w:t>
      </w:r>
      <w:r/>
    </w:p>
    <w:p>
      <w:pPr>
        <w:pStyle w:val="ListNumber"/>
        <w:spacing w:line="240" w:lineRule="auto"/>
        <w:ind w:left="720"/>
      </w:pPr>
      <w:r/>
      <w:hyperlink r:id="rId11">
        <w:r>
          <w:rPr>
            <w:color w:val="0000EE"/>
            <w:u w:val="single"/>
          </w:rPr>
          <w:t>https://www.latent.space/p/drew-houston</w:t>
        </w:r>
      </w:hyperlink>
      <w:r>
        <w:t xml:space="preserve"> - Supports the importance of combining AI skills with domain knowledge and the strategic direction of Dropbox in leveraging AI for improved productivity.</w:t>
      </w:r>
      <w:r/>
    </w:p>
    <w:p>
      <w:pPr>
        <w:pStyle w:val="ListNumber"/>
        <w:spacing w:line="240" w:lineRule="auto"/>
        <w:ind w:left="720"/>
      </w:pPr>
      <w:r/>
      <w:hyperlink r:id="rId12">
        <w:r>
          <w:rPr>
            <w:color w:val="0000EE"/>
            <w:u w:val="single"/>
          </w:rPr>
          <w:t>https://blog.dropbox.com/podcast/working-smarter/drew-houston</w:t>
        </w:r>
      </w:hyperlink>
      <w:r>
        <w:t xml:space="preserve"> - Highlights Drew Houston's vision for AI in the workplace and how it can solve modern work challenges by offloading tasks to 'silicon brains'.</w:t>
      </w:r>
      <w:r/>
    </w:p>
    <w:p>
      <w:pPr>
        <w:pStyle w:val="ListNumber"/>
        <w:spacing w:line="240" w:lineRule="auto"/>
        <w:ind w:left="720"/>
      </w:pPr>
      <w:r/>
      <w:hyperlink r:id="rId13">
        <w:r>
          <w:rPr>
            <w:color w:val="0000EE"/>
            <w:u w:val="single"/>
          </w:rPr>
          <w:t>https://www.theverge.com/24128606/dropbox-drew-houston-ai-remote-work-virtual-organization</w:t>
        </w:r>
      </w:hyperlink>
      <w:r>
        <w:t xml:space="preserve"> - Details the launch of 'Dropbox Dash' and the company's focus on AI-driven tools to enhance productivity and organization across various applications.</w:t>
      </w:r>
      <w:r/>
    </w:p>
    <w:p>
      <w:pPr>
        <w:pStyle w:val="ListNumber"/>
        <w:spacing w:line="240" w:lineRule="auto"/>
        <w:ind w:left="720"/>
      </w:pPr>
      <w:r/>
      <w:hyperlink r:id="rId10">
        <w:r>
          <w:rPr>
            <w:color w:val="0000EE"/>
            <w:u w:val="single"/>
          </w:rPr>
          <w:t>https://thursdaynightsinai.substack.com/p/recording-dropbox-ceo-drew-houston</w:t>
        </w:r>
      </w:hyperlink>
      <w:r>
        <w:t xml:space="preserve"> - Explains the motivation behind developing AI-driven search tools like Dropbox Dash, stemming from the frustration of searching through disparate documents and systems.</w:t>
      </w:r>
      <w:r/>
    </w:p>
    <w:p>
      <w:pPr>
        <w:pStyle w:val="ListNumber"/>
        <w:spacing w:line="240" w:lineRule="auto"/>
        <w:ind w:left="720"/>
      </w:pPr>
      <w:r/>
      <w:hyperlink r:id="rId11">
        <w:r>
          <w:rPr>
            <w:color w:val="0000EE"/>
            <w:u w:val="single"/>
          </w:rPr>
          <w:t>https://www.latent.space/p/drew-houston</w:t>
        </w:r>
      </w:hyperlink>
      <w:r>
        <w:t xml:space="preserve"> - Discusses the impact of AI on Dropbox's structure, including the need for a new skill set aligned with AI and early-stage product development.</w:t>
      </w:r>
      <w:r/>
    </w:p>
    <w:p>
      <w:pPr>
        <w:pStyle w:val="ListNumber"/>
        <w:spacing w:line="240" w:lineRule="auto"/>
        <w:ind w:left="720"/>
      </w:pPr>
      <w:r/>
      <w:hyperlink r:id="rId13">
        <w:r>
          <w:rPr>
            <w:color w:val="0000EE"/>
            <w:u w:val="single"/>
          </w:rPr>
          <w:t>https://www.theverge.com/24128606/dropbox-drew-houston-ai-remote-work-virtual-organization</w:t>
        </w:r>
      </w:hyperlink>
      <w:r>
        <w:t xml:space="preserve"> - Mentions the layoffs at Dropbox as part of a strategic pivot towards AI and early-stage product development, reflecting the demand for new skills.</w:t>
      </w:r>
      <w:r/>
    </w:p>
    <w:p>
      <w:pPr>
        <w:pStyle w:val="ListNumber"/>
        <w:spacing w:line="240" w:lineRule="auto"/>
        <w:ind w:left="720"/>
      </w:pPr>
      <w:r/>
      <w:hyperlink r:id="rId12">
        <w:r>
          <w:rPr>
            <w:color w:val="0000EE"/>
            <w:u w:val="single"/>
          </w:rPr>
          <w:t>https://blog.dropbox.com/podcast/working-smarter/drew-houston</w:t>
        </w:r>
      </w:hyperlink>
      <w:r>
        <w:t xml:space="preserve"> - Emphasizes the broader trend of enterprises reorienting their operations to embrace AI-driven innovations for technological advancement and productivity.</w:t>
      </w:r>
      <w:r/>
    </w:p>
    <w:p>
      <w:pPr>
        <w:pStyle w:val="ListNumber"/>
        <w:spacing w:line="240" w:lineRule="auto"/>
        <w:ind w:left="720"/>
      </w:pPr>
      <w:r/>
      <w:hyperlink r:id="rId10">
        <w:r>
          <w:rPr>
            <w:color w:val="0000EE"/>
            <w:u w:val="single"/>
          </w:rPr>
          <w:t>https://thursdaynightsinai.substack.com/p/recording-dropbox-ceo-drew-houston</w:t>
        </w:r>
      </w:hyperlink>
      <w:r>
        <w:t xml:space="preserve"> - Highlights the limitations of generic AI tools like ChatGPT and the need for personalized AI solutions connected to user data, as exemplified by Dropbox's AI initiatives.</w:t>
      </w:r>
      <w:r/>
    </w:p>
    <w:p>
      <w:pPr>
        <w:pStyle w:val="ListNumber"/>
        <w:spacing w:line="240" w:lineRule="auto"/>
        <w:ind w:left="720"/>
      </w:pPr>
      <w:r/>
      <w:hyperlink r:id="rId11">
        <w:r>
          <w:rPr>
            <w:color w:val="0000EE"/>
            <w:u w:val="single"/>
          </w:rPr>
          <w:t>https://www.latent.space/p/drew-houston</w:t>
        </w:r>
      </w:hyperlink>
      <w:r>
        <w:t xml:space="preserve"> - Details Drew Houston's personal involvement in learning and applying AI, reflecting his commitment to AI as a critical component of Dropbox's business strategy.</w:t>
      </w:r>
      <w:r/>
    </w:p>
    <w:p>
      <w:pPr>
        <w:pStyle w:val="ListNumber"/>
        <w:spacing w:line="240" w:lineRule="auto"/>
        <w:ind w:left="720"/>
      </w:pPr>
      <w:r/>
      <w:hyperlink r:id="rId12">
        <w:r>
          <w:rPr>
            <w:color w:val="0000EE"/>
            <w:u w:val="single"/>
          </w:rPr>
          <w:t>https://blog.dropbox.com/podcast/working-smarter/drew-houston</w:t>
        </w:r>
      </w:hyperlink>
      <w:r>
        <w:t xml:space="preserve"> - Illustrates how Dropbox under Drew Houston's leadership is adapting to and thriving in an AI-augmented future by leveraging AI for enhanced user experience and productivity.</w:t>
      </w:r>
      <w:r/>
    </w:p>
    <w:p>
      <w:pPr>
        <w:pStyle w:val="ListNumber"/>
        <w:spacing w:line="240" w:lineRule="auto"/>
        <w:ind w:left="720"/>
      </w:pPr>
      <w:r/>
      <w:hyperlink r:id="rId14">
        <w:r>
          <w:rPr>
            <w:color w:val="0000EE"/>
            <w:u w:val="single"/>
          </w:rPr>
          <w:t>https://localcoonrapidsnews.com/business/dropbox-ceo-drew-houston-says-these-types-of-people-will-benefit-from-ai/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ursdaynightsinai.substack.com/p/recording-dropbox-ceo-drew-houston" TargetMode="External"/><Relationship Id="rId11" Type="http://schemas.openxmlformats.org/officeDocument/2006/relationships/hyperlink" Target="https://www.latent.space/p/drew-houston" TargetMode="External"/><Relationship Id="rId12" Type="http://schemas.openxmlformats.org/officeDocument/2006/relationships/hyperlink" Target="https://blog.dropbox.com/podcast/working-smarter/drew-houston" TargetMode="External"/><Relationship Id="rId13" Type="http://schemas.openxmlformats.org/officeDocument/2006/relationships/hyperlink" Target="https://www.theverge.com/24128606/dropbox-drew-houston-ai-remote-work-virtual-organization" TargetMode="External"/><Relationship Id="rId14" Type="http://schemas.openxmlformats.org/officeDocument/2006/relationships/hyperlink" Target="https://localcoonrapidsnews.com/business/dropbox-ceo-drew-houston-says-these-types-of-people-will-benefit-from-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