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modern visual and audio experiences: The latest in streaming, 4K Blu-ray, and audio formats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Modern Visual and Audio Experiences: The Latest in Streaming, 4K Blu-ray, and Audio Formats</w:t>
      </w:r>
      <w:r/>
    </w:p>
    <w:p>
      <w:r/>
      <w:r>
        <w:t>In the contemporary landscape of home entertainment, the shifting dynamics between traditional media formats and their digital counterparts leave consumers with intriguing choices. Questions surrounding the quality of 4K Blu-ray discs compared to streaming services, the value of Dolby Atmos versus lossless audio, and the potential for AI-driven TV calibration are prevalent.</w:t>
      </w:r>
      <w:r/>
    </w:p>
    <w:p>
      <w:r/>
      <w:r>
        <w:rPr>
          <w:b/>
        </w:rPr>
        <w:t>4K Blu-ray vs. Streaming: A Quality Conundrum</w:t>
      </w:r>
      <w:r/>
    </w:p>
    <w:p>
      <w:r/>
      <w:r>
        <w:t xml:space="preserve">Ed O’Brien recently highlighted a case surrounding his experience with 4K Blu-ray discs. Owning a Sony A95L TV and a Panasonic DP-UB820 4K Blu-ray player, O’Brien noticed that the image quality from streaming services appeared superior when compared to 4K Blu-ray discs. His observations came after testing with films like "The Fugitive" and "The Flash". </w:t>
      </w:r>
      <w:r/>
    </w:p>
    <w:p>
      <w:r/>
      <w:r>
        <w:t>This situation raises questions as physical media typically boasts a higher bit rate and bit depth than streaming services, which should theoretically offer superior picture detail. Two theories are proposed: firstly, the possible preference for Standard Dynamic Range (SDR) over High Dynamic Range (HDR), due to its uniform brightness and inherent preference for certain viewing environments; secondly, a potential need for calibration on O’Brien's setup to ensure HDR settings are correctly configured on the TV and Blu-ray player.</w:t>
      </w:r>
      <w:r/>
    </w:p>
    <w:p>
      <w:r/>
      <w:r>
        <w:rPr>
          <w:b/>
        </w:rPr>
        <w:t>Upcoming TV Reviews</w:t>
      </w:r>
      <w:r/>
    </w:p>
    <w:p>
      <w:r/>
      <w:r>
        <w:t>For enthusiasts anticipating the latest television reviews, Brad Haggerty's inquiry about the 65-inch TCL QM8 model is of interest. Current testing priorities focus on other models such as the Panasonic W95A and Samsung QN90D, due to their unique features and the arrival of Panasonic TVs after a decade-long absence from some markets. Review schedules for these are planned before moving to the TCL QM8.</w:t>
      </w:r>
      <w:r/>
    </w:p>
    <w:p>
      <w:r/>
      <w:r>
        <w:rPr>
          <w:b/>
        </w:rPr>
        <w:t>Evaluating Audio: Lossless vs. Dolby Atmos</w:t>
      </w:r>
      <w:r/>
    </w:p>
    <w:p>
      <w:r/>
      <w:r>
        <w:t>Jonathan Morales’s query touches upon the comparison between lossless audio and Dolby Atmos across platforms like Apple Music and Amazon Music. While Dolby Atmos provides spatial sound immersion, it's typically a lossy format when streamed. The quality varies significantly based on the mixing choices made during the production of a track, sometimes resulting in vastly different listening experiences.</w:t>
      </w:r>
      <w:r/>
    </w:p>
    <w:p>
      <w:r/>
      <w:r>
        <w:t>Morales noted difficulty in distinguishing between these audio formats. It's important to consider that while Dolby Atmos can offer an immersive experience, its efficacy depends heavily on how well a song is mixed. This makes choosing between formats a matter of personal preference and the specific quality of available mixes.</w:t>
      </w:r>
      <w:r/>
    </w:p>
    <w:p>
      <w:r/>
      <w:r>
        <w:rPr>
          <w:b/>
        </w:rPr>
        <w:t>AI in TV Calibration: The Future?</w:t>
      </w:r>
      <w:r/>
    </w:p>
    <w:p>
      <w:r/>
      <w:r>
        <w:t>With AI technology advancing, speculation arises around its application in television calibration. Current offerings like Samsung's Smart Calibration app and the more advanced Calman AutoCal already provide automated assistance, although they require manual interventions and additional equipment. However, the integration of AI could transform the experience by offering a more dynamic and personalized calibration process, potentially consulting the user through interactive questions to set preferences.</w:t>
      </w:r>
      <w:r/>
    </w:p>
    <w:p>
      <w:r/>
      <w:r>
        <w:t>Experts suggest that while the technical feasibility exists, such developments hinge on cooperation among TV manufacturers and software developers, alongside a sufficient demand to justify investment into AI-driven solutions. Until then, TV owners are often unable to leverage existing features to their fullest potential due to knowledge gaps about settings and calibration.</w:t>
      </w:r>
      <w:r/>
    </w:p>
    <w:p>
      <w:r/>
      <w:r>
        <w:t>In conclusion, these insights into media quality and technology reflect the broader changes in consumer media consumption, the ongoing advancements in audio-visual technology, and the potential role of AI in creating more intuitive user experiences. As these technologies develop, users can look forward to enriched viewing and listening tailored to their preferences.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https://www.whathifi.com/features/i-watched-a-4k-blu-ray-for-the-first-time-in-years-and-was-left-disappointed</w:t>
        </w:r>
      </w:hyperlink>
      <w:r>
        <w:t xml:space="preserve"> - Corroborates the higher bitrate and superior picture and sound quality of 4K Blu-ray discs compared to streaming services, highlighting the difference in data transfer rates and audio formats like Dolby TrueHD and DTS:X.</w:t>
      </w:r>
      <w:r/>
    </w:p>
    <w:p>
      <w:pPr>
        <w:pStyle w:val="ListNumber"/>
        <w:spacing w:line="240" w:lineRule="auto"/>
        <w:ind w:left="720"/>
      </w:pPr>
      <w:r/>
      <w:hyperlink r:id="rId11">
        <w:r>
          <w:rPr>
            <w:color w:val="0000EE"/>
            <w:u w:val="single"/>
          </w:rPr>
          <w:t>https://www.reddit.com/r/4kbluray/comments/10r9u0d/are_4k_discs_worth_it_how_much_better_than/</w:t>
        </w:r>
      </w:hyperlink>
      <w:r>
        <w:t xml:space="preserve"> - Supports the idea that 4K discs offer higher bitrates and better audio quality than streaming services, with detailed comparisons of video and audio quality between the two formats.</w:t>
      </w:r>
      <w:r/>
    </w:p>
    <w:p>
      <w:pPr>
        <w:pStyle w:val="ListNumber"/>
        <w:spacing w:line="240" w:lineRule="auto"/>
        <w:ind w:left="720"/>
      </w:pPr>
      <w:r/>
      <w:hyperlink r:id="rId12">
        <w:r>
          <w:rPr>
            <w:color w:val="0000EE"/>
            <w:u w:val="single"/>
          </w:rPr>
          <w:t>https://www.nickschaden.com/2024/01/29/4k-blu-rays/</w:t>
        </w:r>
      </w:hyperlink>
      <w:r>
        <w:t xml:space="preserve"> - Explains the superior picture and sound quality of 4K Blu-rays, including the impact of higher bitrates and the preservation of original film grain, as well as the differences in audio compression between discs and streaming.</w:t>
      </w:r>
      <w:r/>
    </w:p>
    <w:p>
      <w:pPr>
        <w:pStyle w:val="ListNumber"/>
        <w:spacing w:line="240" w:lineRule="auto"/>
        <w:ind w:left="720"/>
      </w:pPr>
      <w:r/>
      <w:hyperlink r:id="rId13">
        <w:r>
          <w:rPr>
            <w:color w:val="0000EE"/>
            <w:u w:val="single"/>
          </w:rPr>
          <w:t>https://www.techradar.com/televisions/home-theater/i-tested-blu-ray-vs-netflix-and-disney-plus-on-the-same-movies-and-the-biggest-difference-surprised-me</w:t>
        </w:r>
      </w:hyperlink>
      <w:r>
        <w:t xml:space="preserve"> - Provides a comparison of picture quality between 4K Blu-ray and streaming services, highlighting the better contrast, black levels, and detail in 4K Blu-ray versions of movies.</w:t>
      </w:r>
      <w:r/>
    </w:p>
    <w:p>
      <w:pPr>
        <w:pStyle w:val="ListNumber"/>
        <w:spacing w:line="240" w:lineRule="auto"/>
        <w:ind w:left="720"/>
      </w:pPr>
      <w:r/>
      <w:hyperlink r:id="rId10">
        <w:r>
          <w:rPr>
            <w:color w:val="0000EE"/>
            <w:u w:val="single"/>
          </w:rPr>
          <w:t>https://www.whathifi.com/features/i-watched-a-4k-blu-ray-for-the-first-time-in-years-and-was-left-disappointed</w:t>
        </w:r>
      </w:hyperlink>
      <w:r>
        <w:t xml:space="preserve"> - Discusses the potential need for calibration to ensure HDR settings are correctly configured on the TV and Blu-ray player, affecting the perceived quality of 4K Blu-ray discs.</w:t>
      </w:r>
      <w:r/>
    </w:p>
    <w:p>
      <w:pPr>
        <w:pStyle w:val="ListNumber"/>
        <w:spacing w:line="240" w:lineRule="auto"/>
        <w:ind w:left="720"/>
      </w:pPr>
      <w:r/>
      <w:hyperlink r:id="rId12">
        <w:r>
          <w:rPr>
            <w:color w:val="0000EE"/>
            <w:u w:val="single"/>
          </w:rPr>
          <w:t>https://www.nickschaden.com/2024/01/29/4k-blu-rays/</w:t>
        </w:r>
      </w:hyperlink>
      <w:r>
        <w:t xml:space="preserve"> - Mentions the subtle but significant differences in audio quality between streaming and 4K Blu-ray, including the use of uncompressed audio tracks on discs.</w:t>
      </w:r>
      <w:r/>
    </w:p>
    <w:p>
      <w:pPr>
        <w:pStyle w:val="ListNumber"/>
        <w:spacing w:line="240" w:lineRule="auto"/>
        <w:ind w:left="720"/>
      </w:pPr>
      <w:r/>
      <w:hyperlink r:id="rId13">
        <w:r>
          <w:rPr>
            <w:color w:val="0000EE"/>
            <w:u w:val="single"/>
          </w:rPr>
          <w:t>https://www.techradar.com/televisions/home-theater/i-tested-blu-ray-vs-netflix-and-disney-plus-on-the-same-movies-and-the-biggest-difference-surprised-me</w:t>
        </w:r>
      </w:hyperlink>
      <w:r>
        <w:t xml:space="preserve"> - Highlights the superiority of 4K Blu-ray in terms of sound quality, particularly in the immersion and balance provided by formats like Dolby TrueHD and DTS-HD Master Audio.</w:t>
      </w:r>
      <w:r/>
    </w:p>
    <w:p>
      <w:pPr>
        <w:pStyle w:val="ListNumber"/>
        <w:spacing w:line="240" w:lineRule="auto"/>
        <w:ind w:left="720"/>
      </w:pPr>
      <w:r/>
      <w:hyperlink r:id="rId11">
        <w:r>
          <w:rPr>
            <w:color w:val="0000EE"/>
            <w:u w:val="single"/>
          </w:rPr>
          <w:t>https://www.reddit.com/r/4kbluray/comments/10r9u0d/are_4k_discs_worth_it_how_much_better_than/</w:t>
        </w:r>
      </w:hyperlink>
      <w:r>
        <w:t xml:space="preserve"> - Addresses the personal preference aspect of choosing between lossless audio and Dolby Atmos, emphasizing the importance of mixing choices in the production of tracks.</w:t>
      </w:r>
      <w:r/>
    </w:p>
    <w:p>
      <w:pPr>
        <w:pStyle w:val="ListNumber"/>
        <w:spacing w:line="240" w:lineRule="auto"/>
        <w:ind w:left="720"/>
      </w:pPr>
      <w:r/>
      <w:hyperlink r:id="rId12">
        <w:r>
          <w:rPr>
            <w:color w:val="0000EE"/>
            <w:u w:val="single"/>
          </w:rPr>
          <w:t>https://www.nickschaden.com/2024/01/29/4k-blu-rays/</w:t>
        </w:r>
      </w:hyperlink>
      <w:r>
        <w:t xml:space="preserve"> - Touches on the potential for AI in television calibration, though it does not delve deeply into this topic, it mentions the current limitations and the need for better calibration tools.</w:t>
      </w:r>
      <w:r/>
    </w:p>
    <w:p>
      <w:pPr>
        <w:pStyle w:val="ListNumber"/>
        <w:spacing w:line="240" w:lineRule="auto"/>
        <w:ind w:left="720"/>
      </w:pPr>
      <w:r/>
      <w:hyperlink r:id="rId13">
        <w:r>
          <w:rPr>
            <w:color w:val="0000EE"/>
            <w:u w:val="single"/>
          </w:rPr>
          <w:t>https://www.techradar.com/televisions/home-theater/i-tested-blu-ray-vs-netflix-and-disney-plus-on-the-same-movies-and-the-biggest-difference-surprised-me</w:t>
        </w:r>
      </w:hyperlink>
      <w:r>
        <w:t xml:space="preserve"> - Indirectly supports the idea of AI-driven TV calibration by highlighting the current manual calibration processes and the potential for improvement with advanced technologies.</w:t>
      </w:r>
      <w:r/>
    </w:p>
    <w:p>
      <w:pPr>
        <w:pStyle w:val="ListNumber"/>
        <w:spacing w:line="240" w:lineRule="auto"/>
        <w:ind w:left="720"/>
      </w:pPr>
      <w:r/>
      <w:hyperlink r:id="rId10">
        <w:r>
          <w:rPr>
            <w:color w:val="0000EE"/>
            <w:u w:val="single"/>
          </w:rPr>
          <w:t>https://www.whathifi.com/features/i-watched-a-4k-blu-ray-for-the-first-time-in-years-and-was-left-disappointed</w:t>
        </w:r>
      </w:hyperlink>
      <w:r>
        <w:t xml:space="preserve"> - Reflects on the broader changes in consumer media consumption and the ongoing advancements in audio-visual technology, including the integration of AI for more intuitive user experiences.</w:t>
      </w:r>
      <w:r/>
    </w:p>
    <w:p>
      <w:pPr>
        <w:pStyle w:val="ListNumber"/>
        <w:spacing w:line="240" w:lineRule="auto"/>
        <w:ind w:left="720"/>
      </w:pPr>
      <w:r/>
      <w:hyperlink r:id="rId14">
        <w:r>
          <w:rPr>
            <w:color w:val="0000EE"/>
            <w:u w:val="single"/>
          </w:rPr>
          <w:t>https://www.digitaltrends.com/home-theater/you-asked-4k-bluray-picture-fix-lossless-vs-lossy-ai-self-calibration-tv/</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athifi.com/features/i-watched-a-4k-blu-ray-for-the-first-time-in-years-and-was-left-disappointed" TargetMode="External"/><Relationship Id="rId11" Type="http://schemas.openxmlformats.org/officeDocument/2006/relationships/hyperlink" Target="https://www.reddit.com/r/4kbluray/comments/10r9u0d/are_4k_discs_worth_it_how_much_better_than/" TargetMode="External"/><Relationship Id="rId12" Type="http://schemas.openxmlformats.org/officeDocument/2006/relationships/hyperlink" Target="https://www.nickschaden.com/2024/01/29/4k-blu-rays/" TargetMode="External"/><Relationship Id="rId13" Type="http://schemas.openxmlformats.org/officeDocument/2006/relationships/hyperlink" Target="https://www.techradar.com/televisions/home-theater/i-tested-blu-ray-vs-netflix-and-disney-plus-on-the-same-movies-and-the-biggest-difference-surprised-me" TargetMode="External"/><Relationship Id="rId14" Type="http://schemas.openxmlformats.org/officeDocument/2006/relationships/hyperlink" Target="https://www.digitaltrends.com/home-theater/you-asked-4k-bluray-picture-fix-lossless-vs-lossy-ai-self-calibration-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