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develops AI to take control of web browsers with Project Jarvis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is reportedly in the midst of developing an advanced artificial intelligence (AI) technology with the ambition of autonomously taking control of web browsers. Known internally as "Project Jarvis," this AI system is anticipated to be unveiled in December alongside the release of Google’s upcoming Gemini large language model. This development is expected to further Google's capabilities in AI, enhancing user interaction directly through web browsers, as reported by The Information on 26th October.</w:t>
      </w:r>
      <w:r/>
    </w:p>
    <w:p>
      <w:r/>
      <w:r>
        <w:t>The concept is similar to ongoing efforts by OpenAI, which is working on an AI model capable of conducting independent research by browsing the web. This system employs a Computer-Using Agent (CUA) that can take actions based on the findings from its browsing activities. However, Google's approach aims to surpass this by integrating software directly with a user's browser, allowing for a more interactive and hands-on experience.</w:t>
      </w:r>
      <w:r/>
    </w:p>
    <w:p>
      <w:r/>
      <w:r>
        <w:t>In recent developments within the AI sphere, Anthropic, another AI company, has launched a feature named "computer use." This capability permits its AI to engage actively with users' computer screens. This involves interpreting on-screen content and executing tasks such as web browsing and data entry, albeit with user consent. This innovation represents a significant shift in AI assistance, moving from reliance on backend integration to real-time screen activity processing.</w:t>
      </w:r>
      <w:r/>
    </w:p>
    <w:p>
      <w:r/>
      <w:r>
        <w:t>During a demonstration, Anthropic’s system was shown to plan a morning hike near the Golden Gate Bridge. It autonomously sourced trail information, checked sunrise times, and created calendar events with advisory on appropriate hiking attire. This advancement highlights the growing interest in AI agents capable of functioning with minimal human supervision. Companies like Microsoft and Salesforce have rolled out similar tools aimed at workplace efficiency, though Anthropic’s method distinguishes itself by focusing on direct screen interpretation rather than integration within specific applications.</w:t>
      </w:r>
      <w:r/>
    </w:p>
    <w:p>
      <w:r/>
      <w:r>
        <w:t>As companies race to automate routine computer tasks to boost efficiency and reduce operational costs, these developments place Anthropic in direct competition with industry giants such as Google and Microsoft. While previous AI tools concentrated on generating text and images, these new agents represent a significant evolution towards intricate software manipulation capabilities, with reduced dependency on human oversight.</w:t>
      </w:r>
      <w:r/>
    </w:p>
    <w:p>
      <w:r/>
      <w:r>
        <w:t>In an interview with PYMNTS, Dan Parsons, COO/CPO of Thoughtful AI, expressed the transformational potential of "agentic AI," stating that it is poised to redefine industries over the coming years. The ability of AI to operate autonomously and make decisions independently could lead to significant advancements in areas such as system administration, operations, customer service, and complex decision-making, driving unprecedented levels of efficiency, cost reduction, and scalability.</w:t>
      </w:r>
      <w:r/>
    </w:p>
    <w:p>
      <w:r/>
      <w:r>
        <w:t>The development of these AI technologies signals a rapidly advancing frontier in artificial intelligence, promising a future where AI can seamlessly integrate into daily digital interactions, offering unparalleled convenience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https://www.engadget.com/ai/google-is-reportedly-developing-jarvis-ai-that-could-take-over-your-web-browser-163404705.html</w:t>
        </w:r>
      </w:hyperlink>
      <w:r>
        <w:t xml:space="preserve"> - Corroborates Google's development of Project Jarvis, an AI system to automate web browser tasks, and its expected unveiling in December alongside Gemini.</w:t>
      </w:r>
      <w:r/>
    </w:p>
    <w:p>
      <w:pPr>
        <w:pStyle w:val="ListNumber"/>
        <w:spacing w:line="240" w:lineRule="auto"/>
        <w:ind w:left="720"/>
      </w:pPr>
      <w:r/>
      <w:hyperlink r:id="rId11">
        <w:r>
          <w:rPr>
            <w:color w:val="0000EE"/>
            <w:u w:val="single"/>
          </w:rPr>
          <w:t>https://www.techpowerup.com/328195/google-working-on-project-jarvis-ai-that-can-control-users-pc</w:t>
        </w:r>
      </w:hyperlink>
      <w:r>
        <w:t xml:space="preserve"> - Supports the information about Google's Project Jarvis, its ability to control web browsers, and the potential security and privacy concerns.</w:t>
      </w:r>
      <w:r/>
    </w:p>
    <w:p>
      <w:pPr>
        <w:pStyle w:val="ListNumber"/>
        <w:spacing w:line="240" w:lineRule="auto"/>
        <w:ind w:left="720"/>
      </w:pPr>
      <w:r/>
      <w:hyperlink r:id="rId11">
        <w:r>
          <w:rPr>
            <w:color w:val="0000EE"/>
            <w:u w:val="single"/>
          </w:rPr>
          <w:t>https://www.techpowerup.com/328195/google-working-on-project-jarvis-ai-that-can-control-users-pc</w:t>
        </w:r>
      </w:hyperlink>
      <w:r>
        <w:t xml:space="preserve"> - Details how Project Jarvis aims to transform everyday online tasks by handling complex research and routine activities like shopping and booking flights.</w:t>
      </w:r>
      <w:r/>
    </w:p>
    <w:p>
      <w:pPr>
        <w:pStyle w:val="ListNumber"/>
        <w:spacing w:line="240" w:lineRule="auto"/>
        <w:ind w:left="720"/>
      </w:pPr>
      <w:r/>
      <w:hyperlink r:id="rId10">
        <w:r>
          <w:rPr>
            <w:color w:val="0000EE"/>
            <w:u w:val="single"/>
          </w:rPr>
          <w:t>https://www.engadget.com/ai/google-is-reportedly-developing-jarvis-ai-that-could-take-over-your-web-browser-163404705.html</w:t>
        </w:r>
      </w:hyperlink>
      <w:r>
        <w:t xml:space="preserve"> - Compares Google's Project Jarvis with Anthropic's similar feature for its Claude AI, highlighting the ability to use computer skills and interact with users' screens.</w:t>
      </w:r>
      <w:r/>
    </w:p>
    <w:p>
      <w:pPr>
        <w:pStyle w:val="ListNumber"/>
        <w:spacing w:line="240" w:lineRule="auto"/>
        <w:ind w:left="720"/>
      </w:pPr>
      <w:r/>
      <w:hyperlink r:id="rId11">
        <w:r>
          <w:rPr>
            <w:color w:val="0000EE"/>
            <w:u w:val="single"/>
          </w:rPr>
          <w:t>https://www.techpowerup.com/328195/google-working-on-project-jarvis-ai-that-can-control-users-pc</w:t>
        </w:r>
      </w:hyperlink>
      <w:r>
        <w:t xml:space="preserve"> - Explains how Project Jarvis integrates software directly with a user's browser for a more interactive experience, similar to Anthropic's 'computer use' feature.</w:t>
      </w:r>
      <w:r/>
    </w:p>
    <w:p>
      <w:pPr>
        <w:pStyle w:val="ListNumber"/>
        <w:spacing w:line="240" w:lineRule="auto"/>
        <w:ind w:left="720"/>
      </w:pPr>
      <w:r/>
      <w:hyperlink r:id="rId10">
        <w:r>
          <w:rPr>
            <w:color w:val="0000EE"/>
            <w:u w:val="single"/>
          </w:rPr>
          <w:t>https://www.engadget.com/ai/google-is-reportedly-developing-jarvis-ai-that-could-take-over-your-web-browser-163404705.html</w:t>
        </w:r>
      </w:hyperlink>
      <w:r>
        <w:t xml:space="preserve"> - Describes Anthropic’s system demonstrating autonomous tasks such as planning a morning hike, sourcing trail information, and creating calendar events.</w:t>
      </w:r>
      <w:r/>
    </w:p>
    <w:p>
      <w:pPr>
        <w:pStyle w:val="ListNumber"/>
        <w:spacing w:line="240" w:lineRule="auto"/>
        <w:ind w:left="720"/>
      </w:pPr>
      <w:r/>
      <w:hyperlink r:id="rId11">
        <w:r>
          <w:rPr>
            <w:color w:val="0000EE"/>
            <w:u w:val="single"/>
          </w:rPr>
          <w:t>https://www.techpowerup.com/328195/google-working-on-project-jarvis-ai-that-can-control-users-pc</w:t>
        </w:r>
      </w:hyperlink>
      <w:r>
        <w:t xml:space="preserve"> - Highlights the competition between companies like Google, Anthropic, and Microsoft in developing AI agents for automating routine computer tasks.</w:t>
      </w:r>
      <w:r/>
    </w:p>
    <w:p>
      <w:pPr>
        <w:pStyle w:val="ListNumber"/>
        <w:spacing w:line="240" w:lineRule="auto"/>
        <w:ind w:left="720"/>
      </w:pPr>
      <w:r/>
      <w:hyperlink r:id="rId12">
        <w:r>
          <w:rPr>
            <w:color w:val="0000EE"/>
            <w:u w:val="single"/>
          </w:rPr>
          <w:t>https://www.reddit.com/r/Bard/comments/1gct5ce/google_is_prepping_project_jarvisai_that_takes/</w:t>
        </w:r>
      </w:hyperlink>
      <w:r>
        <w:t xml:space="preserve"> - Discusses the broader industry trend towards AI systems with expanded capabilities, including direct screen interpretation and software manipulation.</w:t>
      </w:r>
      <w:r/>
    </w:p>
    <w:p>
      <w:pPr>
        <w:pStyle w:val="ListNumber"/>
        <w:spacing w:line="240" w:lineRule="auto"/>
        <w:ind w:left="720"/>
      </w:pPr>
      <w:r/>
      <w:hyperlink r:id="rId13">
        <w:r>
          <w:rPr>
            <w:color w:val="0000EE"/>
            <w:u w:val="single"/>
          </w:rPr>
          <w:t>https://www.firstpost.com/tech/google-is-working-on-creating-jarvis-like-ai-that-has-complete-control-over-your-web-browser-13829754.html</w:t>
        </w:r>
      </w:hyperlink>
      <w:r>
        <w:t xml:space="preserve"> - Supports the transformational potential of 'agentic AI' in redefining industries and improving efficiency, cost reduction, and scalability.</w:t>
      </w:r>
      <w:r/>
    </w:p>
    <w:p>
      <w:pPr>
        <w:pStyle w:val="ListNumber"/>
        <w:spacing w:line="240" w:lineRule="auto"/>
        <w:ind w:left="720"/>
      </w:pPr>
      <w:r/>
      <w:hyperlink r:id="rId11">
        <w:r>
          <w:rPr>
            <w:color w:val="0000EE"/>
            <w:u w:val="single"/>
          </w:rPr>
          <w:t>https://www.techpowerup.com/328195/google-working-on-project-jarvis-ai-that-can-control-users-pc</w:t>
        </w:r>
      </w:hyperlink>
      <w:r>
        <w:t xml:space="preserve"> - Addresses the security and privacy concerns associated with granting AI systems direct control over personal computers and the need for robust safeguards.</w:t>
      </w:r>
      <w:r/>
    </w:p>
    <w:p>
      <w:pPr>
        <w:pStyle w:val="ListNumber"/>
        <w:spacing w:line="240" w:lineRule="auto"/>
        <w:ind w:left="720"/>
      </w:pPr>
      <w:r/>
      <w:hyperlink r:id="rId10">
        <w:r>
          <w:rPr>
            <w:color w:val="0000EE"/>
            <w:u w:val="single"/>
          </w:rPr>
          <w:t>https://www.engadget.com/ai/google-is-reportedly-developing-jarvis-ai-that-could-take-over-your-web-browser-163404705.html</w:t>
        </w:r>
      </w:hyperlink>
      <w:r>
        <w:t xml:space="preserve"> - Mentions the integration of Gemini AI into various Google applications like Meet, Photos, and others, highlighting Google's expanding AI capabilities.</w:t>
      </w:r>
      <w:r/>
    </w:p>
    <w:p>
      <w:pPr>
        <w:pStyle w:val="ListNumber"/>
        <w:spacing w:line="240" w:lineRule="auto"/>
        <w:ind w:left="720"/>
      </w:pPr>
      <w:r/>
      <w:hyperlink r:id="rId14">
        <w:r>
          <w:rPr>
            <w:color w:val="0000EE"/>
            <w:u w:val="single"/>
          </w:rPr>
          <w:t>https://www.pymnts.com/artificial-intelligence-2/2024/report-google-exploring-ai-that-can-take-over-web-browsers/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adget.com/ai/google-is-reportedly-developing-jarvis-ai-that-could-take-over-your-web-browser-163404705.html" TargetMode="External"/><Relationship Id="rId11" Type="http://schemas.openxmlformats.org/officeDocument/2006/relationships/hyperlink" Target="https://www.techpowerup.com/328195/google-working-on-project-jarvis-ai-that-can-control-users-pc" TargetMode="External"/><Relationship Id="rId12" Type="http://schemas.openxmlformats.org/officeDocument/2006/relationships/hyperlink" Target="https://www.reddit.com/r/Bard/comments/1gct5ce/google_is_prepping_project_jarvisai_that_takes/" TargetMode="External"/><Relationship Id="rId13" Type="http://schemas.openxmlformats.org/officeDocument/2006/relationships/hyperlink" Target="https://www.firstpost.com/tech/google-is-working-on-creating-jarvis-like-ai-that-has-complete-control-over-your-web-browser-13829754.html" TargetMode="External"/><Relationship Id="rId14" Type="http://schemas.openxmlformats.org/officeDocument/2006/relationships/hyperlink" Target="https://www.pymnts.com/artificial-intelligence-2/2024/report-google-exploring-ai-that-can-take-over-web-brow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