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next AI evolution: Gemini 2.0 expected this December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Next AI Evolution: Gemini 2.0 Expected This December</w:t>
      </w:r>
      <w:r/>
    </w:p>
    <w:p>
      <w:r/>
      <w:r>
        <w:t>Google is reportedly preparing to release the Gemini 2.0 AI upgrade in December 2023, promising across-the-board performance improvements. This anticipated update comes in the wake of previous developments in February when Google rolled out Gemini 1.5. The Gemini moniker is used to describe both Google's AI interactivity bots and the foundational models that drive them.</w:t>
      </w:r>
      <w:r/>
    </w:p>
    <w:p>
      <w:r/>
      <w:r>
        <w:t>While specifics regarding the enhancements of Gemini 2.0 remain undisclosed, industry patterns suggest potential advancements could include smarter and quicker response generation, enhanced processing speeds, extended input support, and refined reasoning and coding reliability. Despite these expectations, the forthcoming upgrade might not exhibit the scale of performance enhancements originally envisaged by its developers. This sentiment reflects a larger trend observed across the large language model (LLM) spectrum, impacting industry players beyond just Google.</w:t>
      </w:r>
      <w:r/>
    </w:p>
    <w:p>
      <w:r/>
      <w:r>
        <w:t>This development aligns with a pattern of escalated activity within the AI sector. Major corporations, including Google and potentially OpenAI, are investing significantly to maintain a competitive edge. This strategic momentum has become more apparent with recent launches of sophisticated AI-powered tools such as video and image generation utilities, and specialized search functionalities.</w:t>
      </w:r>
      <w:r/>
    </w:p>
    <w:p>
      <w:r/>
      <w:r>
        <w:t>The AI landscape is evidently one of rapid progression. The imminent release of AI advancements signifies not just upgraded intelligence capabilities but also the increasing necessity for tech companies to keep pace with each other. One such example is Apple's anticipated Apple Intelligence feature, set for release to millions of iPhone users in the coming weeks.</w:t>
      </w:r>
      <w:r/>
    </w:p>
    <w:p>
      <w:r/>
      <w:r>
        <w:t>Moreover, Google enthusiasts are eagerly awaiting more about Project Astra, Google's next-generation AI assistant, showcased at Google I/O 2024. Astra is designed to amalgamate various inputs and outputs with advanced and natural interaction mechanisms. Whether Gemini 2.0 contributes to this initiative remains speculative; however, its capabilities might support Astra's operation upon its official market presence.</w:t>
      </w:r>
      <w:r/>
    </w:p>
    <w:p>
      <w:r/>
      <w:r>
        <w:t>The anticipated arrival of Gemini 2.0 underscores the ongoing transformative journey of artificial intelligence in the tech industry, continuing to shape how users interact with digital technologies globally. As these developments unfold, they promise to usher in a new phase of AI utility poised to benefit both end-users and developers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https://gigazine.net/gsc_news/en/20241028-google-plans-gemini-2-model-december-release/</w:t>
        </w:r>
      </w:hyperlink>
      <w:r>
        <w:t xml:space="preserve"> - Corroborates the planned release of Gemini 2.0 in December 2024 and the lack of expected performance improvements.</w:t>
      </w:r>
      <w:r/>
    </w:p>
    <w:p>
      <w:pPr>
        <w:pStyle w:val="ListNumber"/>
        <w:spacing w:line="240" w:lineRule="auto"/>
        <w:ind w:left="720"/>
      </w:pPr>
      <w:r/>
      <w:hyperlink r:id="rId11">
        <w:r>
          <w:rPr>
            <w:color w:val="0000EE"/>
            <w:u w:val="single"/>
          </w:rPr>
          <w:t>https://9to5google.com/2024/10/25/gemini-2-0-december/</w:t>
        </w:r>
      </w:hyperlink>
      <w:r>
        <w:t xml:space="preserve"> - Supports the December launch of Gemini 2.0 and the wider release plans despite limited performance gains.</w:t>
      </w:r>
      <w:r/>
    </w:p>
    <w:p>
      <w:pPr>
        <w:pStyle w:val="ListNumber"/>
        <w:spacing w:line="240" w:lineRule="auto"/>
        <w:ind w:left="720"/>
      </w:pPr>
      <w:r/>
      <w:hyperlink r:id="rId12">
        <w:r>
          <w:rPr>
            <w:color w:val="0000EE"/>
            <w:u w:val="single"/>
          </w:rPr>
          <w:t>https://www.theverge.com/2024/10/25/24279600/google-next-gemini-ai-model-openai-december</w:t>
        </w:r>
      </w:hyperlink>
      <w:r>
        <w:t xml:space="preserve"> - Confirms the December release of Gemini 2.0 and the broader trend of slowing performance improvements in large language models.</w:t>
      </w:r>
      <w:r/>
    </w:p>
    <w:p>
      <w:pPr>
        <w:pStyle w:val="ListNumber"/>
        <w:spacing w:line="240" w:lineRule="auto"/>
        <w:ind w:left="720"/>
      </w:pPr>
      <w:r/>
      <w:hyperlink r:id="rId13">
        <w:r>
          <w:rPr>
            <w:color w:val="0000EE"/>
            <w:u w:val="single"/>
          </w:rPr>
          <w:t>https://www.deccanchronicle.com/technology/google-reportedly-launching-gemini-20-ai-model-in-december-1833522</w:t>
        </w:r>
      </w:hyperlink>
      <w:r>
        <w:t xml:space="preserve"> - Reports on the planned December launch of Gemini 2.0 and mentions the lack of expected performance gains.</w:t>
      </w:r>
      <w:r/>
    </w:p>
    <w:p>
      <w:pPr>
        <w:pStyle w:val="ListNumber"/>
        <w:spacing w:line="240" w:lineRule="auto"/>
        <w:ind w:left="720"/>
      </w:pPr>
      <w:r/>
      <w:hyperlink r:id="rId14">
        <w:r>
          <w:rPr>
            <w:color w:val="0000EE"/>
            <w:u w:val="single"/>
          </w:rPr>
          <w:t>https://www.techradar.com/computing/artificial-intelligence/googles-next-gen-gemini-2-0-ai-model-is-rumored-to-be-launching-in-december</w:t>
        </w:r>
      </w:hyperlink>
      <w:r>
        <w:t xml:space="preserve"> - Discusses the potential features and performance expectations of Gemini 2.0, despite not meeting initial performance hopes.</w:t>
      </w:r>
      <w:r/>
    </w:p>
    <w:p>
      <w:pPr>
        <w:pStyle w:val="ListNumber"/>
        <w:spacing w:line="240" w:lineRule="auto"/>
        <w:ind w:left="720"/>
      </w:pPr>
      <w:r/>
      <w:hyperlink r:id="rId15">
        <w:r>
          <w:rPr>
            <w:color w:val="0000EE"/>
            <w:u w:val="single"/>
          </w:rPr>
          <w:t>https://tech.hindustantimes.com/tech/news/gemini-2-0-may-make-its-grand-debut-in-december-here-s-what-we-know-so-far-71730095893269.html</w:t>
        </w:r>
      </w:hyperlink>
      <w:r>
        <w:t xml:space="preserve"> - Details the expected release of Gemini 2.0 in December and its potential capabilities, along with the broader AI landscape.</w:t>
      </w:r>
      <w:r/>
    </w:p>
    <w:p>
      <w:pPr>
        <w:pStyle w:val="ListNumber"/>
        <w:spacing w:line="240" w:lineRule="auto"/>
        <w:ind w:left="720"/>
      </w:pPr>
      <w:r/>
      <w:hyperlink r:id="rId16">
        <w:r>
          <w:rPr>
            <w:color w:val="0000EE"/>
            <w:u w:val="single"/>
          </w:rPr>
          <w:t>https://www.androidauthority.com/gemini-2-0-3494425/</w:t>
        </w:r>
      </w:hyperlink>
      <w:r>
        <w:t xml:space="preserve"> - Supports the December release of Gemini 2.0 and speculates on its integration into Google's product line.</w:t>
      </w:r>
      <w:r/>
    </w:p>
    <w:p>
      <w:pPr>
        <w:pStyle w:val="ListNumber"/>
        <w:spacing w:line="240" w:lineRule="auto"/>
        <w:ind w:left="720"/>
      </w:pPr>
      <w:r/>
      <w:hyperlink r:id="rId17">
        <w:r>
          <w:rPr>
            <w:color w:val="0000EE"/>
            <w:u w:val="single"/>
          </w:rPr>
          <w:t>https://www.androidpolice.com/gemini-2-december/</w:t>
        </w:r>
      </w:hyperlink>
      <w:r>
        <w:t xml:space="preserve"> - Reports on the anticipated release of Gemini 2.0 in December and its potential impact on users.</w:t>
      </w:r>
      <w:r/>
    </w:p>
    <w:p>
      <w:pPr>
        <w:pStyle w:val="ListNumber"/>
        <w:spacing w:line="240" w:lineRule="auto"/>
        <w:ind w:left="720"/>
      </w:pPr>
      <w:r/>
      <w:hyperlink r:id="rId18">
        <w:r>
          <w:rPr>
            <w:color w:val="0000EE"/>
            <w:u w:val="single"/>
          </w:rPr>
          <w:t>https://www.androidheadlines.com/2024/10/google-could-release-gemini-2-0-before-the-end-of-the-year.html</w:t>
        </w:r>
      </w:hyperlink>
      <w:r>
        <w:t xml:space="preserve"> - Corroborates the possibility of a December release for Gemini 2.0 and its significance in the AI market.</w:t>
      </w:r>
      <w:r/>
    </w:p>
    <w:p>
      <w:pPr>
        <w:pStyle w:val="ListNumber"/>
        <w:spacing w:line="240" w:lineRule="auto"/>
        <w:ind w:left="720"/>
      </w:pPr>
      <w:r/>
      <w:hyperlink r:id="rId10">
        <w:r>
          <w:rPr>
            <w:color w:val="0000EE"/>
            <w:u w:val="single"/>
          </w:rPr>
          <w:t>https://gigazine.net/gsc_news/en/20241028-google-plans-gemini-2-model-december-release/</w:t>
        </w:r>
      </w:hyperlink>
      <w:r>
        <w:t xml:space="preserve"> - Provides details on Project Astra and its potential integration with Gemini 2.0 capabilities.</w:t>
      </w:r>
      <w:r/>
    </w:p>
    <w:p>
      <w:pPr>
        <w:pStyle w:val="ListNumber"/>
        <w:spacing w:line="240" w:lineRule="auto"/>
        <w:ind w:left="720"/>
      </w:pPr>
      <w:r/>
      <w:hyperlink r:id="rId11">
        <w:r>
          <w:rPr>
            <w:color w:val="0000EE"/>
            <w:u w:val="single"/>
          </w:rPr>
          <w:t>https://9to5google.com/2024/10/25/gemini-2-0-december/</w:t>
        </w:r>
      </w:hyperlink>
      <w:r>
        <w:t xml:space="preserve"> - Mentions the ongoing development and release of advanced AI tools, including video and image generation utilities.</w:t>
      </w:r>
      <w:r/>
    </w:p>
    <w:p>
      <w:pPr>
        <w:pStyle w:val="ListNumber"/>
        <w:spacing w:line="240" w:lineRule="auto"/>
        <w:ind w:left="720"/>
      </w:pPr>
      <w:r/>
      <w:hyperlink r:id="rId14">
        <w:r>
          <w:rPr>
            <w:color w:val="0000EE"/>
            <w:u w:val="single"/>
          </w:rPr>
          <w:t>https://www.techradar.com/computing/artificial-intelligence/googles-next-gen-gemini-2-0-ai-model-is-rumored-to-be-launching-in-december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gazine.net/gsc_news/en/20241028-google-plans-gemini-2-model-december-release/" TargetMode="External"/><Relationship Id="rId11" Type="http://schemas.openxmlformats.org/officeDocument/2006/relationships/hyperlink" Target="https://9to5google.com/2024/10/25/gemini-2-0-december/" TargetMode="External"/><Relationship Id="rId12" Type="http://schemas.openxmlformats.org/officeDocument/2006/relationships/hyperlink" Target="https://www.theverge.com/2024/10/25/24279600/google-next-gemini-ai-model-openai-december" TargetMode="External"/><Relationship Id="rId13" Type="http://schemas.openxmlformats.org/officeDocument/2006/relationships/hyperlink" Target="https://www.deccanchronicle.com/technology/google-reportedly-launching-gemini-20-ai-model-in-december-1833522" TargetMode="External"/><Relationship Id="rId14" Type="http://schemas.openxmlformats.org/officeDocument/2006/relationships/hyperlink" Target="https://www.techradar.com/computing/artificial-intelligence/googles-next-gen-gemini-2-0-ai-model-is-rumored-to-be-launching-in-december" TargetMode="External"/><Relationship Id="rId15" Type="http://schemas.openxmlformats.org/officeDocument/2006/relationships/hyperlink" Target="https://tech.hindustantimes.com/tech/news/gemini-2-0-may-make-its-grand-debut-in-december-here-s-what-we-know-so-far-71730095893269.html" TargetMode="External"/><Relationship Id="rId16" Type="http://schemas.openxmlformats.org/officeDocument/2006/relationships/hyperlink" Target="https://www.androidauthority.com/gemini-2-0-3494425/" TargetMode="External"/><Relationship Id="rId17" Type="http://schemas.openxmlformats.org/officeDocument/2006/relationships/hyperlink" Target="https://www.androidpolice.com/gemini-2-december/" TargetMode="External"/><Relationship Id="rId18" Type="http://schemas.openxmlformats.org/officeDocument/2006/relationships/hyperlink" Target="https://www.androidheadlines.com/2024/10/google-could-release-gemini-2-0-before-the-end-of-the-yea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